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B9A62" w14:textId="77777777" w:rsidR="006D2D3A" w:rsidRDefault="00000000">
      <w:pPr>
        <w:spacing w:before="500"/>
        <w:jc w:val="center"/>
      </w:pPr>
      <w:r>
        <w:rPr>
          <w:b/>
          <w:sz w:val="44"/>
        </w:rPr>
        <w:t/>
      </w:r>
    </w:p>
    <w:p w14:paraId="7BEE8D58" w14:textId="77777777" w:rsidR="006D2D3A" w:rsidRDefault="00000000">
      <w:pPr>
        <w:jc w:val="center"/>
      </w:pPr>
      <w:r>
        <w:rPr>
          <w:b/>
          <w:sz w:val="32"/>
        </w:rPr>
        <w:t>END TERM 3 2026</w:t>
      </w:r>
    </w:p>
    <w:p w14:paraId="09B170F8" w14:textId="77777777" w:rsidR="006D2D3A" w:rsidRDefault="00000000">
      <w:pPr>
        <w:jc w:val="center"/>
      </w:pPr>
      <w:r>
        <w:rPr>
          <w:b/>
          <w:sz w:val="32"/>
        </w:rPr>
        <w:t>GRADE 10</w:t>
      </w:r>
    </w:p>
    <w:p w14:paraId="77478147" w14:textId="77777777" w:rsidR="006D2D3A" w:rsidRDefault="00000000">
      <w:pPr>
        <w:jc w:val="center"/>
      </w:pPr>
      <w:r>
        <w:rPr>
          <w:b/>
          <w:sz w:val="36"/>
        </w:rPr>
        <w:t>THEATRE AND FILM</w:t>
      </w:r>
    </w:p>
    <w:p w14:paraId="0D3780EC" w14:textId="77777777" w:rsidR="006D2D3A" w:rsidRDefault="00000000">
      <w:pPr>
        <w:jc w:val="center"/>
      </w:pPr>
      <w:r>
        <w:rPr>
          <w:b/>
          <w:sz w:val="26"/>
        </w:rPr>
        <w:t>CUMULATIVE SUMMATIVE ASSESSMENT</w:t>
      </w:r>
    </w:p>
    <w:p w14:paraId="2559A897" w14:textId="77777777" w:rsidR="006D2D3A" w:rsidRDefault="00000000">
      <w:pPr>
        <w:jc w:val="center"/>
      </w:pPr>
      <w:r>
        <w:rPr>
          <w:b/>
          <w:sz w:val="26"/>
        </w:rPr>
        <w:t>TIME: 2 HOURS 30 MINUTES</w:t>
      </w:r>
    </w:p>
    <w:p w14:paraId="7BA56DF0" w14:textId="77777777" w:rsidR="006D2D3A" w:rsidRDefault="00000000">
      <w:pPr>
        <w:jc w:val="center"/>
      </w:pPr>
      <w:r>
        <w:rPr>
          <w:b/>
          <w:sz w:val="26"/>
        </w:rPr>
        <w:t>TOTAL MARKS: 80</w:t>
      </w:r>
    </w:p>
    <w:tbl>
      <w:tblPr>
        <w:tblStyle w:val="TableGrid"/>
        <w:tblW w:w="0" w:type="auto"/>
        <w:jc w:val="center"/>
        <w:tblLook w:val="04A0" w:firstRow="1" w:lastRow="0" w:firstColumn="1" w:lastColumn="0" w:noHBand="0" w:noVBand="1"/>
      </w:tblPr>
      <w:tblGrid>
        <w:gridCol w:w="5184"/>
        <w:gridCol w:w="5184"/>
      </w:tblGrid>
      <w:tr w:rsidR="006D2D3A" w14:paraId="0DA9F0C9" w14:textId="77777777">
        <w:trPr>
          <w:jc w:val="center"/>
        </w:trPr>
        <w:tc>
          <w:tcPr>
            <w:tcW w:w="5184" w:type="dxa"/>
          </w:tcPr>
          <w:p w14:paraId="14777C2A" w14:textId="77777777" w:rsidR="006D2D3A" w:rsidRDefault="00000000">
            <w:r>
              <w:rPr>
                <w:b/>
              </w:rPr>
              <w:t>Name</w:t>
            </w:r>
          </w:p>
        </w:tc>
        <w:tc>
          <w:tcPr>
            <w:tcW w:w="5184" w:type="dxa"/>
          </w:tcPr>
          <w:p w14:paraId="46E300FE" w14:textId="77777777" w:rsidR="006D2D3A" w:rsidRDefault="00000000">
            <w:r>
              <w:t>____________________________________________</w:t>
            </w:r>
          </w:p>
        </w:tc>
      </w:tr>
      <w:tr w:rsidR="006D2D3A" w14:paraId="50D45836" w14:textId="77777777">
        <w:trPr>
          <w:jc w:val="center"/>
        </w:trPr>
        <w:tc>
          <w:tcPr>
            <w:tcW w:w="5184" w:type="dxa"/>
          </w:tcPr>
          <w:p w14:paraId="4B8700B2" w14:textId="77777777" w:rsidR="006D2D3A" w:rsidRDefault="00000000">
            <w:r>
              <w:rPr>
                <w:b/>
              </w:rPr>
              <w:t>Assessment Number</w:t>
            </w:r>
          </w:p>
        </w:tc>
        <w:tc>
          <w:tcPr>
            <w:tcW w:w="5184" w:type="dxa"/>
          </w:tcPr>
          <w:p w14:paraId="153296EA" w14:textId="77777777" w:rsidR="006D2D3A" w:rsidRDefault="00000000">
            <w:r>
              <w:t>____________________________________________</w:t>
            </w:r>
          </w:p>
        </w:tc>
      </w:tr>
      <w:tr w:rsidR="006D2D3A" w14:paraId="16EA42E7" w14:textId="77777777">
        <w:trPr>
          <w:jc w:val="center"/>
        </w:trPr>
        <w:tc>
          <w:tcPr>
            <w:tcW w:w="5184" w:type="dxa"/>
          </w:tcPr>
          <w:p w14:paraId="7D48FB36" w14:textId="77777777" w:rsidR="006D2D3A" w:rsidRDefault="00000000">
            <w:r>
              <w:rPr>
                <w:b/>
              </w:rPr>
              <w:t>Class / Stream</w:t>
            </w:r>
          </w:p>
        </w:tc>
        <w:tc>
          <w:tcPr>
            <w:tcW w:w="5184" w:type="dxa"/>
          </w:tcPr>
          <w:p w14:paraId="73DA4086" w14:textId="77777777" w:rsidR="006D2D3A" w:rsidRDefault="00000000">
            <w:r>
              <w:t>____________________________________________</w:t>
            </w:r>
          </w:p>
        </w:tc>
      </w:tr>
      <w:tr w:rsidR="006D2D3A" w14:paraId="4012AD3E" w14:textId="77777777">
        <w:trPr>
          <w:jc w:val="center"/>
        </w:trPr>
        <w:tc>
          <w:tcPr>
            <w:tcW w:w="5184" w:type="dxa"/>
          </w:tcPr>
          <w:p w14:paraId="341552E3" w14:textId="77777777" w:rsidR="006D2D3A" w:rsidRDefault="00000000">
            <w:r>
              <w:rPr>
                <w:b/>
              </w:rPr>
              <w:t>Date</w:t>
            </w:r>
          </w:p>
        </w:tc>
        <w:tc>
          <w:tcPr>
            <w:tcW w:w="5184" w:type="dxa"/>
          </w:tcPr>
          <w:p w14:paraId="3119A66F" w14:textId="77777777" w:rsidR="006D2D3A" w:rsidRDefault="00000000">
            <w:r>
              <w:t>____________________________________________</w:t>
            </w:r>
          </w:p>
        </w:tc>
      </w:tr>
    </w:tbl>
    <w:p w14:paraId="278CF0DA" w14:textId="77777777" w:rsidR="006D2D3A" w:rsidRDefault="00000000">
      <w:pPr>
        <w:jc w:val="center"/>
      </w:pPr>
      <w:r>
        <w:rPr>
          <w:b/>
          <w:sz w:val="26"/>
        </w:rPr>
        <w:t>INSTRUCTIONS TO CANDIDATES</w:t>
      </w:r>
    </w:p>
    <w:p w14:paraId="6500A00D" w14:textId="77777777" w:rsidR="006D2D3A" w:rsidRDefault="00000000">
      <w:pPr>
        <w:ind w:left="216"/>
      </w:pPr>
      <w:r>
        <w:t>1. Answer ALL questions.</w:t>
      </w:r>
    </w:p>
    <w:p w14:paraId="64091027" w14:textId="77777777" w:rsidR="006D2D3A" w:rsidRDefault="00000000">
      <w:pPr>
        <w:ind w:left="216"/>
      </w:pPr>
      <w:r>
        <w:t>2. Read each question carefully before answering.</w:t>
      </w:r>
    </w:p>
    <w:p w14:paraId="4ABD848E" w14:textId="77777777" w:rsidR="006D2D3A" w:rsidRDefault="00000000">
      <w:pPr>
        <w:ind w:left="216"/>
      </w:pPr>
      <w:r>
        <w:t>3. Where a figure is provided, study it carefully and use it in your response.</w:t>
      </w:r>
    </w:p>
    <w:p w14:paraId="63931400" w14:textId="77777777" w:rsidR="006D2D3A" w:rsidRDefault="00000000">
      <w:pPr>
        <w:ind w:left="216"/>
      </w:pPr>
      <w:r>
        <w:t>4. Give clear, relevant and well-organised responses.</w:t>
      </w:r>
    </w:p>
    <w:p w14:paraId="1C732ABB" w14:textId="77777777" w:rsidR="006D2D3A" w:rsidRDefault="00000000">
      <w:pPr>
        <w:ind w:left="216"/>
      </w:pPr>
      <w:r>
        <w:t>5. Where a practical, design or performance response is requested, present your work systematically.</w:t>
      </w:r>
    </w:p>
    <w:p w14:paraId="093AFC89" w14:textId="77777777" w:rsidR="006D2D3A" w:rsidRDefault="00000000">
      <w:pPr>
        <w:ind w:left="216"/>
      </w:pPr>
      <w:r>
        <w:t>6. Use the spaces provided and write legibly.</w:t>
      </w:r>
    </w:p>
    <w:p w14:paraId="36F6DAE1" w14:textId="77777777" w:rsidR="006D2D3A" w:rsidRDefault="00000000">
      <w:pPr>
        <w:ind w:left="216"/>
      </w:pPr>
      <w:r>
        <w:t>7. Answer in English.</w:t>
      </w:r>
    </w:p>
    <w:p w14:paraId="3737ABAD" w14:textId="77777777" w:rsidR="006D2D3A" w:rsidRDefault="00000000">
      <w:pPr>
        <w:jc w:val="center"/>
      </w:pPr>
      <w:r>
        <w:rPr>
          <w:b/>
          <w:sz w:val="24"/>
        </w:rPr>
        <w:t>EXAMINER'S USE ONLY</w:t>
      </w:r>
    </w:p>
    <w:tbl>
      <w:tblPr>
        <w:tblStyle w:val="TableGrid"/>
        <w:tblW w:w="0" w:type="auto"/>
        <w:jc w:val="center"/>
        <w:tblLook w:val="04A0" w:firstRow="1" w:lastRow="0" w:firstColumn="1" w:lastColumn="0" w:noHBand="0" w:noVBand="1"/>
      </w:tblPr>
      <w:tblGrid>
        <w:gridCol w:w="2592"/>
        <w:gridCol w:w="2592"/>
        <w:gridCol w:w="2592"/>
        <w:gridCol w:w="2592"/>
      </w:tblGrid>
      <w:tr w:rsidR="006D2D3A" w14:paraId="175429A7" w14:textId="77777777">
        <w:trPr>
          <w:jc w:val="center"/>
        </w:trPr>
        <w:tc>
          <w:tcPr>
            <w:tcW w:w="2592" w:type="dxa"/>
            <w:shd w:val="clear" w:color="auto" w:fill="E7E6E6"/>
          </w:tcPr>
          <w:p w14:paraId="6DC1DFB1" w14:textId="77777777" w:rsidR="006D2D3A" w:rsidRDefault="00000000">
            <w:r>
              <w:rPr>
                <w:b/>
                <w:sz w:val="18"/>
              </w:rPr>
              <w:t>Questions</w:t>
            </w:r>
          </w:p>
        </w:tc>
        <w:tc>
          <w:tcPr>
            <w:tcW w:w="2592" w:type="dxa"/>
            <w:shd w:val="clear" w:color="auto" w:fill="E7E6E6"/>
          </w:tcPr>
          <w:p w14:paraId="41AF6CF5" w14:textId="77777777" w:rsidR="006D2D3A" w:rsidRDefault="00000000">
            <w:r>
              <w:rPr>
                <w:b/>
                <w:sz w:val="18"/>
              </w:rPr>
              <w:t>Maximum Score</w:t>
            </w:r>
          </w:p>
        </w:tc>
        <w:tc>
          <w:tcPr>
            <w:tcW w:w="2592" w:type="dxa"/>
            <w:shd w:val="clear" w:color="auto" w:fill="E7E6E6"/>
          </w:tcPr>
          <w:p w14:paraId="01F3BCF6" w14:textId="77777777" w:rsidR="006D2D3A" w:rsidRDefault="00000000">
            <w:r>
              <w:rPr>
                <w:b/>
                <w:sz w:val="18"/>
              </w:rPr>
              <w:t>Candidate Score</w:t>
            </w:r>
          </w:p>
        </w:tc>
        <w:tc>
          <w:tcPr>
            <w:tcW w:w="2592" w:type="dxa"/>
            <w:shd w:val="clear" w:color="auto" w:fill="E7E6E6"/>
          </w:tcPr>
          <w:p w14:paraId="7EA4E78E" w14:textId="77777777" w:rsidR="006D2D3A" w:rsidRDefault="00000000">
            <w:r>
              <w:rPr>
                <w:b/>
                <w:sz w:val="18"/>
              </w:rPr>
              <w:t>Remarks</w:t>
            </w:r>
          </w:p>
        </w:tc>
      </w:tr>
      <w:tr w:rsidR="006D2D3A" w14:paraId="0D0DB5B6" w14:textId="77777777">
        <w:trPr>
          <w:jc w:val="center"/>
        </w:trPr>
        <w:tc>
          <w:tcPr>
            <w:tcW w:w="2592" w:type="dxa"/>
          </w:tcPr>
          <w:p w14:paraId="12CEA7D7" w14:textId="77777777" w:rsidR="006D2D3A" w:rsidRDefault="00000000">
            <w:r>
              <w:rPr>
                <w:sz w:val="18"/>
              </w:rPr>
              <w:t>Q1–Q5</w:t>
            </w:r>
          </w:p>
        </w:tc>
        <w:tc>
          <w:tcPr>
            <w:tcW w:w="2592" w:type="dxa"/>
          </w:tcPr>
          <w:p w14:paraId="1D09911D" w14:textId="77777777" w:rsidR="006D2D3A" w:rsidRDefault="00000000">
            <w:r>
              <w:t>27</w:t>
            </w:r>
          </w:p>
        </w:tc>
        <w:tc>
          <w:tcPr>
            <w:tcW w:w="2592" w:type="dxa"/>
          </w:tcPr>
          <w:p w14:paraId="1310CD3F" w14:textId="77777777" w:rsidR="006D2D3A" w:rsidRDefault="006D2D3A"/>
        </w:tc>
        <w:tc>
          <w:tcPr>
            <w:tcW w:w="2592" w:type="dxa"/>
          </w:tcPr>
          <w:p w14:paraId="069E96D9" w14:textId="77777777" w:rsidR="006D2D3A" w:rsidRDefault="006D2D3A"/>
        </w:tc>
      </w:tr>
      <w:tr w:rsidR="006D2D3A" w14:paraId="3A6FA8E4" w14:textId="77777777">
        <w:trPr>
          <w:jc w:val="center"/>
        </w:trPr>
        <w:tc>
          <w:tcPr>
            <w:tcW w:w="2592" w:type="dxa"/>
          </w:tcPr>
          <w:p w14:paraId="6200C767" w14:textId="77777777" w:rsidR="006D2D3A" w:rsidRDefault="00000000">
            <w:r>
              <w:rPr>
                <w:sz w:val="18"/>
              </w:rPr>
              <w:t>Q6–Q10</w:t>
            </w:r>
          </w:p>
        </w:tc>
        <w:tc>
          <w:tcPr>
            <w:tcW w:w="2592" w:type="dxa"/>
          </w:tcPr>
          <w:p w14:paraId="52EEB4C6" w14:textId="77777777" w:rsidR="006D2D3A" w:rsidRDefault="00000000">
            <w:r>
              <w:t>26</w:t>
            </w:r>
          </w:p>
        </w:tc>
        <w:tc>
          <w:tcPr>
            <w:tcW w:w="2592" w:type="dxa"/>
          </w:tcPr>
          <w:p w14:paraId="2A9A0186" w14:textId="77777777" w:rsidR="006D2D3A" w:rsidRDefault="006D2D3A"/>
        </w:tc>
        <w:tc>
          <w:tcPr>
            <w:tcW w:w="2592" w:type="dxa"/>
          </w:tcPr>
          <w:p w14:paraId="7139333D" w14:textId="77777777" w:rsidR="006D2D3A" w:rsidRDefault="006D2D3A"/>
        </w:tc>
      </w:tr>
      <w:tr w:rsidR="006D2D3A" w14:paraId="46DEF4ED" w14:textId="77777777">
        <w:trPr>
          <w:jc w:val="center"/>
        </w:trPr>
        <w:tc>
          <w:tcPr>
            <w:tcW w:w="2592" w:type="dxa"/>
          </w:tcPr>
          <w:p w14:paraId="68AF04DF" w14:textId="77777777" w:rsidR="006D2D3A" w:rsidRDefault="00000000">
            <w:r>
              <w:rPr>
                <w:sz w:val="18"/>
              </w:rPr>
              <w:t>Q11–Q15</w:t>
            </w:r>
          </w:p>
        </w:tc>
        <w:tc>
          <w:tcPr>
            <w:tcW w:w="2592" w:type="dxa"/>
          </w:tcPr>
          <w:p w14:paraId="1D5ADB3F" w14:textId="77777777" w:rsidR="006D2D3A" w:rsidRDefault="00000000">
            <w:r>
              <w:t>27</w:t>
            </w:r>
          </w:p>
        </w:tc>
        <w:tc>
          <w:tcPr>
            <w:tcW w:w="2592" w:type="dxa"/>
          </w:tcPr>
          <w:p w14:paraId="4199B982" w14:textId="77777777" w:rsidR="006D2D3A" w:rsidRDefault="006D2D3A"/>
        </w:tc>
        <w:tc>
          <w:tcPr>
            <w:tcW w:w="2592" w:type="dxa"/>
          </w:tcPr>
          <w:p w14:paraId="416E7DDA" w14:textId="77777777" w:rsidR="006D2D3A" w:rsidRDefault="006D2D3A"/>
        </w:tc>
      </w:tr>
      <w:tr w:rsidR="006D2D3A" w14:paraId="36B4447E" w14:textId="77777777">
        <w:trPr>
          <w:jc w:val="center"/>
        </w:trPr>
        <w:tc>
          <w:tcPr>
            <w:tcW w:w="2592" w:type="dxa"/>
          </w:tcPr>
          <w:p w14:paraId="7267150A" w14:textId="77777777" w:rsidR="006D2D3A" w:rsidRDefault="00000000">
            <w:r>
              <w:rPr>
                <w:b/>
                <w:sz w:val="18"/>
              </w:rPr>
              <w:t>TOTAL</w:t>
            </w:r>
          </w:p>
        </w:tc>
        <w:tc>
          <w:tcPr>
            <w:tcW w:w="2592" w:type="dxa"/>
          </w:tcPr>
          <w:p w14:paraId="779F24E1" w14:textId="77777777" w:rsidR="006D2D3A" w:rsidRDefault="00000000">
            <w:r>
              <w:t>80</w:t>
            </w:r>
          </w:p>
        </w:tc>
        <w:tc>
          <w:tcPr>
            <w:tcW w:w="2592" w:type="dxa"/>
          </w:tcPr>
          <w:p w14:paraId="2F56BC82" w14:textId="77777777" w:rsidR="006D2D3A" w:rsidRDefault="006D2D3A"/>
        </w:tc>
        <w:tc>
          <w:tcPr>
            <w:tcW w:w="2592" w:type="dxa"/>
          </w:tcPr>
          <w:p w14:paraId="2D8A88F1" w14:textId="77777777" w:rsidR="006D2D3A" w:rsidRDefault="006D2D3A"/>
        </w:tc>
      </w:tr>
    </w:tbl>
    <w:p w14:paraId="3CB45F6E" w14:textId="77777777" w:rsidR="006D2D3A" w:rsidRDefault="00000000">
      <w:r>
        <w:br w:type="page"/>
      </w:r>
    </w:p>
    <w:p w14:paraId="6EBDC7A4" w14:textId="77777777" w:rsidR="006D2D3A" w:rsidRDefault="00000000">
      <w:r>
        <w:rPr>
          <w:b/>
          <w:sz w:val="28"/>
        </w:rPr>
        <w:lastRenderedPageBreak/>
        <w:t>SECTION A — CREATING</w:t>
      </w:r>
    </w:p>
    <w:p w14:paraId="01A0BFC4" w14:textId="05BDD8D6" w:rsidR="006D2D3A" w:rsidRPr="00A411F4" w:rsidRDefault="00000000">
      <w:pPr>
        <w:rPr>
          <w:bCs/>
        </w:rPr>
      </w:pPr>
      <w:r w:rsidRPr="00A411F4">
        <w:rPr>
          <w:bCs/>
        </w:rPr>
        <w:t>1. Traditional Kenyan Theatre. Study Figure 1 and answer the questions.</w:t>
      </w:r>
    </w:p>
    <w:p w14:paraId="2AF8C10B" w14:textId="6D1768B8" w:rsidR="006D2D3A" w:rsidRPr="00A411F4" w:rsidRDefault="00A411F4">
      <w:pPr>
        <w:jc w:val="center"/>
        <w:rPr>
          <w:bCs/>
        </w:rPr>
      </w:pPr>
      <w:r w:rsidRPr="00A411F4">
        <w:rPr>
          <w:bCs/>
        </w:rPr>
        <w:drawing>
          <wp:inline distT="0" distB="0" distL="0" distR="0" wp14:anchorId="36193E93" wp14:editId="676BE4E2">
            <wp:extent cx="6583680" cy="2297574"/>
            <wp:effectExtent l="0" t="0" r="7620" b="7620"/>
            <wp:docPr id="1249118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118008" name=""/>
                    <pic:cNvPicPr/>
                  </pic:nvPicPr>
                  <pic:blipFill rotWithShape="1">
                    <a:blip r:embed="rId8"/>
                    <a:srcRect b="36074"/>
                    <a:stretch>
                      <a:fillRect/>
                    </a:stretch>
                  </pic:blipFill>
                  <pic:spPr bwMode="auto">
                    <a:xfrm>
                      <a:off x="0" y="0"/>
                      <a:ext cx="6583680" cy="2297574"/>
                    </a:xfrm>
                    <a:prstGeom prst="rect">
                      <a:avLst/>
                    </a:prstGeom>
                    <a:ln>
                      <a:noFill/>
                    </a:ln>
                    <a:extLst>
                      <a:ext uri="{53640926-AAD7-44D8-BBD7-CCE9431645EC}">
                        <a14:shadowObscured xmlns:a14="http://schemas.microsoft.com/office/drawing/2010/main"/>
                      </a:ext>
                    </a:extLst>
                  </pic:spPr>
                </pic:pic>
              </a:graphicData>
            </a:graphic>
          </wp:inline>
        </w:drawing>
      </w:r>
    </w:p>
    <w:p w14:paraId="241296F5" w14:textId="77777777" w:rsidR="006D2D3A" w:rsidRPr="00A411F4" w:rsidRDefault="00000000">
      <w:pPr>
        <w:jc w:val="center"/>
        <w:rPr>
          <w:bCs/>
        </w:rPr>
      </w:pPr>
      <w:r w:rsidRPr="00A411F4">
        <w:rPr>
          <w:bCs/>
        </w:rPr>
        <w:t>Figure 1</w:t>
      </w:r>
    </w:p>
    <w:p w14:paraId="7835E990" w14:textId="77777777" w:rsidR="006D2D3A" w:rsidRPr="00A411F4" w:rsidRDefault="00000000">
      <w:pPr>
        <w:rPr>
          <w:bCs/>
        </w:rPr>
      </w:pPr>
      <w:r w:rsidRPr="00A411F4">
        <w:rPr>
          <w:bCs/>
        </w:rPr>
        <w:t>(a) State two functions of traditional Kenyan theatre. (2 marks)</w:t>
      </w:r>
    </w:p>
    <w:p w14:paraId="474E367B" w14:textId="77777777" w:rsidR="006D2D3A" w:rsidRPr="00A411F4" w:rsidRDefault="00000000">
      <w:pPr>
        <w:spacing w:after="0"/>
        <w:rPr>
          <w:bCs/>
        </w:rPr>
      </w:pPr>
      <w:r w:rsidRPr="00A411F4">
        <w:rPr>
          <w:bCs/>
          <w:sz w:val="18"/>
        </w:rPr>
        <w:t>________________________________________________________________________________</w:t>
      </w:r>
    </w:p>
    <w:p w14:paraId="1E8CE3FA" w14:textId="77777777" w:rsidR="006D2D3A" w:rsidRPr="00A411F4" w:rsidRDefault="00000000">
      <w:pPr>
        <w:spacing w:after="0"/>
        <w:rPr>
          <w:bCs/>
        </w:rPr>
      </w:pPr>
      <w:r w:rsidRPr="00A411F4">
        <w:rPr>
          <w:bCs/>
          <w:sz w:val="18"/>
        </w:rPr>
        <w:t>________________________________________________________________________________</w:t>
      </w:r>
    </w:p>
    <w:p w14:paraId="1E12B8C0" w14:textId="77777777" w:rsidR="006D2D3A" w:rsidRPr="00A411F4" w:rsidRDefault="00000000">
      <w:pPr>
        <w:rPr>
          <w:bCs/>
        </w:rPr>
      </w:pPr>
      <w:r w:rsidRPr="00A411F4">
        <w:rPr>
          <w:bCs/>
        </w:rPr>
        <w:t>(b) State three characteristics of traditional Kenyan theatre forms, considering aspects such as storytelling, music, dance, rituals, costume, communal settings, audience participation or moral function. (3 marks)</w:t>
      </w:r>
    </w:p>
    <w:p w14:paraId="4F4669CD" w14:textId="77777777" w:rsidR="006D2D3A" w:rsidRPr="00A411F4" w:rsidRDefault="00000000">
      <w:pPr>
        <w:spacing w:after="0"/>
        <w:rPr>
          <w:bCs/>
        </w:rPr>
      </w:pPr>
      <w:r w:rsidRPr="00A411F4">
        <w:rPr>
          <w:bCs/>
          <w:sz w:val="18"/>
        </w:rPr>
        <w:t>________________________________________________________________________________</w:t>
      </w:r>
    </w:p>
    <w:p w14:paraId="5B55C552" w14:textId="77777777" w:rsidR="006D2D3A" w:rsidRPr="00A411F4" w:rsidRDefault="00000000">
      <w:pPr>
        <w:spacing w:after="0"/>
        <w:rPr>
          <w:bCs/>
        </w:rPr>
      </w:pPr>
      <w:r w:rsidRPr="00A411F4">
        <w:rPr>
          <w:bCs/>
          <w:sz w:val="18"/>
        </w:rPr>
        <w:t>________________________________________________________________________________</w:t>
      </w:r>
    </w:p>
    <w:p w14:paraId="047FD18E" w14:textId="77777777" w:rsidR="006D2D3A" w:rsidRPr="00A411F4" w:rsidRDefault="00000000">
      <w:pPr>
        <w:spacing w:after="0"/>
        <w:rPr>
          <w:bCs/>
        </w:rPr>
      </w:pPr>
      <w:r w:rsidRPr="00A411F4">
        <w:rPr>
          <w:bCs/>
          <w:sz w:val="18"/>
        </w:rPr>
        <w:t>________________________________________________________________________________</w:t>
      </w:r>
    </w:p>
    <w:p w14:paraId="3696E43E" w14:textId="77777777" w:rsidR="006D2D3A" w:rsidRPr="00A411F4" w:rsidRDefault="00000000">
      <w:pPr>
        <w:spacing w:after="0"/>
        <w:rPr>
          <w:bCs/>
        </w:rPr>
      </w:pPr>
      <w:r w:rsidRPr="00A411F4">
        <w:rPr>
          <w:bCs/>
          <w:sz w:val="18"/>
        </w:rPr>
        <w:t>________________________________________________________________________________</w:t>
      </w:r>
    </w:p>
    <w:p w14:paraId="55BEE614" w14:textId="1A0CDC00" w:rsidR="006D2D3A" w:rsidRPr="00A411F4" w:rsidRDefault="00000000">
      <w:pPr>
        <w:rPr>
          <w:bCs/>
        </w:rPr>
      </w:pPr>
      <w:r w:rsidRPr="00A411F4">
        <w:rPr>
          <w:bCs/>
        </w:rPr>
        <w:t>2. Play Writing. A community wants a short play addressing road safety. Using the play structure in Figure 2, answer the questions.</w:t>
      </w:r>
    </w:p>
    <w:p w14:paraId="29684993" w14:textId="6F8A9947" w:rsidR="006D2D3A" w:rsidRPr="00A411F4" w:rsidRDefault="007D50AA">
      <w:pPr>
        <w:jc w:val="center"/>
        <w:rPr>
          <w:bCs/>
        </w:rPr>
      </w:pPr>
      <w:r w:rsidRPr="007D50AA">
        <w:rPr>
          <w:bCs/>
        </w:rPr>
        <w:drawing>
          <wp:inline distT="0" distB="0" distL="0" distR="0" wp14:anchorId="33271D6C" wp14:editId="399AF9FA">
            <wp:extent cx="6582676" cy="1828455"/>
            <wp:effectExtent l="0" t="0" r="0" b="635"/>
            <wp:docPr id="1700931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31538" name=""/>
                    <pic:cNvPicPr/>
                  </pic:nvPicPr>
                  <pic:blipFill rotWithShape="1">
                    <a:blip r:embed="rId9"/>
                    <a:srcRect t="12079" b="37039"/>
                    <a:stretch>
                      <a:fillRect/>
                    </a:stretch>
                  </pic:blipFill>
                  <pic:spPr bwMode="auto">
                    <a:xfrm>
                      <a:off x="0" y="0"/>
                      <a:ext cx="6583680" cy="1828734"/>
                    </a:xfrm>
                    <a:prstGeom prst="rect">
                      <a:avLst/>
                    </a:prstGeom>
                    <a:ln>
                      <a:noFill/>
                    </a:ln>
                    <a:extLst>
                      <a:ext uri="{53640926-AAD7-44D8-BBD7-CCE9431645EC}">
                        <a14:shadowObscured xmlns:a14="http://schemas.microsoft.com/office/drawing/2010/main"/>
                      </a:ext>
                    </a:extLst>
                  </pic:spPr>
                </pic:pic>
              </a:graphicData>
            </a:graphic>
          </wp:inline>
        </w:drawing>
      </w:r>
    </w:p>
    <w:p w14:paraId="20DB4BF2" w14:textId="77777777" w:rsidR="006D2D3A" w:rsidRPr="00A411F4" w:rsidRDefault="00000000">
      <w:pPr>
        <w:jc w:val="center"/>
        <w:rPr>
          <w:bCs/>
        </w:rPr>
      </w:pPr>
      <w:r w:rsidRPr="00A411F4">
        <w:rPr>
          <w:bCs/>
        </w:rPr>
        <w:t>Figure 2</w:t>
      </w:r>
    </w:p>
    <w:p w14:paraId="17FD3797" w14:textId="77777777" w:rsidR="006D2D3A" w:rsidRPr="00A411F4" w:rsidRDefault="00000000">
      <w:pPr>
        <w:rPr>
          <w:bCs/>
        </w:rPr>
      </w:pPr>
      <w:r w:rsidRPr="00A411F4">
        <w:rPr>
          <w:bCs/>
        </w:rPr>
        <w:t>(a) Name the five major stages represented by the play structure, beginning with A. (5 marks)</w:t>
      </w:r>
    </w:p>
    <w:p w14:paraId="684A69EE" w14:textId="77777777" w:rsidR="006D2D3A" w:rsidRPr="00A411F4" w:rsidRDefault="00000000">
      <w:pPr>
        <w:spacing w:after="0"/>
        <w:rPr>
          <w:bCs/>
        </w:rPr>
      </w:pPr>
      <w:r w:rsidRPr="00A411F4">
        <w:rPr>
          <w:bCs/>
          <w:sz w:val="18"/>
        </w:rPr>
        <w:t>________________________________________________________________________________</w:t>
      </w:r>
    </w:p>
    <w:p w14:paraId="09CEB3A5" w14:textId="77777777" w:rsidR="006D2D3A" w:rsidRPr="00A411F4" w:rsidRDefault="00000000">
      <w:pPr>
        <w:spacing w:after="0"/>
        <w:rPr>
          <w:bCs/>
        </w:rPr>
      </w:pPr>
      <w:r w:rsidRPr="00A411F4">
        <w:rPr>
          <w:bCs/>
          <w:sz w:val="18"/>
        </w:rPr>
        <w:t>________________________________________________________________________________</w:t>
      </w:r>
    </w:p>
    <w:p w14:paraId="59CE6ECC" w14:textId="77777777" w:rsidR="006D2D3A" w:rsidRPr="00A411F4" w:rsidRDefault="00000000">
      <w:pPr>
        <w:spacing w:after="0"/>
        <w:rPr>
          <w:bCs/>
        </w:rPr>
      </w:pPr>
      <w:r w:rsidRPr="00A411F4">
        <w:rPr>
          <w:bCs/>
          <w:sz w:val="18"/>
        </w:rPr>
        <w:t>________________________________________________________________________________</w:t>
      </w:r>
    </w:p>
    <w:p w14:paraId="5F7D683E" w14:textId="77777777" w:rsidR="006D2D3A" w:rsidRPr="00A411F4" w:rsidRDefault="00000000">
      <w:pPr>
        <w:spacing w:after="0"/>
        <w:rPr>
          <w:bCs/>
        </w:rPr>
      </w:pPr>
      <w:r w:rsidRPr="00A411F4">
        <w:rPr>
          <w:bCs/>
          <w:sz w:val="18"/>
        </w:rPr>
        <w:t>________________________________________________________________________________</w:t>
      </w:r>
    </w:p>
    <w:p w14:paraId="6914EE15" w14:textId="77777777" w:rsidR="006D2D3A" w:rsidRPr="00A411F4" w:rsidRDefault="00000000">
      <w:pPr>
        <w:spacing w:after="0"/>
        <w:rPr>
          <w:bCs/>
        </w:rPr>
      </w:pPr>
      <w:r w:rsidRPr="00A411F4">
        <w:rPr>
          <w:bCs/>
          <w:sz w:val="18"/>
        </w:rPr>
        <w:t>________________________________________________________________________________</w:t>
      </w:r>
    </w:p>
    <w:p w14:paraId="62FE9A7B" w14:textId="77777777" w:rsidR="006D2D3A" w:rsidRPr="00A411F4" w:rsidRDefault="00000000">
      <w:pPr>
        <w:rPr>
          <w:bCs/>
        </w:rPr>
      </w:pPr>
      <w:r w:rsidRPr="00A411F4">
        <w:rPr>
          <w:bCs/>
        </w:rPr>
        <w:t>(b) Write a suitable theme for the road-safety play and give one Pertinent and Contemporary Issue that the play could address. (2 marks)</w:t>
      </w:r>
    </w:p>
    <w:p w14:paraId="5C794E61" w14:textId="77777777" w:rsidR="006D2D3A" w:rsidRPr="00A411F4" w:rsidRDefault="00000000">
      <w:pPr>
        <w:spacing w:after="0"/>
        <w:rPr>
          <w:bCs/>
        </w:rPr>
      </w:pPr>
      <w:r w:rsidRPr="00A411F4">
        <w:rPr>
          <w:bCs/>
          <w:sz w:val="18"/>
        </w:rPr>
        <w:t>________________________________________________________________________________</w:t>
      </w:r>
    </w:p>
    <w:p w14:paraId="34C0B615" w14:textId="77777777" w:rsidR="006D2D3A" w:rsidRPr="00A411F4" w:rsidRDefault="00000000">
      <w:pPr>
        <w:spacing w:after="0"/>
        <w:rPr>
          <w:bCs/>
        </w:rPr>
      </w:pPr>
      <w:r w:rsidRPr="00A411F4">
        <w:rPr>
          <w:bCs/>
          <w:sz w:val="18"/>
        </w:rPr>
        <w:t>________________________________________________________________________________</w:t>
      </w:r>
    </w:p>
    <w:p w14:paraId="60160B1C" w14:textId="77777777" w:rsidR="006D2D3A" w:rsidRPr="00A411F4" w:rsidRDefault="00000000">
      <w:pPr>
        <w:rPr>
          <w:bCs/>
        </w:rPr>
      </w:pPr>
      <w:r w:rsidRPr="00A411F4">
        <w:rPr>
          <w:bCs/>
        </w:rPr>
        <w:t>3. Poetry Writing — Spoken Word. Write a short spoken-word poem of approximately 12–16 lines on one social issue affecting young people. Your poem should demonstrate poetic elements and an appropriate spoken-word voice. (6 marks)</w:t>
      </w:r>
    </w:p>
    <w:p w14:paraId="48B515F3" w14:textId="77777777" w:rsidR="006D2D3A" w:rsidRPr="00A411F4" w:rsidRDefault="00000000">
      <w:pPr>
        <w:spacing w:after="0"/>
        <w:rPr>
          <w:bCs/>
        </w:rPr>
      </w:pPr>
      <w:r w:rsidRPr="00A411F4">
        <w:rPr>
          <w:bCs/>
          <w:sz w:val="18"/>
        </w:rPr>
        <w:t>________________________________________________________________________________</w:t>
      </w:r>
    </w:p>
    <w:p w14:paraId="6617F0E1" w14:textId="77777777" w:rsidR="006D2D3A" w:rsidRPr="00A411F4" w:rsidRDefault="00000000">
      <w:pPr>
        <w:spacing w:after="0"/>
        <w:rPr>
          <w:bCs/>
        </w:rPr>
      </w:pPr>
      <w:r w:rsidRPr="00A411F4">
        <w:rPr>
          <w:bCs/>
          <w:sz w:val="18"/>
        </w:rPr>
        <w:lastRenderedPageBreak/>
        <w:t>________________________________________________________________________________</w:t>
      </w:r>
    </w:p>
    <w:p w14:paraId="3F80CD44" w14:textId="77777777" w:rsidR="006D2D3A" w:rsidRPr="00A411F4" w:rsidRDefault="00000000">
      <w:pPr>
        <w:spacing w:after="0"/>
        <w:rPr>
          <w:bCs/>
        </w:rPr>
      </w:pPr>
      <w:r w:rsidRPr="00A411F4">
        <w:rPr>
          <w:bCs/>
          <w:sz w:val="18"/>
        </w:rPr>
        <w:t>________________________________________________________________________________</w:t>
      </w:r>
    </w:p>
    <w:p w14:paraId="4B4F8843" w14:textId="77777777" w:rsidR="006D2D3A" w:rsidRPr="00A411F4" w:rsidRDefault="00000000">
      <w:pPr>
        <w:spacing w:after="0"/>
        <w:rPr>
          <w:bCs/>
        </w:rPr>
      </w:pPr>
      <w:r w:rsidRPr="00A411F4">
        <w:rPr>
          <w:bCs/>
          <w:sz w:val="18"/>
        </w:rPr>
        <w:t>________________________________________________________________________________</w:t>
      </w:r>
    </w:p>
    <w:p w14:paraId="452B5505" w14:textId="77777777" w:rsidR="006D2D3A" w:rsidRPr="00A411F4" w:rsidRDefault="00000000">
      <w:pPr>
        <w:spacing w:after="0"/>
        <w:rPr>
          <w:bCs/>
        </w:rPr>
      </w:pPr>
      <w:r w:rsidRPr="00A411F4">
        <w:rPr>
          <w:bCs/>
          <w:sz w:val="18"/>
        </w:rPr>
        <w:t>________________________________________________________________________________</w:t>
      </w:r>
    </w:p>
    <w:p w14:paraId="2A698320" w14:textId="77777777" w:rsidR="006D2D3A" w:rsidRPr="00A411F4" w:rsidRDefault="00000000">
      <w:pPr>
        <w:spacing w:after="0"/>
        <w:rPr>
          <w:bCs/>
        </w:rPr>
      </w:pPr>
      <w:r w:rsidRPr="00A411F4">
        <w:rPr>
          <w:bCs/>
          <w:sz w:val="18"/>
        </w:rPr>
        <w:t>________________________________________________________________________________</w:t>
      </w:r>
    </w:p>
    <w:p w14:paraId="2CD82217" w14:textId="77777777" w:rsidR="006D2D3A" w:rsidRPr="00A411F4" w:rsidRDefault="00000000">
      <w:pPr>
        <w:spacing w:after="0"/>
        <w:rPr>
          <w:bCs/>
        </w:rPr>
      </w:pPr>
      <w:r w:rsidRPr="00A411F4">
        <w:rPr>
          <w:bCs/>
          <w:sz w:val="18"/>
        </w:rPr>
        <w:t>________________________________________________________________________________</w:t>
      </w:r>
    </w:p>
    <w:p w14:paraId="7AA0A06C" w14:textId="77777777" w:rsidR="006D2D3A" w:rsidRDefault="00000000">
      <w:pPr>
        <w:spacing w:after="0"/>
        <w:rPr>
          <w:bCs/>
          <w:sz w:val="18"/>
        </w:rPr>
      </w:pPr>
      <w:r w:rsidRPr="00A411F4">
        <w:rPr>
          <w:bCs/>
          <w:sz w:val="18"/>
        </w:rPr>
        <w:t>________________________________________________________________________________</w:t>
      </w:r>
    </w:p>
    <w:p w14:paraId="68596D3E" w14:textId="77777777" w:rsidR="007D50AA" w:rsidRPr="00A411F4" w:rsidRDefault="007D50AA" w:rsidP="007D50AA">
      <w:pPr>
        <w:spacing w:after="0"/>
        <w:rPr>
          <w:bCs/>
        </w:rPr>
      </w:pPr>
      <w:r w:rsidRPr="00A411F4">
        <w:rPr>
          <w:bCs/>
          <w:sz w:val="18"/>
        </w:rPr>
        <w:t>________________________________________________________________________________</w:t>
      </w:r>
    </w:p>
    <w:p w14:paraId="49C0C920" w14:textId="77777777" w:rsidR="007D50AA" w:rsidRPr="00A411F4" w:rsidRDefault="007D50AA" w:rsidP="007D50AA">
      <w:pPr>
        <w:spacing w:after="0"/>
        <w:rPr>
          <w:bCs/>
        </w:rPr>
      </w:pPr>
      <w:r w:rsidRPr="00A411F4">
        <w:rPr>
          <w:bCs/>
          <w:sz w:val="18"/>
        </w:rPr>
        <w:t>________________________________________________________________________________</w:t>
      </w:r>
    </w:p>
    <w:p w14:paraId="03F0B628" w14:textId="77777777" w:rsidR="007D50AA" w:rsidRPr="00A411F4" w:rsidRDefault="007D50AA" w:rsidP="007D50AA">
      <w:pPr>
        <w:spacing w:after="0"/>
        <w:rPr>
          <w:bCs/>
        </w:rPr>
      </w:pPr>
      <w:r w:rsidRPr="00A411F4">
        <w:rPr>
          <w:bCs/>
          <w:sz w:val="18"/>
        </w:rPr>
        <w:t>________________________________________________________________________________</w:t>
      </w:r>
    </w:p>
    <w:p w14:paraId="4488D4BA" w14:textId="77777777" w:rsidR="007D50AA" w:rsidRPr="00A411F4" w:rsidRDefault="007D50AA" w:rsidP="007D50AA">
      <w:pPr>
        <w:spacing w:after="0"/>
        <w:rPr>
          <w:bCs/>
        </w:rPr>
      </w:pPr>
      <w:r w:rsidRPr="00A411F4">
        <w:rPr>
          <w:bCs/>
          <w:sz w:val="18"/>
        </w:rPr>
        <w:t>________________________________________________________________________________</w:t>
      </w:r>
    </w:p>
    <w:p w14:paraId="5055C640" w14:textId="77777777" w:rsidR="007D50AA" w:rsidRPr="00A411F4" w:rsidRDefault="007D50AA" w:rsidP="007D50AA">
      <w:pPr>
        <w:spacing w:after="0"/>
        <w:rPr>
          <w:bCs/>
        </w:rPr>
      </w:pPr>
      <w:r w:rsidRPr="00A411F4">
        <w:rPr>
          <w:bCs/>
          <w:sz w:val="18"/>
        </w:rPr>
        <w:t>________________________________________________________________________________</w:t>
      </w:r>
    </w:p>
    <w:p w14:paraId="05A3678F" w14:textId="77777777" w:rsidR="007D50AA" w:rsidRPr="00A411F4" w:rsidRDefault="007D50AA" w:rsidP="007D50AA">
      <w:pPr>
        <w:spacing w:after="0"/>
        <w:rPr>
          <w:bCs/>
        </w:rPr>
      </w:pPr>
      <w:r w:rsidRPr="00A411F4">
        <w:rPr>
          <w:bCs/>
          <w:sz w:val="18"/>
        </w:rPr>
        <w:t>________________________________________________________________________________</w:t>
      </w:r>
    </w:p>
    <w:p w14:paraId="04608365" w14:textId="77777777" w:rsidR="007D50AA" w:rsidRPr="00A411F4" w:rsidRDefault="007D50AA" w:rsidP="007D50AA">
      <w:pPr>
        <w:spacing w:after="0"/>
        <w:rPr>
          <w:bCs/>
        </w:rPr>
      </w:pPr>
      <w:r w:rsidRPr="00A411F4">
        <w:rPr>
          <w:bCs/>
          <w:sz w:val="18"/>
        </w:rPr>
        <w:t>________________________________________________________________________________</w:t>
      </w:r>
    </w:p>
    <w:p w14:paraId="059D76B0" w14:textId="77777777" w:rsidR="007D50AA" w:rsidRPr="00A411F4" w:rsidRDefault="007D50AA" w:rsidP="007D50AA">
      <w:pPr>
        <w:spacing w:after="0"/>
        <w:rPr>
          <w:bCs/>
        </w:rPr>
      </w:pPr>
      <w:r w:rsidRPr="00A411F4">
        <w:rPr>
          <w:bCs/>
          <w:sz w:val="18"/>
        </w:rPr>
        <w:t>________________________________________________________________________________</w:t>
      </w:r>
    </w:p>
    <w:p w14:paraId="04DEEBDF" w14:textId="77777777" w:rsidR="007D50AA" w:rsidRPr="00A411F4" w:rsidRDefault="007D50AA" w:rsidP="007D50AA">
      <w:pPr>
        <w:spacing w:after="0"/>
        <w:rPr>
          <w:bCs/>
        </w:rPr>
      </w:pPr>
      <w:r w:rsidRPr="00A411F4">
        <w:rPr>
          <w:bCs/>
          <w:sz w:val="18"/>
        </w:rPr>
        <w:t>________________________________________________________________________________</w:t>
      </w:r>
    </w:p>
    <w:p w14:paraId="770B8ABF" w14:textId="77777777" w:rsidR="007D50AA" w:rsidRPr="00A411F4" w:rsidRDefault="007D50AA" w:rsidP="007D50AA">
      <w:pPr>
        <w:spacing w:after="0"/>
        <w:rPr>
          <w:bCs/>
        </w:rPr>
      </w:pPr>
      <w:r w:rsidRPr="00A411F4">
        <w:rPr>
          <w:bCs/>
          <w:sz w:val="18"/>
        </w:rPr>
        <w:t>________________________________________________________________________________</w:t>
      </w:r>
    </w:p>
    <w:p w14:paraId="10D6BF32" w14:textId="77777777" w:rsidR="007D50AA" w:rsidRPr="00A411F4" w:rsidRDefault="007D50AA" w:rsidP="007D50AA">
      <w:pPr>
        <w:spacing w:after="0"/>
        <w:rPr>
          <w:bCs/>
        </w:rPr>
      </w:pPr>
      <w:r w:rsidRPr="00A411F4">
        <w:rPr>
          <w:bCs/>
          <w:sz w:val="18"/>
        </w:rPr>
        <w:t>________________________________________________________________________________</w:t>
      </w:r>
    </w:p>
    <w:p w14:paraId="197193BE" w14:textId="77777777" w:rsidR="007D50AA" w:rsidRPr="00A411F4" w:rsidRDefault="007D50AA" w:rsidP="007D50AA">
      <w:pPr>
        <w:spacing w:after="0"/>
        <w:rPr>
          <w:bCs/>
        </w:rPr>
      </w:pPr>
      <w:r w:rsidRPr="00A411F4">
        <w:rPr>
          <w:bCs/>
          <w:sz w:val="18"/>
        </w:rPr>
        <w:t>________________________________________________________________________________</w:t>
      </w:r>
    </w:p>
    <w:p w14:paraId="605EE339" w14:textId="77777777" w:rsidR="008513B6" w:rsidRPr="00A411F4" w:rsidRDefault="008513B6" w:rsidP="008513B6">
      <w:pPr>
        <w:spacing w:after="0"/>
        <w:rPr>
          <w:bCs/>
        </w:rPr>
      </w:pPr>
      <w:r w:rsidRPr="00A411F4">
        <w:rPr>
          <w:bCs/>
          <w:sz w:val="18"/>
        </w:rPr>
        <w:t>________________________________________________________________________________</w:t>
      </w:r>
    </w:p>
    <w:p w14:paraId="333FEA3C" w14:textId="77777777" w:rsidR="008513B6" w:rsidRPr="00A411F4" w:rsidRDefault="008513B6" w:rsidP="008513B6">
      <w:pPr>
        <w:spacing w:after="0"/>
        <w:rPr>
          <w:bCs/>
        </w:rPr>
      </w:pPr>
      <w:r w:rsidRPr="00A411F4">
        <w:rPr>
          <w:bCs/>
          <w:sz w:val="18"/>
        </w:rPr>
        <w:t>________________________________________________________________________________</w:t>
      </w:r>
    </w:p>
    <w:p w14:paraId="3609C22F" w14:textId="77777777" w:rsidR="008513B6" w:rsidRPr="00A411F4" w:rsidRDefault="008513B6" w:rsidP="008513B6">
      <w:pPr>
        <w:spacing w:after="0"/>
        <w:rPr>
          <w:bCs/>
        </w:rPr>
      </w:pPr>
      <w:r w:rsidRPr="00A411F4">
        <w:rPr>
          <w:bCs/>
          <w:sz w:val="18"/>
        </w:rPr>
        <w:t>________________________________________________________________________________</w:t>
      </w:r>
    </w:p>
    <w:p w14:paraId="2F6B5C5E" w14:textId="77777777" w:rsidR="008513B6" w:rsidRPr="00A411F4" w:rsidRDefault="008513B6" w:rsidP="008513B6">
      <w:pPr>
        <w:spacing w:after="0"/>
        <w:rPr>
          <w:bCs/>
        </w:rPr>
      </w:pPr>
      <w:r w:rsidRPr="00A411F4">
        <w:rPr>
          <w:bCs/>
          <w:sz w:val="18"/>
        </w:rPr>
        <w:t>________________________________________________________________________________</w:t>
      </w:r>
    </w:p>
    <w:p w14:paraId="44C34D14" w14:textId="77777777" w:rsidR="008513B6" w:rsidRPr="00A411F4" w:rsidRDefault="008513B6" w:rsidP="008513B6">
      <w:pPr>
        <w:spacing w:after="0"/>
        <w:rPr>
          <w:bCs/>
        </w:rPr>
      </w:pPr>
      <w:r w:rsidRPr="00A411F4">
        <w:rPr>
          <w:bCs/>
          <w:sz w:val="18"/>
        </w:rPr>
        <w:t>________________________________________________________________________________</w:t>
      </w:r>
    </w:p>
    <w:p w14:paraId="1370C452" w14:textId="77777777" w:rsidR="008513B6" w:rsidRPr="00A411F4" w:rsidRDefault="008513B6" w:rsidP="008513B6">
      <w:pPr>
        <w:spacing w:after="0"/>
        <w:rPr>
          <w:bCs/>
        </w:rPr>
      </w:pPr>
      <w:r w:rsidRPr="00A411F4">
        <w:rPr>
          <w:bCs/>
          <w:sz w:val="18"/>
        </w:rPr>
        <w:t>________________________________________________________________________________</w:t>
      </w:r>
    </w:p>
    <w:p w14:paraId="36E1EEFA" w14:textId="77777777" w:rsidR="007D50AA" w:rsidRPr="00A411F4" w:rsidRDefault="007D50AA">
      <w:pPr>
        <w:spacing w:after="0"/>
        <w:rPr>
          <w:bCs/>
        </w:rPr>
      </w:pPr>
    </w:p>
    <w:p w14:paraId="7F3747CA" w14:textId="77777777" w:rsidR="006D2D3A" w:rsidRPr="00A411F4" w:rsidRDefault="00000000">
      <w:pPr>
        <w:rPr>
          <w:b/>
        </w:rPr>
      </w:pPr>
      <w:r w:rsidRPr="00A411F4">
        <w:rPr>
          <w:b/>
          <w:sz w:val="28"/>
        </w:rPr>
        <w:t>SECTION B — PRODUCTION</w:t>
      </w:r>
    </w:p>
    <w:p w14:paraId="06CA1AA1" w14:textId="77777777" w:rsidR="006D2D3A" w:rsidRPr="00A411F4" w:rsidRDefault="00000000">
      <w:pPr>
        <w:rPr>
          <w:bCs/>
        </w:rPr>
      </w:pPr>
      <w:r w:rsidRPr="00A411F4">
        <w:rPr>
          <w:bCs/>
        </w:rPr>
        <w:t>4. Acting. (a) State the three actor's tools identified in the curriculum. (b) Explain how any two of the tools can be used to improve a character's performance. (c) State one purpose of de-roling after a performance. (6 marks)</w:t>
      </w:r>
    </w:p>
    <w:p w14:paraId="126C4AEA" w14:textId="77777777" w:rsidR="006D2D3A" w:rsidRPr="00A411F4" w:rsidRDefault="00000000">
      <w:pPr>
        <w:spacing w:after="0"/>
        <w:rPr>
          <w:bCs/>
        </w:rPr>
      </w:pPr>
      <w:r w:rsidRPr="00A411F4">
        <w:rPr>
          <w:bCs/>
          <w:sz w:val="18"/>
        </w:rPr>
        <w:t>________________________________________________________________________________</w:t>
      </w:r>
    </w:p>
    <w:p w14:paraId="5F829DDD" w14:textId="77777777" w:rsidR="006D2D3A" w:rsidRPr="00A411F4" w:rsidRDefault="00000000">
      <w:pPr>
        <w:spacing w:after="0"/>
        <w:rPr>
          <w:bCs/>
        </w:rPr>
      </w:pPr>
      <w:r w:rsidRPr="00A411F4">
        <w:rPr>
          <w:bCs/>
          <w:sz w:val="18"/>
        </w:rPr>
        <w:t>________________________________________________________________________________</w:t>
      </w:r>
    </w:p>
    <w:p w14:paraId="30EF2398" w14:textId="77777777" w:rsidR="006D2D3A" w:rsidRPr="00A411F4" w:rsidRDefault="00000000">
      <w:pPr>
        <w:spacing w:after="0"/>
        <w:rPr>
          <w:bCs/>
        </w:rPr>
      </w:pPr>
      <w:r w:rsidRPr="00A411F4">
        <w:rPr>
          <w:bCs/>
          <w:sz w:val="18"/>
        </w:rPr>
        <w:t>________________________________________________________________________________</w:t>
      </w:r>
    </w:p>
    <w:p w14:paraId="61353ECE" w14:textId="77777777" w:rsidR="006D2D3A" w:rsidRPr="00A411F4" w:rsidRDefault="00000000">
      <w:pPr>
        <w:spacing w:after="0"/>
        <w:rPr>
          <w:bCs/>
        </w:rPr>
      </w:pPr>
      <w:r w:rsidRPr="00A411F4">
        <w:rPr>
          <w:bCs/>
          <w:sz w:val="18"/>
        </w:rPr>
        <w:t>________________________________________________________________________________</w:t>
      </w:r>
    </w:p>
    <w:p w14:paraId="52B754B4" w14:textId="77777777" w:rsidR="006D2D3A" w:rsidRPr="00A411F4" w:rsidRDefault="00000000">
      <w:pPr>
        <w:spacing w:after="0"/>
        <w:rPr>
          <w:bCs/>
        </w:rPr>
      </w:pPr>
      <w:r w:rsidRPr="00A411F4">
        <w:rPr>
          <w:bCs/>
          <w:sz w:val="18"/>
        </w:rPr>
        <w:t>________________________________________________________________________________</w:t>
      </w:r>
    </w:p>
    <w:p w14:paraId="5E395E7F" w14:textId="77777777" w:rsidR="006D2D3A" w:rsidRPr="00A411F4" w:rsidRDefault="00000000">
      <w:pPr>
        <w:spacing w:after="0"/>
        <w:rPr>
          <w:bCs/>
        </w:rPr>
      </w:pPr>
      <w:r w:rsidRPr="00A411F4">
        <w:rPr>
          <w:bCs/>
          <w:sz w:val="18"/>
        </w:rPr>
        <w:t>________________________________________________________________________________</w:t>
      </w:r>
    </w:p>
    <w:p w14:paraId="59EB178F" w14:textId="77777777" w:rsidR="006D2D3A" w:rsidRPr="00A411F4" w:rsidRDefault="00000000">
      <w:pPr>
        <w:spacing w:after="0"/>
        <w:rPr>
          <w:bCs/>
        </w:rPr>
      </w:pPr>
      <w:r w:rsidRPr="00A411F4">
        <w:rPr>
          <w:bCs/>
          <w:sz w:val="18"/>
        </w:rPr>
        <w:t>________________________________________________________________________________</w:t>
      </w:r>
    </w:p>
    <w:p w14:paraId="2AF3B898" w14:textId="77777777" w:rsidR="006D2D3A" w:rsidRPr="00A411F4" w:rsidRDefault="00000000">
      <w:pPr>
        <w:rPr>
          <w:bCs/>
        </w:rPr>
      </w:pPr>
      <w:r w:rsidRPr="00A411F4">
        <w:rPr>
          <w:bCs/>
        </w:rPr>
        <w:t>5. Theatre Directing. Study Figure 3. (6 marks)</w:t>
      </w:r>
    </w:p>
    <w:p w14:paraId="2F0EDDA9" w14:textId="7788F1C2" w:rsidR="006D2D3A" w:rsidRPr="00A411F4" w:rsidRDefault="00BC0F1E">
      <w:pPr>
        <w:jc w:val="center"/>
        <w:rPr>
          <w:bCs/>
        </w:rPr>
      </w:pPr>
      <w:r w:rsidRPr="00BC0F1E">
        <w:rPr>
          <w:bCs/>
        </w:rPr>
        <w:drawing>
          <wp:inline distT="0" distB="0" distL="0" distR="0" wp14:anchorId="5BAF842E" wp14:editId="7A567A03">
            <wp:extent cx="6582029" cy="2013384"/>
            <wp:effectExtent l="0" t="0" r="0" b="6350"/>
            <wp:docPr id="1112210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10581" name=""/>
                    <pic:cNvPicPr/>
                  </pic:nvPicPr>
                  <pic:blipFill rotWithShape="1">
                    <a:blip r:embed="rId10"/>
                    <a:srcRect t="11758" b="32209"/>
                    <a:stretch>
                      <a:fillRect/>
                    </a:stretch>
                  </pic:blipFill>
                  <pic:spPr bwMode="auto">
                    <a:xfrm>
                      <a:off x="0" y="0"/>
                      <a:ext cx="6583680" cy="2013889"/>
                    </a:xfrm>
                    <a:prstGeom prst="rect">
                      <a:avLst/>
                    </a:prstGeom>
                    <a:ln>
                      <a:noFill/>
                    </a:ln>
                    <a:extLst>
                      <a:ext uri="{53640926-AAD7-44D8-BBD7-CCE9431645EC}">
                        <a14:shadowObscured xmlns:a14="http://schemas.microsoft.com/office/drawing/2010/main"/>
                      </a:ext>
                    </a:extLst>
                  </pic:spPr>
                </pic:pic>
              </a:graphicData>
            </a:graphic>
          </wp:inline>
        </w:drawing>
      </w:r>
    </w:p>
    <w:p w14:paraId="685A648C" w14:textId="77777777" w:rsidR="006D2D3A" w:rsidRPr="00A411F4" w:rsidRDefault="00000000">
      <w:pPr>
        <w:jc w:val="center"/>
        <w:rPr>
          <w:bCs/>
        </w:rPr>
      </w:pPr>
      <w:r w:rsidRPr="00A411F4">
        <w:rPr>
          <w:bCs/>
        </w:rPr>
        <w:t>Figure 3</w:t>
      </w:r>
    </w:p>
    <w:p w14:paraId="6ED04BFD" w14:textId="77777777" w:rsidR="006D2D3A" w:rsidRPr="00A411F4" w:rsidRDefault="00000000">
      <w:pPr>
        <w:rPr>
          <w:bCs/>
        </w:rPr>
      </w:pPr>
      <w:r w:rsidRPr="00A411F4">
        <w:rPr>
          <w:bCs/>
        </w:rPr>
        <w:t>(a) Identify any three stage areas shown in the figure. (3 marks)</w:t>
      </w:r>
    </w:p>
    <w:p w14:paraId="48000FC9" w14:textId="77777777" w:rsidR="006D2D3A" w:rsidRPr="00A411F4" w:rsidRDefault="00000000">
      <w:pPr>
        <w:spacing w:after="0"/>
        <w:rPr>
          <w:bCs/>
        </w:rPr>
      </w:pPr>
      <w:r w:rsidRPr="00A411F4">
        <w:rPr>
          <w:bCs/>
          <w:sz w:val="18"/>
        </w:rPr>
        <w:t>________________________________________________________________________________</w:t>
      </w:r>
    </w:p>
    <w:p w14:paraId="456A7AFE" w14:textId="77777777" w:rsidR="006D2D3A" w:rsidRPr="00A411F4" w:rsidRDefault="00000000">
      <w:pPr>
        <w:spacing w:after="0"/>
        <w:rPr>
          <w:bCs/>
        </w:rPr>
      </w:pPr>
      <w:r w:rsidRPr="00A411F4">
        <w:rPr>
          <w:bCs/>
          <w:sz w:val="18"/>
        </w:rPr>
        <w:t>________________________________________________________________________________</w:t>
      </w:r>
    </w:p>
    <w:p w14:paraId="20FD4E79" w14:textId="77777777" w:rsidR="006D2D3A" w:rsidRPr="00A411F4" w:rsidRDefault="00000000">
      <w:pPr>
        <w:spacing w:after="0"/>
        <w:rPr>
          <w:bCs/>
        </w:rPr>
      </w:pPr>
      <w:r w:rsidRPr="00A411F4">
        <w:rPr>
          <w:bCs/>
          <w:sz w:val="18"/>
        </w:rPr>
        <w:t>________________________________________________________________________________</w:t>
      </w:r>
    </w:p>
    <w:p w14:paraId="30B83686" w14:textId="77777777" w:rsidR="006D2D3A" w:rsidRPr="00A411F4" w:rsidRDefault="00000000">
      <w:pPr>
        <w:rPr>
          <w:bCs/>
        </w:rPr>
      </w:pPr>
      <w:r w:rsidRPr="00A411F4">
        <w:rPr>
          <w:bCs/>
        </w:rPr>
        <w:t>(b) State three responsibilities of a theatre director. (3 marks)</w:t>
      </w:r>
    </w:p>
    <w:p w14:paraId="26107FDC" w14:textId="77777777" w:rsidR="006D2D3A" w:rsidRPr="00A411F4" w:rsidRDefault="00000000">
      <w:pPr>
        <w:spacing w:after="0"/>
        <w:rPr>
          <w:bCs/>
        </w:rPr>
      </w:pPr>
      <w:r w:rsidRPr="00A411F4">
        <w:rPr>
          <w:bCs/>
          <w:sz w:val="18"/>
        </w:rPr>
        <w:t>________________________________________________________________________________</w:t>
      </w:r>
    </w:p>
    <w:p w14:paraId="6205D1D8" w14:textId="77777777" w:rsidR="006D2D3A" w:rsidRPr="00A411F4" w:rsidRDefault="00000000">
      <w:pPr>
        <w:spacing w:after="0"/>
        <w:rPr>
          <w:bCs/>
        </w:rPr>
      </w:pPr>
      <w:r w:rsidRPr="00A411F4">
        <w:rPr>
          <w:bCs/>
          <w:sz w:val="18"/>
        </w:rPr>
        <w:t>________________________________________________________________________________</w:t>
      </w:r>
    </w:p>
    <w:p w14:paraId="14502AC8" w14:textId="77777777" w:rsidR="006D2D3A" w:rsidRPr="00A411F4" w:rsidRDefault="00000000">
      <w:pPr>
        <w:spacing w:after="0"/>
        <w:rPr>
          <w:bCs/>
        </w:rPr>
      </w:pPr>
      <w:r w:rsidRPr="00A411F4">
        <w:rPr>
          <w:bCs/>
          <w:sz w:val="18"/>
        </w:rPr>
        <w:t>________________________________________________________________________________</w:t>
      </w:r>
    </w:p>
    <w:p w14:paraId="6285EFEE" w14:textId="77777777" w:rsidR="006D2D3A" w:rsidRPr="00A411F4" w:rsidRDefault="00000000">
      <w:pPr>
        <w:rPr>
          <w:bCs/>
        </w:rPr>
      </w:pPr>
      <w:r w:rsidRPr="00A411F4">
        <w:rPr>
          <w:bCs/>
        </w:rPr>
        <w:t>6. Theatre Design. Study Figure 4. (6 marks)</w:t>
      </w:r>
    </w:p>
    <w:p w14:paraId="3DC38CF2" w14:textId="38DA85AD" w:rsidR="006D2D3A" w:rsidRPr="00A411F4" w:rsidRDefault="002A2C31">
      <w:pPr>
        <w:jc w:val="center"/>
        <w:rPr>
          <w:bCs/>
        </w:rPr>
      </w:pPr>
      <w:r w:rsidRPr="002A2C31">
        <w:rPr>
          <w:bCs/>
        </w:rPr>
        <w:lastRenderedPageBreak/>
        <w:drawing>
          <wp:inline distT="0" distB="0" distL="0" distR="0" wp14:anchorId="32470C00" wp14:editId="4DDE4180">
            <wp:extent cx="4838989" cy="2002420"/>
            <wp:effectExtent l="0" t="0" r="0" b="0"/>
            <wp:docPr id="1914170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70455" name=""/>
                    <pic:cNvPicPr/>
                  </pic:nvPicPr>
                  <pic:blipFill rotWithShape="1">
                    <a:blip r:embed="rId11"/>
                    <a:srcRect t="17069" b="6431"/>
                    <a:stretch>
                      <a:fillRect/>
                    </a:stretch>
                  </pic:blipFill>
                  <pic:spPr bwMode="auto">
                    <a:xfrm>
                      <a:off x="0" y="0"/>
                      <a:ext cx="4855610" cy="2009298"/>
                    </a:xfrm>
                    <a:prstGeom prst="rect">
                      <a:avLst/>
                    </a:prstGeom>
                    <a:ln>
                      <a:noFill/>
                    </a:ln>
                    <a:extLst>
                      <a:ext uri="{53640926-AAD7-44D8-BBD7-CCE9431645EC}">
                        <a14:shadowObscured xmlns:a14="http://schemas.microsoft.com/office/drawing/2010/main"/>
                      </a:ext>
                    </a:extLst>
                  </pic:spPr>
                </pic:pic>
              </a:graphicData>
            </a:graphic>
          </wp:inline>
        </w:drawing>
      </w:r>
    </w:p>
    <w:p w14:paraId="1202F722" w14:textId="77777777" w:rsidR="006D2D3A" w:rsidRPr="00A411F4" w:rsidRDefault="00000000">
      <w:pPr>
        <w:jc w:val="center"/>
        <w:rPr>
          <w:bCs/>
        </w:rPr>
      </w:pPr>
      <w:r w:rsidRPr="00A411F4">
        <w:rPr>
          <w:bCs/>
        </w:rPr>
        <w:t>Figure 4</w:t>
      </w:r>
    </w:p>
    <w:p w14:paraId="16CF9750" w14:textId="77777777" w:rsidR="006D2D3A" w:rsidRPr="00A411F4" w:rsidRDefault="00000000">
      <w:pPr>
        <w:rPr>
          <w:bCs/>
        </w:rPr>
      </w:pPr>
      <w:r w:rsidRPr="00A411F4">
        <w:rPr>
          <w:bCs/>
        </w:rPr>
        <w:t>(a) State four components of theatre design that should be considered when preparing a performance. (4 marks)</w:t>
      </w:r>
    </w:p>
    <w:p w14:paraId="34ECA83D" w14:textId="77777777" w:rsidR="006D2D3A" w:rsidRPr="00A411F4" w:rsidRDefault="00000000">
      <w:pPr>
        <w:spacing w:after="0"/>
        <w:rPr>
          <w:bCs/>
        </w:rPr>
      </w:pPr>
      <w:r w:rsidRPr="00A411F4">
        <w:rPr>
          <w:bCs/>
          <w:sz w:val="18"/>
        </w:rPr>
        <w:t>________________________________________________________________________________</w:t>
      </w:r>
    </w:p>
    <w:p w14:paraId="75FEED45" w14:textId="77777777" w:rsidR="006D2D3A" w:rsidRPr="00A411F4" w:rsidRDefault="00000000">
      <w:pPr>
        <w:spacing w:after="0"/>
        <w:rPr>
          <w:bCs/>
        </w:rPr>
      </w:pPr>
      <w:r w:rsidRPr="00A411F4">
        <w:rPr>
          <w:bCs/>
          <w:sz w:val="18"/>
        </w:rPr>
        <w:t>________________________________________________________________________________</w:t>
      </w:r>
    </w:p>
    <w:p w14:paraId="4FE16A59" w14:textId="77777777" w:rsidR="006D2D3A" w:rsidRPr="00A411F4" w:rsidRDefault="00000000">
      <w:pPr>
        <w:spacing w:after="0"/>
        <w:rPr>
          <w:bCs/>
        </w:rPr>
      </w:pPr>
      <w:r w:rsidRPr="00A411F4">
        <w:rPr>
          <w:bCs/>
          <w:sz w:val="18"/>
        </w:rPr>
        <w:t>________________________________________________________________________________</w:t>
      </w:r>
    </w:p>
    <w:p w14:paraId="15B9C2F5" w14:textId="77777777" w:rsidR="006D2D3A" w:rsidRPr="00A411F4" w:rsidRDefault="00000000">
      <w:pPr>
        <w:spacing w:after="0"/>
        <w:rPr>
          <w:bCs/>
        </w:rPr>
      </w:pPr>
      <w:r w:rsidRPr="00A411F4">
        <w:rPr>
          <w:bCs/>
          <w:sz w:val="18"/>
        </w:rPr>
        <w:t>________________________________________________________________________________</w:t>
      </w:r>
    </w:p>
    <w:p w14:paraId="1278F6B1" w14:textId="77777777" w:rsidR="006D2D3A" w:rsidRPr="00A411F4" w:rsidRDefault="00000000">
      <w:pPr>
        <w:rPr>
          <w:bCs/>
        </w:rPr>
      </w:pPr>
      <w:r w:rsidRPr="00A411F4">
        <w:rPr>
          <w:bCs/>
        </w:rPr>
        <w:t>(b) State two reasons for using available or improvised resources in theatre design. (2 marks)</w:t>
      </w:r>
    </w:p>
    <w:p w14:paraId="459C94EE" w14:textId="77777777" w:rsidR="006D2D3A" w:rsidRPr="00A411F4" w:rsidRDefault="00000000">
      <w:pPr>
        <w:spacing w:after="0"/>
        <w:rPr>
          <w:bCs/>
        </w:rPr>
      </w:pPr>
      <w:r w:rsidRPr="00A411F4">
        <w:rPr>
          <w:bCs/>
          <w:sz w:val="18"/>
        </w:rPr>
        <w:t>________________________________________________________________________________</w:t>
      </w:r>
    </w:p>
    <w:p w14:paraId="230A43E2" w14:textId="77777777" w:rsidR="006D2D3A" w:rsidRPr="00A411F4" w:rsidRDefault="00000000">
      <w:pPr>
        <w:spacing w:after="0"/>
        <w:rPr>
          <w:bCs/>
        </w:rPr>
      </w:pPr>
      <w:r w:rsidRPr="00A411F4">
        <w:rPr>
          <w:bCs/>
          <w:sz w:val="18"/>
        </w:rPr>
        <w:t>________________________________________________________________________________</w:t>
      </w:r>
    </w:p>
    <w:p w14:paraId="5BDAEB46" w14:textId="77777777" w:rsidR="006D2D3A" w:rsidRPr="00A411F4" w:rsidRDefault="00000000">
      <w:pPr>
        <w:rPr>
          <w:b/>
        </w:rPr>
      </w:pPr>
      <w:r w:rsidRPr="00A411F4">
        <w:rPr>
          <w:b/>
          <w:sz w:val="28"/>
        </w:rPr>
        <w:t>SECTION C — THEATRE, FILM AND SOCIETY</w:t>
      </w:r>
    </w:p>
    <w:p w14:paraId="7880C2C7" w14:textId="125439E4" w:rsidR="006D2D3A" w:rsidRPr="00A411F4" w:rsidRDefault="00000000">
      <w:pPr>
        <w:rPr>
          <w:bCs/>
        </w:rPr>
      </w:pPr>
      <w:r w:rsidRPr="00A411F4">
        <w:rPr>
          <w:bCs/>
        </w:rPr>
        <w:t>7. Theatre Adjudication. Study Figure 5, which represents an adjudication record.</w:t>
      </w:r>
    </w:p>
    <w:p w14:paraId="3FDEADDE" w14:textId="444772AE" w:rsidR="006D2D3A" w:rsidRPr="00A411F4" w:rsidRDefault="007320AC">
      <w:pPr>
        <w:jc w:val="center"/>
        <w:rPr>
          <w:bCs/>
        </w:rPr>
      </w:pPr>
      <w:r w:rsidRPr="007320AC">
        <w:rPr>
          <w:bCs/>
        </w:rPr>
        <w:drawing>
          <wp:inline distT="0" distB="0" distL="0" distR="0" wp14:anchorId="0407673D" wp14:editId="3A8C2BC3">
            <wp:extent cx="6583680" cy="3356658"/>
            <wp:effectExtent l="0" t="0" r="7620" b="0"/>
            <wp:docPr id="1635930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30467" name=""/>
                    <pic:cNvPicPr/>
                  </pic:nvPicPr>
                  <pic:blipFill rotWithShape="1">
                    <a:blip r:embed="rId12"/>
                    <a:srcRect b="6607"/>
                    <a:stretch>
                      <a:fillRect/>
                    </a:stretch>
                  </pic:blipFill>
                  <pic:spPr bwMode="auto">
                    <a:xfrm>
                      <a:off x="0" y="0"/>
                      <a:ext cx="6583680" cy="3356658"/>
                    </a:xfrm>
                    <a:prstGeom prst="rect">
                      <a:avLst/>
                    </a:prstGeom>
                    <a:ln>
                      <a:noFill/>
                    </a:ln>
                    <a:extLst>
                      <a:ext uri="{53640926-AAD7-44D8-BBD7-CCE9431645EC}">
                        <a14:shadowObscured xmlns:a14="http://schemas.microsoft.com/office/drawing/2010/main"/>
                      </a:ext>
                    </a:extLst>
                  </pic:spPr>
                </pic:pic>
              </a:graphicData>
            </a:graphic>
          </wp:inline>
        </w:drawing>
      </w:r>
    </w:p>
    <w:p w14:paraId="5CC0E4C1" w14:textId="77777777" w:rsidR="006D2D3A" w:rsidRPr="00A411F4" w:rsidRDefault="00000000">
      <w:pPr>
        <w:jc w:val="center"/>
        <w:rPr>
          <w:bCs/>
        </w:rPr>
      </w:pPr>
      <w:r w:rsidRPr="00A411F4">
        <w:rPr>
          <w:bCs/>
        </w:rPr>
        <w:t>Figure 5</w:t>
      </w:r>
    </w:p>
    <w:p w14:paraId="6F14A869" w14:textId="77777777" w:rsidR="006D2D3A" w:rsidRPr="00A411F4" w:rsidRDefault="00000000">
      <w:pPr>
        <w:rPr>
          <w:bCs/>
        </w:rPr>
      </w:pPr>
      <w:r w:rsidRPr="00A411F4">
        <w:rPr>
          <w:bCs/>
        </w:rPr>
        <w:t>(a) State three criteria that may be used when adjudicating a stage or poetry performance. (3 marks)</w:t>
      </w:r>
    </w:p>
    <w:p w14:paraId="068DBE5B" w14:textId="77777777" w:rsidR="006D2D3A" w:rsidRPr="00A411F4" w:rsidRDefault="00000000">
      <w:pPr>
        <w:spacing w:after="0"/>
        <w:rPr>
          <w:bCs/>
        </w:rPr>
      </w:pPr>
      <w:r w:rsidRPr="00A411F4">
        <w:rPr>
          <w:bCs/>
          <w:sz w:val="18"/>
        </w:rPr>
        <w:t>________________________________________________________________________________</w:t>
      </w:r>
    </w:p>
    <w:p w14:paraId="06CC666E" w14:textId="77777777" w:rsidR="006D2D3A" w:rsidRPr="00A411F4" w:rsidRDefault="00000000">
      <w:pPr>
        <w:spacing w:after="0"/>
        <w:rPr>
          <w:bCs/>
        </w:rPr>
      </w:pPr>
      <w:r w:rsidRPr="00A411F4">
        <w:rPr>
          <w:bCs/>
          <w:sz w:val="18"/>
        </w:rPr>
        <w:t>________________________________________________________________________________</w:t>
      </w:r>
    </w:p>
    <w:p w14:paraId="6A82345E" w14:textId="77777777" w:rsidR="006D2D3A" w:rsidRPr="00A411F4" w:rsidRDefault="00000000">
      <w:pPr>
        <w:spacing w:after="0"/>
        <w:rPr>
          <w:bCs/>
        </w:rPr>
      </w:pPr>
      <w:r w:rsidRPr="00A411F4">
        <w:rPr>
          <w:bCs/>
          <w:sz w:val="18"/>
        </w:rPr>
        <w:t>________________________________________________________________________________</w:t>
      </w:r>
    </w:p>
    <w:p w14:paraId="201FF303" w14:textId="77777777" w:rsidR="006D2D3A" w:rsidRPr="00A411F4" w:rsidRDefault="00000000">
      <w:pPr>
        <w:rPr>
          <w:bCs/>
        </w:rPr>
      </w:pPr>
      <w:r w:rsidRPr="00A411F4">
        <w:rPr>
          <w:bCs/>
        </w:rPr>
        <w:t>(b) Explain two qualities of effective feedback after adjudication. (2 marks)</w:t>
      </w:r>
    </w:p>
    <w:p w14:paraId="04BA6D0C" w14:textId="77777777" w:rsidR="006D2D3A" w:rsidRPr="00A411F4" w:rsidRDefault="00000000">
      <w:pPr>
        <w:spacing w:after="0"/>
        <w:rPr>
          <w:bCs/>
        </w:rPr>
      </w:pPr>
      <w:r w:rsidRPr="00A411F4">
        <w:rPr>
          <w:bCs/>
          <w:sz w:val="18"/>
        </w:rPr>
        <w:t>________________________________________________________________________________</w:t>
      </w:r>
    </w:p>
    <w:p w14:paraId="7EF60640" w14:textId="77777777" w:rsidR="006D2D3A" w:rsidRPr="00A411F4" w:rsidRDefault="00000000">
      <w:pPr>
        <w:spacing w:after="0"/>
        <w:rPr>
          <w:bCs/>
        </w:rPr>
      </w:pPr>
      <w:r w:rsidRPr="00A411F4">
        <w:rPr>
          <w:bCs/>
          <w:sz w:val="18"/>
        </w:rPr>
        <w:t>________________________________________________________________________________</w:t>
      </w:r>
    </w:p>
    <w:p w14:paraId="3F5ABB7D" w14:textId="77777777" w:rsidR="006D2D3A" w:rsidRPr="00A411F4" w:rsidRDefault="00000000">
      <w:pPr>
        <w:rPr>
          <w:bCs/>
        </w:rPr>
      </w:pPr>
      <w:r w:rsidRPr="00A411F4">
        <w:rPr>
          <w:bCs/>
        </w:rPr>
        <w:t>(c) State two reasons why an adjudication report should be clear and well organised. (2 marks)</w:t>
      </w:r>
    </w:p>
    <w:p w14:paraId="16D7762A" w14:textId="77777777" w:rsidR="006D2D3A" w:rsidRPr="00A411F4" w:rsidRDefault="00000000">
      <w:pPr>
        <w:spacing w:after="0"/>
        <w:rPr>
          <w:bCs/>
        </w:rPr>
      </w:pPr>
      <w:r w:rsidRPr="00A411F4">
        <w:rPr>
          <w:bCs/>
          <w:sz w:val="18"/>
        </w:rPr>
        <w:t>________________________________________________________________________________</w:t>
      </w:r>
    </w:p>
    <w:p w14:paraId="62DCF53C" w14:textId="77777777" w:rsidR="006D2D3A" w:rsidRPr="00A411F4" w:rsidRDefault="00000000">
      <w:pPr>
        <w:spacing w:after="0"/>
        <w:rPr>
          <w:bCs/>
        </w:rPr>
      </w:pPr>
      <w:r w:rsidRPr="00A411F4">
        <w:rPr>
          <w:bCs/>
          <w:sz w:val="18"/>
        </w:rPr>
        <w:lastRenderedPageBreak/>
        <w:t>________________________________________________________________________________</w:t>
      </w:r>
    </w:p>
    <w:p w14:paraId="51B8DFAE" w14:textId="77777777" w:rsidR="006D2D3A" w:rsidRPr="00A411F4" w:rsidRDefault="00000000">
      <w:pPr>
        <w:rPr>
          <w:bCs/>
        </w:rPr>
      </w:pPr>
      <w:r w:rsidRPr="00A411F4">
        <w:rPr>
          <w:bCs/>
        </w:rPr>
        <w:t>8. Theatre and Community. Study Figure 6. (5 marks)</w:t>
      </w:r>
    </w:p>
    <w:p w14:paraId="465EDD94" w14:textId="1674FBAF" w:rsidR="006D2D3A" w:rsidRPr="00A411F4" w:rsidRDefault="009518F7">
      <w:pPr>
        <w:jc w:val="center"/>
        <w:rPr>
          <w:bCs/>
        </w:rPr>
      </w:pPr>
      <w:r w:rsidRPr="009518F7">
        <w:rPr>
          <w:bCs/>
        </w:rPr>
        <w:drawing>
          <wp:inline distT="0" distB="0" distL="0" distR="0" wp14:anchorId="20E8251E" wp14:editId="5F0318B8">
            <wp:extent cx="6583680" cy="3594100"/>
            <wp:effectExtent l="0" t="0" r="7620" b="6350"/>
            <wp:docPr id="162052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528268" name=""/>
                    <pic:cNvPicPr/>
                  </pic:nvPicPr>
                  <pic:blipFill>
                    <a:blip r:embed="rId13"/>
                    <a:stretch>
                      <a:fillRect/>
                    </a:stretch>
                  </pic:blipFill>
                  <pic:spPr>
                    <a:xfrm>
                      <a:off x="0" y="0"/>
                      <a:ext cx="6583680" cy="3594100"/>
                    </a:xfrm>
                    <a:prstGeom prst="rect">
                      <a:avLst/>
                    </a:prstGeom>
                  </pic:spPr>
                </pic:pic>
              </a:graphicData>
            </a:graphic>
          </wp:inline>
        </w:drawing>
      </w:r>
    </w:p>
    <w:p w14:paraId="406741D8" w14:textId="77777777" w:rsidR="006D2D3A" w:rsidRPr="00A411F4" w:rsidRDefault="00000000">
      <w:pPr>
        <w:jc w:val="center"/>
        <w:rPr>
          <w:bCs/>
        </w:rPr>
      </w:pPr>
      <w:r w:rsidRPr="00A411F4">
        <w:rPr>
          <w:bCs/>
        </w:rPr>
        <w:t>Figure 6</w:t>
      </w:r>
    </w:p>
    <w:p w14:paraId="5455D575" w14:textId="77777777" w:rsidR="006D2D3A" w:rsidRPr="00A411F4" w:rsidRDefault="00000000">
      <w:pPr>
        <w:rPr>
          <w:bCs/>
        </w:rPr>
      </w:pPr>
      <w:r w:rsidRPr="00A411F4">
        <w:rPr>
          <w:bCs/>
        </w:rPr>
        <w:t>(a) State two roles theatre can play in society. (2 marks)</w:t>
      </w:r>
    </w:p>
    <w:p w14:paraId="7BEAC91C" w14:textId="77777777" w:rsidR="006D2D3A" w:rsidRPr="00A411F4" w:rsidRDefault="00000000">
      <w:pPr>
        <w:spacing w:after="0"/>
        <w:rPr>
          <w:bCs/>
        </w:rPr>
      </w:pPr>
      <w:r w:rsidRPr="00A411F4">
        <w:rPr>
          <w:bCs/>
          <w:sz w:val="18"/>
        </w:rPr>
        <w:t>________________________________________________________________________________</w:t>
      </w:r>
    </w:p>
    <w:p w14:paraId="79322EAE" w14:textId="77777777" w:rsidR="006D2D3A" w:rsidRPr="00A411F4" w:rsidRDefault="00000000">
      <w:pPr>
        <w:spacing w:after="0"/>
        <w:rPr>
          <w:bCs/>
        </w:rPr>
      </w:pPr>
      <w:r w:rsidRPr="00A411F4">
        <w:rPr>
          <w:bCs/>
          <w:sz w:val="18"/>
        </w:rPr>
        <w:t>________________________________________________________________________________</w:t>
      </w:r>
    </w:p>
    <w:p w14:paraId="1535BEA0" w14:textId="77777777" w:rsidR="006D2D3A" w:rsidRPr="00A411F4" w:rsidRDefault="00000000">
      <w:pPr>
        <w:rPr>
          <w:bCs/>
        </w:rPr>
      </w:pPr>
      <w:r w:rsidRPr="00A411F4">
        <w:rPr>
          <w:bCs/>
        </w:rPr>
        <w:t>(b) State three ways a school theatre or film club can contribute to community engagement. (3 marks)</w:t>
      </w:r>
    </w:p>
    <w:p w14:paraId="49DECBE1" w14:textId="77777777" w:rsidR="006D2D3A" w:rsidRPr="00A411F4" w:rsidRDefault="00000000">
      <w:pPr>
        <w:spacing w:after="0"/>
        <w:rPr>
          <w:bCs/>
        </w:rPr>
      </w:pPr>
      <w:r w:rsidRPr="00A411F4">
        <w:rPr>
          <w:bCs/>
          <w:sz w:val="18"/>
        </w:rPr>
        <w:t>________________________________________________________________________________</w:t>
      </w:r>
    </w:p>
    <w:p w14:paraId="034042B8" w14:textId="77777777" w:rsidR="006D2D3A" w:rsidRPr="00A411F4" w:rsidRDefault="00000000">
      <w:pPr>
        <w:spacing w:after="0"/>
        <w:rPr>
          <w:bCs/>
        </w:rPr>
      </w:pPr>
      <w:r w:rsidRPr="00A411F4">
        <w:rPr>
          <w:bCs/>
          <w:sz w:val="18"/>
        </w:rPr>
        <w:t>________________________________________________________________________________</w:t>
      </w:r>
    </w:p>
    <w:p w14:paraId="534C475D" w14:textId="77777777" w:rsidR="006D2D3A" w:rsidRPr="00A411F4" w:rsidRDefault="00000000">
      <w:pPr>
        <w:spacing w:after="0"/>
        <w:rPr>
          <w:bCs/>
        </w:rPr>
      </w:pPr>
      <w:r w:rsidRPr="00A411F4">
        <w:rPr>
          <w:bCs/>
          <w:sz w:val="18"/>
        </w:rPr>
        <w:t>________________________________________________________________________________</w:t>
      </w:r>
    </w:p>
    <w:p w14:paraId="305A8F4F" w14:textId="77777777" w:rsidR="006D2D3A" w:rsidRPr="00A411F4" w:rsidRDefault="00000000">
      <w:pPr>
        <w:rPr>
          <w:bCs/>
        </w:rPr>
      </w:pPr>
      <w:r w:rsidRPr="00A411F4">
        <w:rPr>
          <w:bCs/>
        </w:rPr>
        <w:t>9. Integrated Production Scenario. A school is preparing a short community performance. State five steps the learners should take from planning through rehearsal and presentation. (5 marks)</w:t>
      </w:r>
    </w:p>
    <w:p w14:paraId="1D388FFC" w14:textId="77777777" w:rsidR="006D2D3A" w:rsidRPr="00A411F4" w:rsidRDefault="00000000">
      <w:pPr>
        <w:spacing w:after="0"/>
        <w:rPr>
          <w:bCs/>
        </w:rPr>
      </w:pPr>
      <w:r w:rsidRPr="00A411F4">
        <w:rPr>
          <w:bCs/>
          <w:sz w:val="18"/>
        </w:rPr>
        <w:t>________________________________________________________________________________</w:t>
      </w:r>
    </w:p>
    <w:p w14:paraId="1DF87890" w14:textId="77777777" w:rsidR="006D2D3A" w:rsidRPr="00A411F4" w:rsidRDefault="00000000">
      <w:pPr>
        <w:spacing w:after="0"/>
        <w:rPr>
          <w:bCs/>
        </w:rPr>
      </w:pPr>
      <w:r w:rsidRPr="00A411F4">
        <w:rPr>
          <w:bCs/>
          <w:sz w:val="18"/>
        </w:rPr>
        <w:t>________________________________________________________________________________</w:t>
      </w:r>
    </w:p>
    <w:p w14:paraId="6035E0C3" w14:textId="77777777" w:rsidR="006D2D3A" w:rsidRPr="00A411F4" w:rsidRDefault="00000000">
      <w:pPr>
        <w:spacing w:after="0"/>
        <w:rPr>
          <w:bCs/>
        </w:rPr>
      </w:pPr>
      <w:r w:rsidRPr="00A411F4">
        <w:rPr>
          <w:bCs/>
          <w:sz w:val="18"/>
        </w:rPr>
        <w:t>________________________________________________________________________________</w:t>
      </w:r>
    </w:p>
    <w:p w14:paraId="0DFC7860" w14:textId="77777777" w:rsidR="006D2D3A" w:rsidRPr="00A411F4" w:rsidRDefault="00000000">
      <w:pPr>
        <w:spacing w:after="0"/>
        <w:rPr>
          <w:bCs/>
        </w:rPr>
      </w:pPr>
      <w:r w:rsidRPr="00A411F4">
        <w:rPr>
          <w:bCs/>
          <w:sz w:val="18"/>
        </w:rPr>
        <w:t>________________________________________________________________________________</w:t>
      </w:r>
    </w:p>
    <w:p w14:paraId="29A2C50E" w14:textId="77777777" w:rsidR="006D2D3A" w:rsidRPr="00A411F4" w:rsidRDefault="00000000">
      <w:pPr>
        <w:spacing w:after="0"/>
        <w:rPr>
          <w:bCs/>
        </w:rPr>
      </w:pPr>
      <w:r w:rsidRPr="00A411F4">
        <w:rPr>
          <w:bCs/>
          <w:sz w:val="18"/>
        </w:rPr>
        <w:t>________________________________________________________________________________</w:t>
      </w:r>
    </w:p>
    <w:p w14:paraId="646E7D2E" w14:textId="77777777" w:rsidR="006D2D3A" w:rsidRPr="00A411F4" w:rsidRDefault="00000000">
      <w:pPr>
        <w:spacing w:after="0"/>
        <w:rPr>
          <w:bCs/>
        </w:rPr>
      </w:pPr>
      <w:r w:rsidRPr="00A411F4">
        <w:rPr>
          <w:bCs/>
          <w:sz w:val="18"/>
        </w:rPr>
        <w:t>________________________________________________________________________________</w:t>
      </w:r>
    </w:p>
    <w:p w14:paraId="7DC53868" w14:textId="77777777" w:rsidR="006D2D3A" w:rsidRPr="00A411F4" w:rsidRDefault="00000000">
      <w:pPr>
        <w:rPr>
          <w:bCs/>
        </w:rPr>
      </w:pPr>
      <w:r w:rsidRPr="00A411F4">
        <w:rPr>
          <w:bCs/>
        </w:rPr>
        <w:t>10. Film and Digital Literacy Application. State five ways technology can support theatre and film activities, including areas such as recording, editing, sound, lighting or digital presentation. (5 marks)</w:t>
      </w:r>
    </w:p>
    <w:p w14:paraId="1211E0CD" w14:textId="77777777" w:rsidR="006D2D3A" w:rsidRPr="00A411F4" w:rsidRDefault="00000000">
      <w:pPr>
        <w:spacing w:after="0"/>
        <w:rPr>
          <w:bCs/>
        </w:rPr>
      </w:pPr>
      <w:r w:rsidRPr="00A411F4">
        <w:rPr>
          <w:bCs/>
          <w:sz w:val="18"/>
        </w:rPr>
        <w:t>________________________________________________________________________________</w:t>
      </w:r>
    </w:p>
    <w:p w14:paraId="52E9C50E" w14:textId="77777777" w:rsidR="006D2D3A" w:rsidRPr="00A411F4" w:rsidRDefault="00000000">
      <w:pPr>
        <w:spacing w:after="0"/>
        <w:rPr>
          <w:bCs/>
        </w:rPr>
      </w:pPr>
      <w:r w:rsidRPr="00A411F4">
        <w:rPr>
          <w:bCs/>
          <w:sz w:val="18"/>
        </w:rPr>
        <w:t>________________________________________________________________________________</w:t>
      </w:r>
    </w:p>
    <w:p w14:paraId="6D3986D8" w14:textId="77777777" w:rsidR="006D2D3A" w:rsidRPr="00A411F4" w:rsidRDefault="00000000">
      <w:pPr>
        <w:spacing w:after="0"/>
        <w:rPr>
          <w:bCs/>
        </w:rPr>
      </w:pPr>
      <w:r w:rsidRPr="00A411F4">
        <w:rPr>
          <w:bCs/>
          <w:sz w:val="18"/>
        </w:rPr>
        <w:t>________________________________________________________________________________</w:t>
      </w:r>
    </w:p>
    <w:p w14:paraId="52F707BA" w14:textId="77777777" w:rsidR="006D2D3A" w:rsidRPr="00A411F4" w:rsidRDefault="00000000">
      <w:pPr>
        <w:spacing w:after="0"/>
        <w:rPr>
          <w:bCs/>
        </w:rPr>
      </w:pPr>
      <w:r w:rsidRPr="00A411F4">
        <w:rPr>
          <w:bCs/>
          <w:sz w:val="18"/>
        </w:rPr>
        <w:t>________________________________________________________________________________</w:t>
      </w:r>
    </w:p>
    <w:p w14:paraId="69F03CC4" w14:textId="77777777" w:rsidR="006D2D3A" w:rsidRPr="00A411F4" w:rsidRDefault="00000000">
      <w:pPr>
        <w:spacing w:after="0"/>
        <w:rPr>
          <w:bCs/>
        </w:rPr>
      </w:pPr>
      <w:r w:rsidRPr="00A411F4">
        <w:rPr>
          <w:bCs/>
          <w:sz w:val="18"/>
        </w:rPr>
        <w:t>________________________________________________________________________________</w:t>
      </w:r>
    </w:p>
    <w:p w14:paraId="40580F02" w14:textId="77777777" w:rsidR="006D2D3A" w:rsidRPr="00A411F4" w:rsidRDefault="00000000">
      <w:pPr>
        <w:spacing w:after="0"/>
        <w:rPr>
          <w:bCs/>
        </w:rPr>
      </w:pPr>
      <w:r w:rsidRPr="00A411F4">
        <w:rPr>
          <w:bCs/>
          <w:sz w:val="18"/>
        </w:rPr>
        <w:t>________________________________________________________________________________</w:t>
      </w:r>
    </w:p>
    <w:p w14:paraId="0D449779" w14:textId="77777777" w:rsidR="006D2D3A" w:rsidRPr="00A411F4" w:rsidRDefault="00000000">
      <w:pPr>
        <w:rPr>
          <w:b/>
        </w:rPr>
      </w:pPr>
      <w:r w:rsidRPr="00A411F4">
        <w:rPr>
          <w:b/>
          <w:sz w:val="28"/>
        </w:rPr>
        <w:t>SECTION D — APPLICATION AND CREATIVE RESPONSE</w:t>
      </w:r>
    </w:p>
    <w:p w14:paraId="1B73A4F9" w14:textId="77777777" w:rsidR="006D2D3A" w:rsidRPr="00A411F4" w:rsidRDefault="00000000">
      <w:pPr>
        <w:rPr>
          <w:bCs/>
        </w:rPr>
      </w:pPr>
      <w:r w:rsidRPr="00A411F4">
        <w:rPr>
          <w:bCs/>
        </w:rPr>
        <w:t>11. Play Development. Develop a concise three-act outline for a play addressing a Pertinent and Contemporary Issue affecting the community. Include a suitable title and show the main event in each act. (6 marks)</w:t>
      </w:r>
    </w:p>
    <w:p w14:paraId="3E8C97C9" w14:textId="77777777" w:rsidR="006D2D3A" w:rsidRPr="00A411F4" w:rsidRDefault="00000000">
      <w:pPr>
        <w:spacing w:after="0"/>
        <w:rPr>
          <w:bCs/>
        </w:rPr>
      </w:pPr>
      <w:r w:rsidRPr="00A411F4">
        <w:rPr>
          <w:bCs/>
          <w:sz w:val="18"/>
        </w:rPr>
        <w:t>________________________________________________________________________________</w:t>
      </w:r>
    </w:p>
    <w:p w14:paraId="32A7BDC1" w14:textId="77777777" w:rsidR="006D2D3A" w:rsidRPr="00A411F4" w:rsidRDefault="00000000">
      <w:pPr>
        <w:spacing w:after="0"/>
        <w:rPr>
          <w:bCs/>
        </w:rPr>
      </w:pPr>
      <w:r w:rsidRPr="00A411F4">
        <w:rPr>
          <w:bCs/>
          <w:sz w:val="18"/>
        </w:rPr>
        <w:t>________________________________________________________________________________</w:t>
      </w:r>
    </w:p>
    <w:p w14:paraId="682776BE" w14:textId="77777777" w:rsidR="006D2D3A" w:rsidRPr="00A411F4" w:rsidRDefault="00000000">
      <w:pPr>
        <w:spacing w:after="0"/>
        <w:rPr>
          <w:bCs/>
        </w:rPr>
      </w:pPr>
      <w:r w:rsidRPr="00A411F4">
        <w:rPr>
          <w:bCs/>
          <w:sz w:val="18"/>
        </w:rPr>
        <w:t>________________________________________________________________________________</w:t>
      </w:r>
    </w:p>
    <w:p w14:paraId="4D034ADD" w14:textId="77777777" w:rsidR="006D2D3A" w:rsidRPr="00A411F4" w:rsidRDefault="00000000">
      <w:pPr>
        <w:spacing w:after="0"/>
        <w:rPr>
          <w:bCs/>
        </w:rPr>
      </w:pPr>
      <w:r w:rsidRPr="00A411F4">
        <w:rPr>
          <w:bCs/>
          <w:sz w:val="18"/>
        </w:rPr>
        <w:t>________________________________________________________________________________</w:t>
      </w:r>
    </w:p>
    <w:p w14:paraId="125BD316" w14:textId="77777777" w:rsidR="006D2D3A" w:rsidRPr="00A411F4" w:rsidRDefault="00000000">
      <w:pPr>
        <w:spacing w:after="0"/>
        <w:rPr>
          <w:bCs/>
        </w:rPr>
      </w:pPr>
      <w:r w:rsidRPr="00A411F4">
        <w:rPr>
          <w:bCs/>
          <w:sz w:val="18"/>
        </w:rPr>
        <w:t>________________________________________________________________________________</w:t>
      </w:r>
    </w:p>
    <w:p w14:paraId="67BD9B74" w14:textId="77777777" w:rsidR="006D2D3A" w:rsidRPr="00A411F4" w:rsidRDefault="00000000">
      <w:pPr>
        <w:spacing w:after="0"/>
        <w:rPr>
          <w:bCs/>
        </w:rPr>
      </w:pPr>
      <w:r w:rsidRPr="00A411F4">
        <w:rPr>
          <w:bCs/>
          <w:sz w:val="18"/>
        </w:rPr>
        <w:t>________________________________________________________________________________</w:t>
      </w:r>
    </w:p>
    <w:p w14:paraId="70018E46" w14:textId="77777777" w:rsidR="006D2D3A" w:rsidRPr="00A411F4" w:rsidRDefault="00000000">
      <w:pPr>
        <w:spacing w:after="0"/>
        <w:rPr>
          <w:bCs/>
        </w:rPr>
      </w:pPr>
      <w:r w:rsidRPr="00A411F4">
        <w:rPr>
          <w:bCs/>
          <w:sz w:val="18"/>
        </w:rPr>
        <w:lastRenderedPageBreak/>
        <w:t>________________________________________________________________________________</w:t>
      </w:r>
    </w:p>
    <w:p w14:paraId="06BC0B2B" w14:textId="77777777" w:rsidR="006D2D3A" w:rsidRPr="00A411F4" w:rsidRDefault="00000000">
      <w:pPr>
        <w:spacing w:after="0"/>
        <w:rPr>
          <w:bCs/>
        </w:rPr>
      </w:pPr>
      <w:r w:rsidRPr="00A411F4">
        <w:rPr>
          <w:bCs/>
          <w:sz w:val="18"/>
        </w:rPr>
        <w:t>________________________________________________________________________________</w:t>
      </w:r>
    </w:p>
    <w:p w14:paraId="77052E49" w14:textId="77777777" w:rsidR="006D2D3A" w:rsidRPr="00A411F4" w:rsidRDefault="00000000">
      <w:pPr>
        <w:rPr>
          <w:bCs/>
        </w:rPr>
      </w:pPr>
      <w:r w:rsidRPr="00A411F4">
        <w:rPr>
          <w:bCs/>
        </w:rPr>
        <w:t>12. Character Development. Create a character bible for one character in your proposed play. Include: name, role, physical characteristics, emotional characteristics, relationships with other characters and character background. (6 marks)</w:t>
      </w:r>
    </w:p>
    <w:p w14:paraId="1CCD932B" w14:textId="77777777" w:rsidR="006D2D3A" w:rsidRPr="00A411F4" w:rsidRDefault="00000000">
      <w:pPr>
        <w:spacing w:after="0"/>
        <w:rPr>
          <w:bCs/>
        </w:rPr>
      </w:pPr>
      <w:r w:rsidRPr="00A411F4">
        <w:rPr>
          <w:bCs/>
          <w:sz w:val="18"/>
        </w:rPr>
        <w:t>________________________________________________________________________________</w:t>
      </w:r>
    </w:p>
    <w:p w14:paraId="15939AC9" w14:textId="77777777" w:rsidR="006D2D3A" w:rsidRPr="00A411F4" w:rsidRDefault="00000000">
      <w:pPr>
        <w:spacing w:after="0"/>
        <w:rPr>
          <w:bCs/>
        </w:rPr>
      </w:pPr>
      <w:r w:rsidRPr="00A411F4">
        <w:rPr>
          <w:bCs/>
          <w:sz w:val="18"/>
        </w:rPr>
        <w:t>________________________________________________________________________________</w:t>
      </w:r>
    </w:p>
    <w:p w14:paraId="5AA5D368" w14:textId="77777777" w:rsidR="006D2D3A" w:rsidRPr="00A411F4" w:rsidRDefault="00000000">
      <w:pPr>
        <w:spacing w:after="0"/>
        <w:rPr>
          <w:bCs/>
        </w:rPr>
      </w:pPr>
      <w:r w:rsidRPr="00A411F4">
        <w:rPr>
          <w:bCs/>
          <w:sz w:val="18"/>
        </w:rPr>
        <w:t>________________________________________________________________________________</w:t>
      </w:r>
    </w:p>
    <w:p w14:paraId="26AC1413" w14:textId="77777777" w:rsidR="006D2D3A" w:rsidRPr="00A411F4" w:rsidRDefault="00000000">
      <w:pPr>
        <w:spacing w:after="0"/>
        <w:rPr>
          <w:bCs/>
        </w:rPr>
      </w:pPr>
      <w:r w:rsidRPr="00A411F4">
        <w:rPr>
          <w:bCs/>
          <w:sz w:val="18"/>
        </w:rPr>
        <w:t>________________________________________________________________________________</w:t>
      </w:r>
    </w:p>
    <w:p w14:paraId="328AE7D5" w14:textId="77777777" w:rsidR="006D2D3A" w:rsidRPr="00A411F4" w:rsidRDefault="00000000">
      <w:pPr>
        <w:spacing w:after="0"/>
        <w:rPr>
          <w:bCs/>
        </w:rPr>
      </w:pPr>
      <w:r w:rsidRPr="00A411F4">
        <w:rPr>
          <w:bCs/>
          <w:sz w:val="18"/>
        </w:rPr>
        <w:t>________________________________________________________________________________</w:t>
      </w:r>
    </w:p>
    <w:p w14:paraId="15ECA26F" w14:textId="77777777" w:rsidR="006D2D3A" w:rsidRPr="00A411F4" w:rsidRDefault="00000000">
      <w:pPr>
        <w:spacing w:after="0"/>
        <w:rPr>
          <w:bCs/>
        </w:rPr>
      </w:pPr>
      <w:r w:rsidRPr="00A411F4">
        <w:rPr>
          <w:bCs/>
          <w:sz w:val="18"/>
        </w:rPr>
        <w:t>________________________________________________________________________________</w:t>
      </w:r>
    </w:p>
    <w:p w14:paraId="32203DD0" w14:textId="77777777" w:rsidR="006D2D3A" w:rsidRPr="00A411F4" w:rsidRDefault="00000000">
      <w:pPr>
        <w:spacing w:after="0"/>
        <w:rPr>
          <w:bCs/>
        </w:rPr>
      </w:pPr>
      <w:r w:rsidRPr="00A411F4">
        <w:rPr>
          <w:bCs/>
          <w:sz w:val="18"/>
        </w:rPr>
        <w:t>________________________________________________________________________________</w:t>
      </w:r>
    </w:p>
    <w:p w14:paraId="19F024F7" w14:textId="77777777" w:rsidR="006D2D3A" w:rsidRPr="00A411F4" w:rsidRDefault="00000000">
      <w:pPr>
        <w:spacing w:after="0"/>
        <w:rPr>
          <w:bCs/>
        </w:rPr>
      </w:pPr>
      <w:r w:rsidRPr="00A411F4">
        <w:rPr>
          <w:bCs/>
          <w:sz w:val="18"/>
        </w:rPr>
        <w:t>________________________________________________________________________________</w:t>
      </w:r>
    </w:p>
    <w:p w14:paraId="2CC6C763" w14:textId="77777777" w:rsidR="006D2D3A" w:rsidRPr="00A411F4" w:rsidRDefault="00000000">
      <w:pPr>
        <w:rPr>
          <w:bCs/>
        </w:rPr>
      </w:pPr>
      <w:r w:rsidRPr="00A411F4">
        <w:rPr>
          <w:bCs/>
        </w:rPr>
        <w:t>13. Directing and Performance. Explain how a director can use blocking, actor's tools, rehearsal and feedback to improve a performance. (5 marks)</w:t>
      </w:r>
    </w:p>
    <w:p w14:paraId="60DBE885" w14:textId="77777777" w:rsidR="006D2D3A" w:rsidRPr="00A411F4" w:rsidRDefault="00000000">
      <w:pPr>
        <w:spacing w:after="0"/>
        <w:rPr>
          <w:bCs/>
        </w:rPr>
      </w:pPr>
      <w:r w:rsidRPr="00A411F4">
        <w:rPr>
          <w:bCs/>
          <w:sz w:val="18"/>
        </w:rPr>
        <w:t>________________________________________________________________________________</w:t>
      </w:r>
    </w:p>
    <w:p w14:paraId="6F742210" w14:textId="77777777" w:rsidR="006D2D3A" w:rsidRPr="00A411F4" w:rsidRDefault="00000000">
      <w:pPr>
        <w:spacing w:after="0"/>
        <w:rPr>
          <w:bCs/>
        </w:rPr>
      </w:pPr>
      <w:r w:rsidRPr="00A411F4">
        <w:rPr>
          <w:bCs/>
          <w:sz w:val="18"/>
        </w:rPr>
        <w:t>________________________________________________________________________________</w:t>
      </w:r>
    </w:p>
    <w:p w14:paraId="554BA14B" w14:textId="77777777" w:rsidR="006D2D3A" w:rsidRPr="00A411F4" w:rsidRDefault="00000000">
      <w:pPr>
        <w:spacing w:after="0"/>
        <w:rPr>
          <w:bCs/>
        </w:rPr>
      </w:pPr>
      <w:r w:rsidRPr="00A411F4">
        <w:rPr>
          <w:bCs/>
          <w:sz w:val="18"/>
        </w:rPr>
        <w:t>________________________________________________________________________________</w:t>
      </w:r>
    </w:p>
    <w:p w14:paraId="5177A039" w14:textId="77777777" w:rsidR="006D2D3A" w:rsidRPr="00A411F4" w:rsidRDefault="00000000">
      <w:pPr>
        <w:spacing w:after="0"/>
        <w:rPr>
          <w:bCs/>
        </w:rPr>
      </w:pPr>
      <w:r w:rsidRPr="00A411F4">
        <w:rPr>
          <w:bCs/>
          <w:sz w:val="18"/>
        </w:rPr>
        <w:t>________________________________________________________________________________</w:t>
      </w:r>
    </w:p>
    <w:p w14:paraId="754A8CB6" w14:textId="77777777" w:rsidR="006D2D3A" w:rsidRPr="00A411F4" w:rsidRDefault="00000000">
      <w:pPr>
        <w:spacing w:after="0"/>
        <w:rPr>
          <w:bCs/>
        </w:rPr>
      </w:pPr>
      <w:r w:rsidRPr="00A411F4">
        <w:rPr>
          <w:bCs/>
          <w:sz w:val="18"/>
        </w:rPr>
        <w:t>________________________________________________________________________________</w:t>
      </w:r>
    </w:p>
    <w:p w14:paraId="4805126F" w14:textId="77777777" w:rsidR="006D2D3A" w:rsidRPr="00A411F4" w:rsidRDefault="00000000">
      <w:pPr>
        <w:spacing w:after="0"/>
        <w:rPr>
          <w:bCs/>
        </w:rPr>
      </w:pPr>
      <w:r w:rsidRPr="00A411F4">
        <w:rPr>
          <w:bCs/>
          <w:sz w:val="18"/>
        </w:rPr>
        <w:t>________________________________________________________________________________</w:t>
      </w:r>
    </w:p>
    <w:p w14:paraId="05A110F5" w14:textId="77777777" w:rsidR="006D2D3A" w:rsidRPr="00A411F4" w:rsidRDefault="00000000">
      <w:pPr>
        <w:rPr>
          <w:bCs/>
        </w:rPr>
      </w:pPr>
      <w:r w:rsidRPr="00A411F4">
        <w:rPr>
          <w:bCs/>
        </w:rPr>
        <w:t>14. Theatre Design and Production. A school has limited resources. Describe five practical decisions that can help the production team create an effective stage using available resources while observing responsibility for theatre equipment and the environment. (5 marks)</w:t>
      </w:r>
    </w:p>
    <w:p w14:paraId="0F14384F" w14:textId="77777777" w:rsidR="006D2D3A" w:rsidRPr="00A411F4" w:rsidRDefault="00000000">
      <w:pPr>
        <w:spacing w:after="0"/>
        <w:rPr>
          <w:bCs/>
        </w:rPr>
      </w:pPr>
      <w:r w:rsidRPr="00A411F4">
        <w:rPr>
          <w:bCs/>
          <w:sz w:val="18"/>
        </w:rPr>
        <w:t>________________________________________________________________________________</w:t>
      </w:r>
    </w:p>
    <w:p w14:paraId="15C0F61C" w14:textId="77777777" w:rsidR="006D2D3A" w:rsidRPr="00A411F4" w:rsidRDefault="00000000">
      <w:pPr>
        <w:spacing w:after="0"/>
        <w:rPr>
          <w:bCs/>
        </w:rPr>
      </w:pPr>
      <w:r w:rsidRPr="00A411F4">
        <w:rPr>
          <w:bCs/>
          <w:sz w:val="18"/>
        </w:rPr>
        <w:t>________________________________________________________________________________</w:t>
      </w:r>
    </w:p>
    <w:p w14:paraId="26AE479F" w14:textId="77777777" w:rsidR="006D2D3A" w:rsidRPr="00A411F4" w:rsidRDefault="00000000">
      <w:pPr>
        <w:spacing w:after="0"/>
        <w:rPr>
          <w:bCs/>
        </w:rPr>
      </w:pPr>
      <w:r w:rsidRPr="00A411F4">
        <w:rPr>
          <w:bCs/>
          <w:sz w:val="18"/>
        </w:rPr>
        <w:t>________________________________________________________________________________</w:t>
      </w:r>
    </w:p>
    <w:p w14:paraId="06FE6220" w14:textId="77777777" w:rsidR="006D2D3A" w:rsidRPr="00A411F4" w:rsidRDefault="00000000">
      <w:pPr>
        <w:spacing w:after="0"/>
        <w:rPr>
          <w:bCs/>
        </w:rPr>
      </w:pPr>
      <w:r w:rsidRPr="00A411F4">
        <w:rPr>
          <w:bCs/>
          <w:sz w:val="18"/>
        </w:rPr>
        <w:t>________________________________________________________________________________</w:t>
      </w:r>
    </w:p>
    <w:p w14:paraId="6807246A" w14:textId="77777777" w:rsidR="006D2D3A" w:rsidRPr="00A411F4" w:rsidRDefault="00000000">
      <w:pPr>
        <w:spacing w:after="0"/>
        <w:rPr>
          <w:bCs/>
        </w:rPr>
      </w:pPr>
      <w:r w:rsidRPr="00A411F4">
        <w:rPr>
          <w:bCs/>
          <w:sz w:val="18"/>
        </w:rPr>
        <w:t>________________________________________________________________________________</w:t>
      </w:r>
    </w:p>
    <w:p w14:paraId="750CD896" w14:textId="77777777" w:rsidR="006D2D3A" w:rsidRPr="00A411F4" w:rsidRDefault="00000000">
      <w:pPr>
        <w:spacing w:after="0"/>
        <w:rPr>
          <w:bCs/>
        </w:rPr>
      </w:pPr>
      <w:r w:rsidRPr="00A411F4">
        <w:rPr>
          <w:bCs/>
          <w:sz w:val="18"/>
        </w:rPr>
        <w:t>________________________________________________________________________________</w:t>
      </w:r>
    </w:p>
    <w:p w14:paraId="08DDE9C8" w14:textId="77777777" w:rsidR="006D2D3A" w:rsidRPr="00A411F4" w:rsidRDefault="00000000">
      <w:pPr>
        <w:rPr>
          <w:bCs/>
        </w:rPr>
      </w:pPr>
      <w:r w:rsidRPr="00A411F4">
        <w:rPr>
          <w:bCs/>
        </w:rPr>
        <w:t>15. Community Advocacy Performance. Design a brief concept for a community theatre piece addressing a contemporary issue. State the issue, target audience, purpose, performance approach and one way the audience/community will participate or respond. (6 marks)</w:t>
      </w:r>
    </w:p>
    <w:p w14:paraId="445E57BA" w14:textId="77777777" w:rsidR="006D2D3A" w:rsidRPr="00A411F4" w:rsidRDefault="00000000">
      <w:pPr>
        <w:spacing w:after="0"/>
        <w:rPr>
          <w:bCs/>
        </w:rPr>
      </w:pPr>
      <w:r w:rsidRPr="00A411F4">
        <w:rPr>
          <w:bCs/>
          <w:sz w:val="18"/>
        </w:rPr>
        <w:t>________________________________________________________________________________</w:t>
      </w:r>
    </w:p>
    <w:p w14:paraId="72584BA4" w14:textId="77777777" w:rsidR="006D2D3A" w:rsidRPr="00A411F4" w:rsidRDefault="00000000">
      <w:pPr>
        <w:spacing w:after="0"/>
        <w:rPr>
          <w:bCs/>
        </w:rPr>
      </w:pPr>
      <w:r w:rsidRPr="00A411F4">
        <w:rPr>
          <w:bCs/>
          <w:sz w:val="18"/>
        </w:rPr>
        <w:t>________________________________________________________________________________</w:t>
      </w:r>
    </w:p>
    <w:p w14:paraId="405AC0F3" w14:textId="77777777" w:rsidR="006D2D3A" w:rsidRPr="00A411F4" w:rsidRDefault="00000000">
      <w:pPr>
        <w:spacing w:after="0"/>
        <w:rPr>
          <w:bCs/>
        </w:rPr>
      </w:pPr>
      <w:r w:rsidRPr="00A411F4">
        <w:rPr>
          <w:bCs/>
          <w:sz w:val="18"/>
        </w:rPr>
        <w:t>________________________________________________________________________________</w:t>
      </w:r>
    </w:p>
    <w:p w14:paraId="74A8F32E" w14:textId="77777777" w:rsidR="006D2D3A" w:rsidRPr="00A411F4" w:rsidRDefault="00000000">
      <w:pPr>
        <w:spacing w:after="0"/>
        <w:rPr>
          <w:bCs/>
        </w:rPr>
      </w:pPr>
      <w:r w:rsidRPr="00A411F4">
        <w:rPr>
          <w:bCs/>
          <w:sz w:val="18"/>
        </w:rPr>
        <w:t>________________________________________________________________________________</w:t>
      </w:r>
    </w:p>
    <w:p w14:paraId="108621CD" w14:textId="77777777" w:rsidR="006D2D3A" w:rsidRPr="00A411F4" w:rsidRDefault="00000000">
      <w:pPr>
        <w:spacing w:after="0"/>
        <w:rPr>
          <w:bCs/>
        </w:rPr>
      </w:pPr>
      <w:r w:rsidRPr="00A411F4">
        <w:rPr>
          <w:bCs/>
          <w:sz w:val="18"/>
        </w:rPr>
        <w:t>________________________________________________________________________________</w:t>
      </w:r>
    </w:p>
    <w:p w14:paraId="04CB7325" w14:textId="77777777" w:rsidR="006D2D3A" w:rsidRPr="00A411F4" w:rsidRDefault="00000000">
      <w:pPr>
        <w:spacing w:after="0"/>
        <w:rPr>
          <w:bCs/>
        </w:rPr>
      </w:pPr>
      <w:r w:rsidRPr="00A411F4">
        <w:rPr>
          <w:bCs/>
          <w:sz w:val="18"/>
        </w:rPr>
        <w:t>________________________________________________________________________________</w:t>
      </w:r>
    </w:p>
    <w:p w14:paraId="0C0CF25D" w14:textId="77777777" w:rsidR="006D2D3A" w:rsidRPr="00A411F4" w:rsidRDefault="00000000">
      <w:pPr>
        <w:spacing w:after="0"/>
        <w:rPr>
          <w:bCs/>
        </w:rPr>
      </w:pPr>
      <w:r w:rsidRPr="00A411F4">
        <w:rPr>
          <w:bCs/>
          <w:sz w:val="18"/>
        </w:rPr>
        <w:t>________________________________________________________________________________</w:t>
      </w:r>
    </w:p>
    <w:p w14:paraId="67BA9BCB" w14:textId="77777777" w:rsidR="006D2D3A" w:rsidRDefault="00000000">
      <w:pPr>
        <w:spacing w:after="0"/>
      </w:pPr>
      <w:r w:rsidRPr="00A411F4">
        <w:rPr>
          <w:bCs/>
          <w:sz w:val="18"/>
        </w:rPr>
        <w:t>_________________________________________________________________________</w:t>
      </w:r>
      <w:r>
        <w:rPr>
          <w:sz w:val="18"/>
        </w:rPr>
        <w:t>_______</w:t>
      </w:r>
    </w:p>
    <w:sectPr w:rsidR="006D2D3A" w:rsidSect="00034616">
      <w:footerReference w:type="default" r:id="rId14"/>
      <w:headerReference w:type="default" r:id="rId17"/>
      <w:headerReference w:type="first" r:id="rId18"/>
      <w:headerReference w:type="even" r:id="rId19"/>
      <w:footerReference w:type="first" r:id="rId20"/>
      <w:footerReference w:type="even" r:id="rId21"/>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2A2CB" w14:textId="77777777" w:rsidR="00786651" w:rsidRDefault="00786651">
      <w:pPr>
        <w:spacing w:after="0"/>
      </w:pPr>
      <w:r>
        <w:separator/>
      </w:r>
    </w:p>
  </w:endnote>
  <w:endnote w:type="continuationSeparator" w:id="0">
    <w:p w14:paraId="7931C418" w14:textId="77777777" w:rsidR="00786651" w:rsidRDefault="007866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429DE" w14:textId="77777777" w:rsidR="00786651" w:rsidRDefault="00786651">
      <w:pPr>
        <w:spacing w:after="0"/>
      </w:pPr>
      <w:r>
        <w:separator/>
      </w:r>
    </w:p>
  </w:footnote>
  <w:footnote w:type="continuationSeparator" w:id="0">
    <w:p w14:paraId="4F50A976" w14:textId="77777777" w:rsidR="00786651" w:rsidRDefault="00786651">
      <w:pPr>
        <w:spacing w:after="0"/>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8225768">
    <w:abstractNumId w:val="8"/>
  </w:num>
  <w:num w:numId="2" w16cid:durableId="1900895999">
    <w:abstractNumId w:val="6"/>
  </w:num>
  <w:num w:numId="3" w16cid:durableId="823592086">
    <w:abstractNumId w:val="5"/>
  </w:num>
  <w:num w:numId="4" w16cid:durableId="700670988">
    <w:abstractNumId w:val="4"/>
  </w:num>
  <w:num w:numId="5" w16cid:durableId="1591115736">
    <w:abstractNumId w:val="7"/>
  </w:num>
  <w:num w:numId="6" w16cid:durableId="1628706429">
    <w:abstractNumId w:val="3"/>
  </w:num>
  <w:num w:numId="7" w16cid:durableId="1478258532">
    <w:abstractNumId w:val="2"/>
  </w:num>
  <w:num w:numId="8" w16cid:durableId="409154091">
    <w:abstractNumId w:val="1"/>
  </w:num>
  <w:num w:numId="9" w16cid:durableId="178468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623"/>
    <w:rsid w:val="00117832"/>
    <w:rsid w:val="0015074B"/>
    <w:rsid w:val="00167146"/>
    <w:rsid w:val="0029639D"/>
    <w:rsid w:val="002A2C31"/>
    <w:rsid w:val="00326F90"/>
    <w:rsid w:val="00436255"/>
    <w:rsid w:val="006468F6"/>
    <w:rsid w:val="006D2D3A"/>
    <w:rsid w:val="007320AC"/>
    <w:rsid w:val="00786651"/>
    <w:rsid w:val="007D50AA"/>
    <w:rsid w:val="008513B6"/>
    <w:rsid w:val="009518F7"/>
    <w:rsid w:val="00A411F4"/>
    <w:rsid w:val="00AA1D8D"/>
    <w:rsid w:val="00B47730"/>
    <w:rsid w:val="00BC0F1E"/>
    <w:rsid w:val="00CB0664"/>
    <w:rsid w:val="00CB3E52"/>
    <w:rsid w:val="00EC39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3C31AC"/>
  <w14:defaultImageDpi w14:val="300"/>
  <w15:docId w15:val="{35079BEA-A7D6-447B-9C1D-CBC6988F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footer" Target="footer2.xml"/><Relationship Id="rId2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2138</Words>
  <Characters>12191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16</cp:revision>
  <dcterms:created xsi:type="dcterms:W3CDTF">2013-12-23T23:15:00Z</dcterms:created>
  <dcterms:modified xsi:type="dcterms:W3CDTF">2026-09-23T22:08:00Z</dcterms:modified>
  <cp:category/>
</cp:coreProperties>
</file>