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854A" w14:textId="77777777" w:rsidR="004208F8" w:rsidRDefault="00000000">
      <w:pPr>
        <w:spacing w:before="700"/>
        <w:jc w:val="center"/>
      </w:pPr>
      <w:r>
        <w:rPr>
          <w:b/>
          <w:sz w:val="44"/>
        </w:rPr>
        <w:t/>
      </w:r>
    </w:p>
    <w:p w14:paraId="1BEF452C" w14:textId="77777777" w:rsidR="004208F8" w:rsidRDefault="00000000">
      <w:pPr>
        <w:jc w:val="center"/>
      </w:pPr>
      <w:r>
        <w:rPr>
          <w:b/>
          <w:sz w:val="32"/>
        </w:rPr>
        <w:t>END TERM 3 2026</w:t>
      </w:r>
    </w:p>
    <w:p w14:paraId="453D78EF" w14:textId="77777777" w:rsidR="004208F8" w:rsidRDefault="00000000">
      <w:pPr>
        <w:jc w:val="center"/>
      </w:pPr>
      <w:r>
        <w:rPr>
          <w:b/>
          <w:sz w:val="32"/>
        </w:rPr>
        <w:t>GRADE 10</w:t>
      </w:r>
    </w:p>
    <w:p w14:paraId="62553B65" w14:textId="77777777" w:rsidR="004208F8" w:rsidRDefault="00000000">
      <w:pPr>
        <w:jc w:val="center"/>
      </w:pPr>
      <w:r>
        <w:rPr>
          <w:b/>
          <w:sz w:val="36"/>
        </w:rPr>
        <w:t>SPORTS AND RECREATION</w:t>
      </w:r>
    </w:p>
    <w:p w14:paraId="7AD471F9" w14:textId="77777777" w:rsidR="004208F8" w:rsidRDefault="00000000">
      <w:pPr>
        <w:jc w:val="center"/>
      </w:pPr>
      <w:r>
        <w:rPr>
          <w:b/>
          <w:sz w:val="28"/>
        </w:rPr>
        <w:t>CUMULATIVE SUMMATIVE ASSESSMENT</w:t>
      </w:r>
    </w:p>
    <w:p w14:paraId="432546F5" w14:textId="77777777" w:rsidR="004208F8" w:rsidRDefault="00000000">
      <w:pPr>
        <w:jc w:val="center"/>
      </w:pPr>
      <w:r>
        <w:rPr>
          <w:b/>
          <w:sz w:val="26"/>
        </w:rPr>
        <w:t>TIME: 2 HOURS 30 MINUTES</w:t>
      </w:r>
    </w:p>
    <w:p w14:paraId="081FF541" w14:textId="77777777" w:rsidR="004208F8" w:rsidRDefault="00000000">
      <w:pPr>
        <w:jc w:val="center"/>
      </w:pPr>
      <w:r>
        <w:rPr>
          <w:b/>
          <w:sz w:val="26"/>
        </w:rPr>
        <w:t>TOTAL MARKS: 80</w:t>
      </w:r>
    </w:p>
    <w:p w14:paraId="4D1086B2" w14:textId="77777777" w:rsidR="004208F8" w:rsidRDefault="004208F8"/>
    <w:tbl>
      <w:tblPr>
        <w:tblStyle w:val="TableGrid"/>
        <w:tblW w:w="0" w:type="auto"/>
        <w:jc w:val="center"/>
        <w:tblLook w:val="04A0" w:firstRow="1" w:lastRow="0" w:firstColumn="1" w:lastColumn="0" w:noHBand="0" w:noVBand="1"/>
      </w:tblPr>
      <w:tblGrid>
        <w:gridCol w:w="3768"/>
        <w:gridCol w:w="6816"/>
      </w:tblGrid>
      <w:tr w:rsidR="004208F8" w14:paraId="589095CF" w14:textId="77777777">
        <w:trPr>
          <w:jc w:val="center"/>
        </w:trPr>
        <w:tc>
          <w:tcPr>
            <w:tcW w:w="5184" w:type="dxa"/>
          </w:tcPr>
          <w:p w14:paraId="0E0C2A77" w14:textId="77777777" w:rsidR="004208F8" w:rsidRDefault="00000000">
            <w:r>
              <w:rPr>
                <w:b/>
              </w:rPr>
              <w:t>Name</w:t>
            </w:r>
          </w:p>
        </w:tc>
        <w:tc>
          <w:tcPr>
            <w:tcW w:w="5184" w:type="dxa"/>
          </w:tcPr>
          <w:p w14:paraId="03C5DBDE" w14:textId="77777777" w:rsidR="004208F8" w:rsidRDefault="00000000">
            <w:r>
              <w:t>____________________________________________________________</w:t>
            </w:r>
          </w:p>
        </w:tc>
      </w:tr>
      <w:tr w:rsidR="004208F8" w14:paraId="605E46F7" w14:textId="77777777">
        <w:trPr>
          <w:jc w:val="center"/>
        </w:trPr>
        <w:tc>
          <w:tcPr>
            <w:tcW w:w="5184" w:type="dxa"/>
          </w:tcPr>
          <w:p w14:paraId="3DD00EF3" w14:textId="77777777" w:rsidR="004208F8" w:rsidRDefault="00000000">
            <w:r>
              <w:rPr>
                <w:b/>
              </w:rPr>
              <w:t>Assessment Number</w:t>
            </w:r>
          </w:p>
        </w:tc>
        <w:tc>
          <w:tcPr>
            <w:tcW w:w="5184" w:type="dxa"/>
          </w:tcPr>
          <w:p w14:paraId="71DA5791" w14:textId="77777777" w:rsidR="004208F8" w:rsidRDefault="00000000">
            <w:r>
              <w:t>____________________________________________________________</w:t>
            </w:r>
          </w:p>
        </w:tc>
      </w:tr>
      <w:tr w:rsidR="004208F8" w14:paraId="2F3D58A5" w14:textId="77777777">
        <w:trPr>
          <w:jc w:val="center"/>
        </w:trPr>
        <w:tc>
          <w:tcPr>
            <w:tcW w:w="5184" w:type="dxa"/>
          </w:tcPr>
          <w:p w14:paraId="1BD56426" w14:textId="77777777" w:rsidR="004208F8" w:rsidRDefault="00000000">
            <w:r>
              <w:rPr>
                <w:b/>
              </w:rPr>
              <w:t>Class / Stream</w:t>
            </w:r>
          </w:p>
        </w:tc>
        <w:tc>
          <w:tcPr>
            <w:tcW w:w="5184" w:type="dxa"/>
          </w:tcPr>
          <w:p w14:paraId="646FC74A" w14:textId="77777777" w:rsidR="004208F8" w:rsidRDefault="00000000">
            <w:r>
              <w:t>____________________________________________________________</w:t>
            </w:r>
          </w:p>
        </w:tc>
      </w:tr>
      <w:tr w:rsidR="004208F8" w14:paraId="7793DC7A" w14:textId="77777777">
        <w:trPr>
          <w:jc w:val="center"/>
        </w:trPr>
        <w:tc>
          <w:tcPr>
            <w:tcW w:w="5184" w:type="dxa"/>
          </w:tcPr>
          <w:p w14:paraId="5F7E87F5" w14:textId="77777777" w:rsidR="004208F8" w:rsidRDefault="00000000">
            <w:r>
              <w:rPr>
                <w:b/>
              </w:rPr>
              <w:t>Date</w:t>
            </w:r>
          </w:p>
        </w:tc>
        <w:tc>
          <w:tcPr>
            <w:tcW w:w="5184" w:type="dxa"/>
          </w:tcPr>
          <w:p w14:paraId="1432AFED" w14:textId="77777777" w:rsidR="004208F8" w:rsidRDefault="00000000">
            <w:r>
              <w:t>____________________________________________________________</w:t>
            </w:r>
          </w:p>
        </w:tc>
      </w:tr>
    </w:tbl>
    <w:p w14:paraId="7E7E3C29" w14:textId="77777777" w:rsidR="004208F8" w:rsidRDefault="004208F8"/>
    <w:p w14:paraId="4BD6FD3C" w14:textId="77777777" w:rsidR="004208F8" w:rsidRDefault="00000000">
      <w:pPr>
        <w:jc w:val="center"/>
      </w:pPr>
      <w:r>
        <w:rPr>
          <w:b/>
          <w:sz w:val="26"/>
        </w:rPr>
        <w:t>INSTRUCTIONS TO CANDIDATES</w:t>
      </w:r>
    </w:p>
    <w:p w14:paraId="11BDC8E2" w14:textId="77777777" w:rsidR="004208F8" w:rsidRDefault="00000000">
      <w:pPr>
        <w:ind w:left="288"/>
      </w:pPr>
      <w:r>
        <w:rPr>
          <w:b/>
        </w:rPr>
        <w:t xml:space="preserve">1. </w:t>
      </w:r>
      <w:r>
        <w:t>Write your name and assessment details in the spaces provided.</w:t>
      </w:r>
    </w:p>
    <w:p w14:paraId="38D030A9" w14:textId="77777777" w:rsidR="004208F8" w:rsidRDefault="00000000">
      <w:pPr>
        <w:ind w:left="288"/>
      </w:pPr>
      <w:r>
        <w:rPr>
          <w:b/>
        </w:rPr>
        <w:t xml:space="preserve">2. </w:t>
      </w:r>
      <w:r>
        <w:t>Answer ALL questions.</w:t>
      </w:r>
    </w:p>
    <w:p w14:paraId="25E7A3D4" w14:textId="77777777" w:rsidR="004208F8" w:rsidRDefault="00000000">
      <w:pPr>
        <w:ind w:left="288"/>
      </w:pPr>
      <w:r>
        <w:rPr>
          <w:b/>
        </w:rPr>
        <w:t xml:space="preserve">3. </w:t>
      </w:r>
      <w:r>
        <w:t>Read each question carefully before answering.</w:t>
      </w:r>
    </w:p>
    <w:p w14:paraId="4284CD17" w14:textId="77777777" w:rsidR="004208F8" w:rsidRDefault="00000000">
      <w:pPr>
        <w:ind w:left="288"/>
      </w:pPr>
      <w:r>
        <w:rPr>
          <w:b/>
        </w:rPr>
        <w:t xml:space="preserve">4. </w:t>
      </w:r>
      <w:r>
        <w:t>Show all working where calculations are required.</w:t>
      </w:r>
    </w:p>
    <w:p w14:paraId="7BBCB35C" w14:textId="77777777" w:rsidR="004208F8" w:rsidRDefault="00000000">
      <w:pPr>
        <w:ind w:left="288"/>
      </w:pPr>
      <w:r>
        <w:rPr>
          <w:b/>
        </w:rPr>
        <w:t xml:space="preserve">5. </w:t>
      </w:r>
      <w:r>
        <w:t>Label and interpret figures clearly where required.</w:t>
      </w:r>
    </w:p>
    <w:p w14:paraId="1139BF9E" w14:textId="77777777" w:rsidR="004208F8" w:rsidRDefault="00000000">
      <w:pPr>
        <w:ind w:left="288"/>
      </w:pPr>
      <w:r>
        <w:rPr>
          <w:b/>
        </w:rPr>
        <w:t xml:space="preserve">6. </w:t>
      </w:r>
      <w:r>
        <w:t>Use appropriate units in calculations.</w:t>
      </w:r>
    </w:p>
    <w:p w14:paraId="6F78D927" w14:textId="77777777" w:rsidR="004208F8" w:rsidRDefault="00000000">
      <w:pPr>
        <w:ind w:left="288"/>
      </w:pPr>
      <w:r>
        <w:rPr>
          <w:b/>
        </w:rPr>
        <w:t xml:space="preserve">7. </w:t>
      </w:r>
      <w:r>
        <w:t>Write your answers in the spaces provided where applicable.</w:t>
      </w:r>
    </w:p>
    <w:p w14:paraId="0A2F9552" w14:textId="77777777" w:rsidR="004208F8" w:rsidRDefault="00000000">
      <w:pPr>
        <w:ind w:left="288"/>
      </w:pPr>
      <w:r>
        <w:rPr>
          <w:b/>
        </w:rPr>
        <w:t xml:space="preserve">8. </w:t>
      </w:r>
      <w:r>
        <w:t>Use clear and legible handwriting.</w:t>
      </w:r>
    </w:p>
    <w:p w14:paraId="5E8030D8" w14:textId="77777777" w:rsidR="004208F8" w:rsidRDefault="00000000">
      <w:pPr>
        <w:ind w:left="288"/>
      </w:pPr>
      <w:r>
        <w:rPr>
          <w:b/>
        </w:rPr>
        <w:t xml:space="preserve">9. </w:t>
      </w:r>
      <w:r>
        <w:t>Candidates should check that all pages and questions are present.</w:t>
      </w:r>
    </w:p>
    <w:p w14:paraId="76DEC84D" w14:textId="77777777" w:rsidR="004208F8" w:rsidRDefault="00000000">
      <w:pPr>
        <w:ind w:left="288"/>
      </w:pPr>
      <w:r>
        <w:rPr>
          <w:b/>
        </w:rPr>
        <w:t xml:space="preserve">10. </w:t>
      </w:r>
      <w:r>
        <w:t>Answer in English.</w:t>
      </w:r>
    </w:p>
    <w:p w14:paraId="5BB71926" w14:textId="77777777" w:rsidR="004208F8" w:rsidRDefault="004208F8"/>
    <w:p w14:paraId="1A4CA54B" w14:textId="77777777" w:rsidR="004208F8" w:rsidRDefault="00000000">
      <w:pPr>
        <w:jc w:val="center"/>
      </w:pPr>
      <w:r>
        <w:rPr>
          <w:b/>
        </w:rPr>
        <w:t>EXAMINER'S USE ONLY</w:t>
      </w:r>
    </w:p>
    <w:tbl>
      <w:tblPr>
        <w:tblStyle w:val="TableGrid"/>
        <w:tblW w:w="0" w:type="auto"/>
        <w:jc w:val="center"/>
        <w:tblLook w:val="04A0" w:firstRow="1" w:lastRow="0" w:firstColumn="1" w:lastColumn="0" w:noHBand="0" w:noVBand="1"/>
      </w:tblPr>
      <w:tblGrid>
        <w:gridCol w:w="2592"/>
        <w:gridCol w:w="2592"/>
        <w:gridCol w:w="2592"/>
        <w:gridCol w:w="2592"/>
      </w:tblGrid>
      <w:tr w:rsidR="004208F8" w14:paraId="1A300DF6" w14:textId="77777777">
        <w:trPr>
          <w:jc w:val="center"/>
        </w:trPr>
        <w:tc>
          <w:tcPr>
            <w:tcW w:w="2592" w:type="dxa"/>
            <w:shd w:val="clear" w:color="auto" w:fill="E7E6E6"/>
          </w:tcPr>
          <w:p w14:paraId="096DE399" w14:textId="77777777" w:rsidR="004208F8" w:rsidRDefault="00000000">
            <w:r>
              <w:rPr>
                <w:b/>
                <w:sz w:val="18"/>
              </w:rPr>
              <w:t>Section / Questions</w:t>
            </w:r>
          </w:p>
        </w:tc>
        <w:tc>
          <w:tcPr>
            <w:tcW w:w="2592" w:type="dxa"/>
            <w:shd w:val="clear" w:color="auto" w:fill="E7E6E6"/>
          </w:tcPr>
          <w:p w14:paraId="57C124A5" w14:textId="77777777" w:rsidR="004208F8" w:rsidRDefault="00000000">
            <w:r>
              <w:rPr>
                <w:b/>
                <w:sz w:val="18"/>
              </w:rPr>
              <w:t>Maximum Score</w:t>
            </w:r>
          </w:p>
        </w:tc>
        <w:tc>
          <w:tcPr>
            <w:tcW w:w="2592" w:type="dxa"/>
            <w:shd w:val="clear" w:color="auto" w:fill="E7E6E6"/>
          </w:tcPr>
          <w:p w14:paraId="27A7B365" w14:textId="77777777" w:rsidR="004208F8" w:rsidRDefault="00000000">
            <w:r>
              <w:rPr>
                <w:b/>
                <w:sz w:val="18"/>
              </w:rPr>
              <w:t>Candidate's Score</w:t>
            </w:r>
          </w:p>
        </w:tc>
        <w:tc>
          <w:tcPr>
            <w:tcW w:w="2592" w:type="dxa"/>
            <w:shd w:val="clear" w:color="auto" w:fill="E7E6E6"/>
          </w:tcPr>
          <w:p w14:paraId="679A0148" w14:textId="77777777" w:rsidR="004208F8" w:rsidRDefault="00000000">
            <w:r>
              <w:rPr>
                <w:b/>
                <w:sz w:val="18"/>
              </w:rPr>
              <w:t>Remarks</w:t>
            </w:r>
          </w:p>
        </w:tc>
      </w:tr>
      <w:tr w:rsidR="004208F8" w14:paraId="35F55BE5" w14:textId="77777777">
        <w:trPr>
          <w:jc w:val="center"/>
        </w:trPr>
        <w:tc>
          <w:tcPr>
            <w:tcW w:w="2592" w:type="dxa"/>
          </w:tcPr>
          <w:p w14:paraId="409451EF" w14:textId="77777777" w:rsidR="004208F8" w:rsidRDefault="00000000">
            <w:r>
              <w:rPr>
                <w:sz w:val="18"/>
              </w:rPr>
              <w:t>Q1–Q6</w:t>
            </w:r>
          </w:p>
        </w:tc>
        <w:tc>
          <w:tcPr>
            <w:tcW w:w="2592" w:type="dxa"/>
          </w:tcPr>
          <w:p w14:paraId="1518272D" w14:textId="77777777" w:rsidR="004208F8" w:rsidRDefault="00000000">
            <w:r>
              <w:rPr>
                <w:sz w:val="18"/>
              </w:rPr>
              <w:t>31</w:t>
            </w:r>
          </w:p>
        </w:tc>
        <w:tc>
          <w:tcPr>
            <w:tcW w:w="2592" w:type="dxa"/>
          </w:tcPr>
          <w:p w14:paraId="5AA3ABA8" w14:textId="77777777" w:rsidR="004208F8" w:rsidRDefault="004208F8"/>
        </w:tc>
        <w:tc>
          <w:tcPr>
            <w:tcW w:w="2592" w:type="dxa"/>
          </w:tcPr>
          <w:p w14:paraId="53FD42B7" w14:textId="77777777" w:rsidR="004208F8" w:rsidRDefault="004208F8"/>
        </w:tc>
      </w:tr>
      <w:tr w:rsidR="004208F8" w14:paraId="0960E67E" w14:textId="77777777">
        <w:trPr>
          <w:jc w:val="center"/>
        </w:trPr>
        <w:tc>
          <w:tcPr>
            <w:tcW w:w="2592" w:type="dxa"/>
          </w:tcPr>
          <w:p w14:paraId="20D32BDF" w14:textId="77777777" w:rsidR="004208F8" w:rsidRDefault="00000000">
            <w:r>
              <w:rPr>
                <w:sz w:val="18"/>
              </w:rPr>
              <w:t>Q7–Q12</w:t>
            </w:r>
          </w:p>
        </w:tc>
        <w:tc>
          <w:tcPr>
            <w:tcW w:w="2592" w:type="dxa"/>
          </w:tcPr>
          <w:p w14:paraId="6046CF05" w14:textId="77777777" w:rsidR="004208F8" w:rsidRDefault="00000000">
            <w:r>
              <w:rPr>
                <w:sz w:val="18"/>
              </w:rPr>
              <w:t>33</w:t>
            </w:r>
          </w:p>
        </w:tc>
        <w:tc>
          <w:tcPr>
            <w:tcW w:w="2592" w:type="dxa"/>
          </w:tcPr>
          <w:p w14:paraId="1780D7D3" w14:textId="77777777" w:rsidR="004208F8" w:rsidRDefault="004208F8"/>
        </w:tc>
        <w:tc>
          <w:tcPr>
            <w:tcW w:w="2592" w:type="dxa"/>
          </w:tcPr>
          <w:p w14:paraId="44E4676F" w14:textId="77777777" w:rsidR="004208F8" w:rsidRDefault="004208F8"/>
        </w:tc>
      </w:tr>
      <w:tr w:rsidR="004208F8" w14:paraId="72C874BA" w14:textId="77777777">
        <w:trPr>
          <w:jc w:val="center"/>
        </w:trPr>
        <w:tc>
          <w:tcPr>
            <w:tcW w:w="2592" w:type="dxa"/>
          </w:tcPr>
          <w:p w14:paraId="65772917" w14:textId="77777777" w:rsidR="004208F8" w:rsidRDefault="00000000">
            <w:r>
              <w:rPr>
                <w:sz w:val="18"/>
              </w:rPr>
              <w:t>Q13–Q15</w:t>
            </w:r>
          </w:p>
        </w:tc>
        <w:tc>
          <w:tcPr>
            <w:tcW w:w="2592" w:type="dxa"/>
          </w:tcPr>
          <w:p w14:paraId="277055D6" w14:textId="77777777" w:rsidR="004208F8" w:rsidRDefault="00000000">
            <w:r>
              <w:rPr>
                <w:sz w:val="18"/>
              </w:rPr>
              <w:t>16</w:t>
            </w:r>
          </w:p>
        </w:tc>
        <w:tc>
          <w:tcPr>
            <w:tcW w:w="2592" w:type="dxa"/>
          </w:tcPr>
          <w:p w14:paraId="1B99BD99" w14:textId="77777777" w:rsidR="004208F8" w:rsidRDefault="004208F8"/>
        </w:tc>
        <w:tc>
          <w:tcPr>
            <w:tcW w:w="2592" w:type="dxa"/>
          </w:tcPr>
          <w:p w14:paraId="740B5BAA" w14:textId="77777777" w:rsidR="004208F8" w:rsidRDefault="004208F8"/>
        </w:tc>
      </w:tr>
      <w:tr w:rsidR="004208F8" w14:paraId="20DDFF95" w14:textId="77777777">
        <w:trPr>
          <w:jc w:val="center"/>
        </w:trPr>
        <w:tc>
          <w:tcPr>
            <w:tcW w:w="2592" w:type="dxa"/>
          </w:tcPr>
          <w:p w14:paraId="0F32FA09" w14:textId="77777777" w:rsidR="004208F8" w:rsidRDefault="00000000">
            <w:r>
              <w:rPr>
                <w:b/>
                <w:sz w:val="18"/>
              </w:rPr>
              <w:t>TOTAL</w:t>
            </w:r>
          </w:p>
        </w:tc>
        <w:tc>
          <w:tcPr>
            <w:tcW w:w="2592" w:type="dxa"/>
          </w:tcPr>
          <w:p w14:paraId="31AEE57D" w14:textId="77777777" w:rsidR="004208F8" w:rsidRDefault="00000000">
            <w:r>
              <w:rPr>
                <w:b/>
                <w:sz w:val="18"/>
              </w:rPr>
              <w:t>80</w:t>
            </w:r>
          </w:p>
        </w:tc>
        <w:tc>
          <w:tcPr>
            <w:tcW w:w="2592" w:type="dxa"/>
          </w:tcPr>
          <w:p w14:paraId="1DA6CB6C" w14:textId="77777777" w:rsidR="004208F8" w:rsidRDefault="004208F8"/>
        </w:tc>
        <w:tc>
          <w:tcPr>
            <w:tcW w:w="2592" w:type="dxa"/>
          </w:tcPr>
          <w:p w14:paraId="22D6AE00" w14:textId="77777777" w:rsidR="004208F8" w:rsidRDefault="004208F8"/>
        </w:tc>
      </w:tr>
    </w:tbl>
    <w:p w14:paraId="7FA2B8D6" w14:textId="77777777" w:rsidR="004208F8" w:rsidRDefault="00000000">
      <w:r>
        <w:br w:type="page"/>
      </w:r>
    </w:p>
    <w:p w14:paraId="2099F569" w14:textId="77777777" w:rsidR="004208F8" w:rsidRDefault="00000000">
      <w:r>
        <w:rPr>
          <w:b/>
          <w:sz w:val="28"/>
        </w:rPr>
        <w:lastRenderedPageBreak/>
        <w:t>SECTION A — HEALTH AND FITNESS</w:t>
      </w:r>
    </w:p>
    <w:p w14:paraId="4D6886CC" w14:textId="77777777" w:rsidR="004208F8" w:rsidRPr="004C01CE" w:rsidRDefault="00000000">
      <w:pPr>
        <w:rPr>
          <w:bCs/>
        </w:rPr>
      </w:pPr>
      <w:r w:rsidRPr="004C01CE">
        <w:rPr>
          <w:bCs/>
        </w:rPr>
        <w:t>1. Sports and Society. (a) State two benefits of sports to an individual. (b) Give two ways in which a school can use sports to strengthen its relationship with the community. (4 marks)</w:t>
      </w:r>
    </w:p>
    <w:p w14:paraId="3E082F27" w14:textId="77777777" w:rsidR="004208F8" w:rsidRPr="004C01CE" w:rsidRDefault="00000000">
      <w:pPr>
        <w:spacing w:after="20"/>
        <w:rPr>
          <w:bCs/>
        </w:rPr>
      </w:pPr>
      <w:r w:rsidRPr="004C01CE">
        <w:rPr>
          <w:bCs/>
          <w:sz w:val="18"/>
        </w:rPr>
        <w:t>________________________________________________________________________________</w:t>
      </w:r>
    </w:p>
    <w:p w14:paraId="5B05CC59" w14:textId="77777777" w:rsidR="004208F8" w:rsidRPr="004C01CE" w:rsidRDefault="00000000">
      <w:pPr>
        <w:spacing w:after="20"/>
        <w:rPr>
          <w:bCs/>
        </w:rPr>
      </w:pPr>
      <w:r w:rsidRPr="004C01CE">
        <w:rPr>
          <w:bCs/>
          <w:sz w:val="18"/>
        </w:rPr>
        <w:t>________________________________________________________________________________</w:t>
      </w:r>
    </w:p>
    <w:p w14:paraId="087D62BA" w14:textId="77777777" w:rsidR="004208F8" w:rsidRPr="004C01CE" w:rsidRDefault="00000000">
      <w:pPr>
        <w:spacing w:after="20"/>
        <w:rPr>
          <w:bCs/>
        </w:rPr>
      </w:pPr>
      <w:r w:rsidRPr="004C01CE">
        <w:rPr>
          <w:bCs/>
          <w:sz w:val="18"/>
        </w:rPr>
        <w:t>________________________________________________________________________________</w:t>
      </w:r>
    </w:p>
    <w:p w14:paraId="4D413EBB" w14:textId="77777777" w:rsidR="004208F8" w:rsidRPr="004C01CE" w:rsidRDefault="00000000">
      <w:pPr>
        <w:spacing w:after="20"/>
        <w:rPr>
          <w:bCs/>
        </w:rPr>
      </w:pPr>
      <w:r w:rsidRPr="004C01CE">
        <w:rPr>
          <w:bCs/>
          <w:sz w:val="18"/>
        </w:rPr>
        <w:t>________________________________________________________________________________</w:t>
      </w:r>
    </w:p>
    <w:p w14:paraId="5B105882" w14:textId="77777777" w:rsidR="004208F8" w:rsidRPr="004C01CE" w:rsidRDefault="00000000">
      <w:pPr>
        <w:rPr>
          <w:bCs/>
        </w:rPr>
      </w:pPr>
      <w:r w:rsidRPr="004C01CE">
        <w:rPr>
          <w:bCs/>
        </w:rPr>
        <w:t>2. Body Composition. A learner has a mass of 72 kg and a height of 1.8 m. (5 marks)</w:t>
      </w:r>
    </w:p>
    <w:p w14:paraId="1D20657F" w14:textId="77777777" w:rsidR="004208F8" w:rsidRPr="004C01CE" w:rsidRDefault="00000000">
      <w:pPr>
        <w:rPr>
          <w:bCs/>
        </w:rPr>
      </w:pPr>
      <w:r w:rsidRPr="004C01CE">
        <w:rPr>
          <w:bCs/>
        </w:rPr>
        <w:t>(a) Calculate the learner's Body Mass Index (BMI). (2 marks)</w:t>
      </w:r>
    </w:p>
    <w:p w14:paraId="7EE26CAF" w14:textId="77777777" w:rsidR="004208F8" w:rsidRPr="004C01CE" w:rsidRDefault="00000000">
      <w:pPr>
        <w:spacing w:after="20"/>
        <w:rPr>
          <w:bCs/>
        </w:rPr>
      </w:pPr>
      <w:r w:rsidRPr="004C01CE">
        <w:rPr>
          <w:bCs/>
          <w:sz w:val="18"/>
        </w:rPr>
        <w:t>________________________________________________________________________________</w:t>
      </w:r>
    </w:p>
    <w:p w14:paraId="4F707494" w14:textId="77777777" w:rsidR="004208F8" w:rsidRPr="004C01CE" w:rsidRDefault="00000000">
      <w:pPr>
        <w:spacing w:after="20"/>
        <w:rPr>
          <w:bCs/>
        </w:rPr>
      </w:pPr>
      <w:r w:rsidRPr="004C01CE">
        <w:rPr>
          <w:bCs/>
          <w:sz w:val="18"/>
        </w:rPr>
        <w:t>________________________________________________________________________________</w:t>
      </w:r>
    </w:p>
    <w:p w14:paraId="2835271C" w14:textId="77777777" w:rsidR="004208F8" w:rsidRPr="004C01CE" w:rsidRDefault="00000000">
      <w:pPr>
        <w:rPr>
          <w:bCs/>
        </w:rPr>
      </w:pPr>
      <w:r w:rsidRPr="004C01CE">
        <w:rPr>
          <w:bCs/>
        </w:rPr>
        <w:t>(b) State two factors that can determine body composition. (2 marks)</w:t>
      </w:r>
    </w:p>
    <w:p w14:paraId="1A2A32BE" w14:textId="77777777" w:rsidR="004208F8" w:rsidRPr="004C01CE" w:rsidRDefault="00000000">
      <w:pPr>
        <w:spacing w:after="20"/>
        <w:rPr>
          <w:bCs/>
        </w:rPr>
      </w:pPr>
      <w:r w:rsidRPr="004C01CE">
        <w:rPr>
          <w:bCs/>
          <w:sz w:val="18"/>
        </w:rPr>
        <w:t>________________________________________________________________________________</w:t>
      </w:r>
    </w:p>
    <w:p w14:paraId="5FE96722" w14:textId="77777777" w:rsidR="004208F8" w:rsidRPr="004C01CE" w:rsidRDefault="00000000">
      <w:pPr>
        <w:spacing w:after="20"/>
        <w:rPr>
          <w:bCs/>
        </w:rPr>
      </w:pPr>
      <w:r w:rsidRPr="004C01CE">
        <w:rPr>
          <w:bCs/>
          <w:sz w:val="18"/>
        </w:rPr>
        <w:t>________________________________________________________________________________</w:t>
      </w:r>
    </w:p>
    <w:p w14:paraId="18266177" w14:textId="77777777" w:rsidR="004208F8" w:rsidRPr="004C01CE" w:rsidRDefault="00000000">
      <w:pPr>
        <w:rPr>
          <w:bCs/>
        </w:rPr>
      </w:pPr>
      <w:r w:rsidRPr="004C01CE">
        <w:rPr>
          <w:bCs/>
        </w:rPr>
        <w:t>(c) State one reason why BMI should be interpreted together with other information when assessing fitness. (1 marks)</w:t>
      </w:r>
    </w:p>
    <w:p w14:paraId="1375CB1B" w14:textId="77777777" w:rsidR="004208F8" w:rsidRPr="004C01CE" w:rsidRDefault="00000000">
      <w:pPr>
        <w:spacing w:after="20"/>
        <w:rPr>
          <w:bCs/>
        </w:rPr>
      </w:pPr>
      <w:r w:rsidRPr="004C01CE">
        <w:rPr>
          <w:bCs/>
          <w:sz w:val="18"/>
        </w:rPr>
        <w:t>________________________________________________________________________________</w:t>
      </w:r>
    </w:p>
    <w:p w14:paraId="1F1C311E" w14:textId="77777777" w:rsidR="004208F8" w:rsidRPr="004C01CE" w:rsidRDefault="00000000">
      <w:pPr>
        <w:rPr>
          <w:bCs/>
        </w:rPr>
      </w:pPr>
      <w:r w:rsidRPr="004C01CE">
        <w:rPr>
          <w:bCs/>
        </w:rPr>
        <w:t>3. Posture for Efficient Performance. Study Figure 1. (6 marks)</w:t>
      </w:r>
    </w:p>
    <w:p w14:paraId="17950EBD" w14:textId="157B456B" w:rsidR="004208F8" w:rsidRPr="004C01CE" w:rsidRDefault="004C01CE">
      <w:pPr>
        <w:jc w:val="center"/>
        <w:rPr>
          <w:bCs/>
        </w:rPr>
      </w:pPr>
      <w:r w:rsidRPr="004C01CE">
        <w:rPr>
          <w:bCs/>
        </w:rPr>
        <w:drawing>
          <wp:inline distT="0" distB="0" distL="0" distR="0" wp14:anchorId="3522C661" wp14:editId="7F05A9C4">
            <wp:extent cx="6583680" cy="2844800"/>
            <wp:effectExtent l="0" t="0" r="7620" b="0"/>
            <wp:docPr id="1021123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23755" name=""/>
                    <pic:cNvPicPr/>
                  </pic:nvPicPr>
                  <pic:blipFill rotWithShape="1">
                    <a:blip r:embed="rId8"/>
                    <a:srcRect t="8834" b="12014"/>
                    <a:stretch>
                      <a:fillRect/>
                    </a:stretch>
                  </pic:blipFill>
                  <pic:spPr bwMode="auto">
                    <a:xfrm>
                      <a:off x="0" y="0"/>
                      <a:ext cx="6583680" cy="2844800"/>
                    </a:xfrm>
                    <a:prstGeom prst="rect">
                      <a:avLst/>
                    </a:prstGeom>
                    <a:ln>
                      <a:noFill/>
                    </a:ln>
                    <a:extLst>
                      <a:ext uri="{53640926-AAD7-44D8-BBD7-CCE9431645EC}">
                        <a14:shadowObscured xmlns:a14="http://schemas.microsoft.com/office/drawing/2010/main"/>
                      </a:ext>
                    </a:extLst>
                  </pic:spPr>
                </pic:pic>
              </a:graphicData>
            </a:graphic>
          </wp:inline>
        </w:drawing>
      </w:r>
    </w:p>
    <w:p w14:paraId="4C631D09" w14:textId="77777777" w:rsidR="004208F8" w:rsidRPr="004C01CE" w:rsidRDefault="00000000">
      <w:pPr>
        <w:jc w:val="center"/>
        <w:rPr>
          <w:bCs/>
        </w:rPr>
      </w:pPr>
      <w:r w:rsidRPr="004C01CE">
        <w:rPr>
          <w:bCs/>
          <w:sz w:val="18"/>
        </w:rPr>
        <w:t>Figure 1</w:t>
      </w:r>
    </w:p>
    <w:p w14:paraId="115DBAD7" w14:textId="77777777" w:rsidR="004208F8" w:rsidRPr="004C01CE" w:rsidRDefault="00000000">
      <w:pPr>
        <w:rPr>
          <w:bCs/>
        </w:rPr>
      </w:pPr>
      <w:r w:rsidRPr="004C01CE">
        <w:rPr>
          <w:bCs/>
        </w:rPr>
        <w:t>(a) Which sketch represents the most correctly aligned posture? (1 marks)</w:t>
      </w:r>
    </w:p>
    <w:p w14:paraId="53D5720B" w14:textId="77777777" w:rsidR="004208F8" w:rsidRPr="004C01CE" w:rsidRDefault="00000000">
      <w:pPr>
        <w:spacing w:after="20"/>
        <w:rPr>
          <w:bCs/>
        </w:rPr>
      </w:pPr>
      <w:r w:rsidRPr="004C01CE">
        <w:rPr>
          <w:bCs/>
          <w:sz w:val="18"/>
        </w:rPr>
        <w:t>________________________________________________________________________________</w:t>
      </w:r>
    </w:p>
    <w:p w14:paraId="3E84E2B8" w14:textId="77777777" w:rsidR="004208F8" w:rsidRPr="004C01CE" w:rsidRDefault="00000000">
      <w:pPr>
        <w:rPr>
          <w:bCs/>
        </w:rPr>
      </w:pPr>
      <w:r w:rsidRPr="004C01CE">
        <w:rPr>
          <w:bCs/>
        </w:rPr>
        <w:t>(b) Identify one visible postural problem in each of the other two sketches. (2 marks)</w:t>
      </w:r>
    </w:p>
    <w:p w14:paraId="0AFA74B4" w14:textId="77777777" w:rsidR="004208F8" w:rsidRPr="004C01CE" w:rsidRDefault="00000000">
      <w:pPr>
        <w:spacing w:after="20"/>
        <w:rPr>
          <w:bCs/>
        </w:rPr>
      </w:pPr>
      <w:r w:rsidRPr="004C01CE">
        <w:rPr>
          <w:bCs/>
          <w:sz w:val="18"/>
        </w:rPr>
        <w:t>________________________________________________________________________________</w:t>
      </w:r>
    </w:p>
    <w:p w14:paraId="455BD849" w14:textId="77777777" w:rsidR="004208F8" w:rsidRPr="004C01CE" w:rsidRDefault="00000000">
      <w:pPr>
        <w:spacing w:after="20"/>
        <w:rPr>
          <w:bCs/>
        </w:rPr>
      </w:pPr>
      <w:r w:rsidRPr="004C01CE">
        <w:rPr>
          <w:bCs/>
          <w:sz w:val="18"/>
        </w:rPr>
        <w:t>________________________________________________________________________________</w:t>
      </w:r>
    </w:p>
    <w:p w14:paraId="6F853984" w14:textId="77777777" w:rsidR="004208F8" w:rsidRPr="004C01CE" w:rsidRDefault="00000000">
      <w:pPr>
        <w:rPr>
          <w:bCs/>
        </w:rPr>
      </w:pPr>
      <w:r w:rsidRPr="004C01CE">
        <w:rPr>
          <w:bCs/>
        </w:rPr>
        <w:t>(c) State three reasons why correct posture is important when performing sports movements. (3 marks)</w:t>
      </w:r>
    </w:p>
    <w:p w14:paraId="64FC645A" w14:textId="77777777" w:rsidR="004208F8" w:rsidRPr="004C01CE" w:rsidRDefault="00000000">
      <w:pPr>
        <w:spacing w:after="20"/>
        <w:rPr>
          <w:bCs/>
        </w:rPr>
      </w:pPr>
      <w:r w:rsidRPr="004C01CE">
        <w:rPr>
          <w:bCs/>
          <w:sz w:val="18"/>
        </w:rPr>
        <w:t>________________________________________________________________________________</w:t>
      </w:r>
    </w:p>
    <w:p w14:paraId="41A2C403" w14:textId="77777777" w:rsidR="004208F8" w:rsidRPr="004C01CE" w:rsidRDefault="00000000">
      <w:pPr>
        <w:spacing w:after="20"/>
        <w:rPr>
          <w:bCs/>
        </w:rPr>
      </w:pPr>
      <w:r w:rsidRPr="004C01CE">
        <w:rPr>
          <w:bCs/>
          <w:sz w:val="18"/>
        </w:rPr>
        <w:t>________________________________________________________________________________</w:t>
      </w:r>
    </w:p>
    <w:p w14:paraId="1C466F79" w14:textId="77777777" w:rsidR="004208F8" w:rsidRPr="004C01CE" w:rsidRDefault="00000000">
      <w:pPr>
        <w:spacing w:after="20"/>
        <w:rPr>
          <w:bCs/>
        </w:rPr>
      </w:pPr>
      <w:r w:rsidRPr="004C01CE">
        <w:rPr>
          <w:bCs/>
          <w:sz w:val="18"/>
        </w:rPr>
        <w:t>________________________________________________________________________________</w:t>
      </w:r>
    </w:p>
    <w:p w14:paraId="0FDB1D38" w14:textId="77777777" w:rsidR="004208F8" w:rsidRPr="004C01CE" w:rsidRDefault="00000000">
      <w:pPr>
        <w:rPr>
          <w:bCs/>
        </w:rPr>
      </w:pPr>
      <w:r w:rsidRPr="004C01CE">
        <w:rPr>
          <w:bCs/>
        </w:rPr>
        <w:t>4. Aerobics. Study Figure 2. (5 marks)</w:t>
      </w:r>
    </w:p>
    <w:p w14:paraId="63FCB101" w14:textId="77777777" w:rsidR="004208F8" w:rsidRPr="004C01CE" w:rsidRDefault="00000000">
      <w:pPr>
        <w:jc w:val="center"/>
        <w:rPr>
          <w:bCs/>
        </w:rPr>
      </w:pPr>
      <w:r w:rsidRPr="004C01CE">
        <w:rPr>
          <w:bCs/>
          <w:noProof/>
        </w:rPr>
        <w:lastRenderedPageBreak/>
        <w:drawing>
          <wp:inline distT="0" distB="0" distL="0" distR="0" wp14:anchorId="5D596B61" wp14:editId="4A7952F0">
            <wp:extent cx="6035040" cy="2514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aerobics.png"/>
                    <pic:cNvPicPr/>
                  </pic:nvPicPr>
                  <pic:blipFill>
                    <a:blip r:embed="rId9"/>
                    <a:stretch>
                      <a:fillRect/>
                    </a:stretch>
                  </pic:blipFill>
                  <pic:spPr>
                    <a:xfrm>
                      <a:off x="0" y="0"/>
                      <a:ext cx="6035040" cy="2514600"/>
                    </a:xfrm>
                    <a:prstGeom prst="rect">
                      <a:avLst/>
                    </a:prstGeom>
                  </pic:spPr>
                </pic:pic>
              </a:graphicData>
            </a:graphic>
          </wp:inline>
        </w:drawing>
      </w:r>
    </w:p>
    <w:p w14:paraId="701F4E06" w14:textId="77777777" w:rsidR="004208F8" w:rsidRPr="004C01CE" w:rsidRDefault="00000000">
      <w:pPr>
        <w:jc w:val="center"/>
        <w:rPr>
          <w:bCs/>
        </w:rPr>
      </w:pPr>
      <w:r w:rsidRPr="004C01CE">
        <w:rPr>
          <w:bCs/>
          <w:sz w:val="18"/>
        </w:rPr>
        <w:t>Figure 2</w:t>
      </w:r>
    </w:p>
    <w:p w14:paraId="7C013423" w14:textId="77777777" w:rsidR="004208F8" w:rsidRPr="004C01CE" w:rsidRDefault="00000000">
      <w:pPr>
        <w:rPr>
          <w:bCs/>
        </w:rPr>
      </w:pPr>
      <w:r w:rsidRPr="004C01CE">
        <w:rPr>
          <w:bCs/>
        </w:rPr>
        <w:t>(a) Name the three phases of the aerobics session. (3 marks)</w:t>
      </w:r>
    </w:p>
    <w:p w14:paraId="553A1B93" w14:textId="77777777" w:rsidR="004208F8" w:rsidRPr="004C01CE" w:rsidRDefault="00000000">
      <w:pPr>
        <w:spacing w:after="20"/>
        <w:rPr>
          <w:bCs/>
        </w:rPr>
      </w:pPr>
      <w:r w:rsidRPr="004C01CE">
        <w:rPr>
          <w:bCs/>
          <w:sz w:val="18"/>
        </w:rPr>
        <w:t>________________________________________________________________________________</w:t>
      </w:r>
    </w:p>
    <w:p w14:paraId="3140AFCB" w14:textId="77777777" w:rsidR="004208F8" w:rsidRPr="004C01CE" w:rsidRDefault="00000000">
      <w:pPr>
        <w:spacing w:after="20"/>
        <w:rPr>
          <w:bCs/>
        </w:rPr>
      </w:pPr>
      <w:r w:rsidRPr="004C01CE">
        <w:rPr>
          <w:bCs/>
          <w:sz w:val="18"/>
        </w:rPr>
        <w:t>________________________________________________________________________________</w:t>
      </w:r>
    </w:p>
    <w:p w14:paraId="19A4CCF9" w14:textId="77777777" w:rsidR="004208F8" w:rsidRPr="004C01CE" w:rsidRDefault="00000000">
      <w:pPr>
        <w:spacing w:after="20"/>
        <w:rPr>
          <w:bCs/>
        </w:rPr>
      </w:pPr>
      <w:r w:rsidRPr="004C01CE">
        <w:rPr>
          <w:bCs/>
          <w:sz w:val="18"/>
        </w:rPr>
        <w:t>________________________________________________________________________________</w:t>
      </w:r>
    </w:p>
    <w:p w14:paraId="62583835" w14:textId="77777777" w:rsidR="004208F8" w:rsidRPr="004C01CE" w:rsidRDefault="00000000">
      <w:pPr>
        <w:rPr>
          <w:bCs/>
        </w:rPr>
      </w:pPr>
      <w:r w:rsidRPr="004C01CE">
        <w:rPr>
          <w:bCs/>
        </w:rPr>
        <w:t>(b) State one purpose of the first phase. (1 marks)</w:t>
      </w:r>
    </w:p>
    <w:p w14:paraId="6D713B98" w14:textId="77777777" w:rsidR="004208F8" w:rsidRPr="004C01CE" w:rsidRDefault="00000000">
      <w:pPr>
        <w:spacing w:after="20"/>
        <w:rPr>
          <w:bCs/>
        </w:rPr>
      </w:pPr>
      <w:r w:rsidRPr="004C01CE">
        <w:rPr>
          <w:bCs/>
          <w:sz w:val="18"/>
        </w:rPr>
        <w:t>________________________________________________________________________________</w:t>
      </w:r>
    </w:p>
    <w:p w14:paraId="2C08171A" w14:textId="77777777" w:rsidR="004208F8" w:rsidRPr="004C01CE" w:rsidRDefault="00000000">
      <w:pPr>
        <w:rPr>
          <w:bCs/>
        </w:rPr>
      </w:pPr>
      <w:r w:rsidRPr="004C01CE">
        <w:rPr>
          <w:bCs/>
        </w:rPr>
        <w:t>(c) State one purpose of the final phase. (1 marks)</w:t>
      </w:r>
    </w:p>
    <w:p w14:paraId="4D6B150A" w14:textId="77777777" w:rsidR="004208F8" w:rsidRPr="004C01CE" w:rsidRDefault="00000000">
      <w:pPr>
        <w:spacing w:after="20"/>
        <w:rPr>
          <w:bCs/>
        </w:rPr>
      </w:pPr>
      <w:r w:rsidRPr="004C01CE">
        <w:rPr>
          <w:bCs/>
          <w:sz w:val="18"/>
        </w:rPr>
        <w:t>________________________________________________________________________________</w:t>
      </w:r>
    </w:p>
    <w:p w14:paraId="2012FD3F" w14:textId="77777777" w:rsidR="004208F8" w:rsidRPr="004C01CE" w:rsidRDefault="00000000">
      <w:pPr>
        <w:rPr>
          <w:bCs/>
        </w:rPr>
      </w:pPr>
      <w:r w:rsidRPr="004C01CE">
        <w:rPr>
          <w:bCs/>
        </w:rPr>
        <w:t>5. Recreation and Wellness. (a) State the six dimensions of wellness referred to in the curriculum. (b) State one safety measure to observe when participating in a recreational activity on or near a road. (5 marks)</w:t>
      </w:r>
    </w:p>
    <w:p w14:paraId="138A20D9" w14:textId="77777777" w:rsidR="004208F8" w:rsidRPr="004C01CE" w:rsidRDefault="00000000">
      <w:pPr>
        <w:spacing w:after="20"/>
        <w:rPr>
          <w:bCs/>
        </w:rPr>
      </w:pPr>
      <w:r w:rsidRPr="004C01CE">
        <w:rPr>
          <w:bCs/>
          <w:sz w:val="18"/>
        </w:rPr>
        <w:t>________________________________________________________________________________</w:t>
      </w:r>
    </w:p>
    <w:p w14:paraId="351AD8D5" w14:textId="77777777" w:rsidR="004208F8" w:rsidRPr="004C01CE" w:rsidRDefault="00000000">
      <w:pPr>
        <w:spacing w:after="20"/>
        <w:rPr>
          <w:bCs/>
        </w:rPr>
      </w:pPr>
      <w:r w:rsidRPr="004C01CE">
        <w:rPr>
          <w:bCs/>
          <w:sz w:val="18"/>
        </w:rPr>
        <w:t>________________________________________________________________________________</w:t>
      </w:r>
    </w:p>
    <w:p w14:paraId="61FD3F77" w14:textId="77777777" w:rsidR="004208F8" w:rsidRPr="004C01CE" w:rsidRDefault="00000000">
      <w:pPr>
        <w:spacing w:after="20"/>
        <w:rPr>
          <w:bCs/>
        </w:rPr>
      </w:pPr>
      <w:r w:rsidRPr="004C01CE">
        <w:rPr>
          <w:bCs/>
          <w:sz w:val="18"/>
        </w:rPr>
        <w:t>________________________________________________________________________________</w:t>
      </w:r>
    </w:p>
    <w:p w14:paraId="4B789B23" w14:textId="77777777" w:rsidR="004208F8" w:rsidRPr="004C01CE" w:rsidRDefault="00000000">
      <w:pPr>
        <w:spacing w:after="20"/>
        <w:rPr>
          <w:bCs/>
        </w:rPr>
      </w:pPr>
      <w:r w:rsidRPr="004C01CE">
        <w:rPr>
          <w:bCs/>
          <w:sz w:val="18"/>
        </w:rPr>
        <w:t>________________________________________________________________________________</w:t>
      </w:r>
    </w:p>
    <w:p w14:paraId="6CE45E8F" w14:textId="77777777" w:rsidR="004208F8" w:rsidRPr="004C01CE" w:rsidRDefault="00000000">
      <w:pPr>
        <w:spacing w:after="20"/>
        <w:rPr>
          <w:bCs/>
        </w:rPr>
      </w:pPr>
      <w:r w:rsidRPr="004C01CE">
        <w:rPr>
          <w:bCs/>
          <w:sz w:val="18"/>
        </w:rPr>
        <w:t>________________________________________________________________________________</w:t>
      </w:r>
    </w:p>
    <w:p w14:paraId="100C93C8" w14:textId="77777777" w:rsidR="004208F8" w:rsidRPr="004C01CE" w:rsidRDefault="00000000">
      <w:pPr>
        <w:spacing w:after="20"/>
        <w:rPr>
          <w:bCs/>
        </w:rPr>
      </w:pPr>
      <w:r w:rsidRPr="004C01CE">
        <w:rPr>
          <w:bCs/>
          <w:sz w:val="18"/>
        </w:rPr>
        <w:t>________________________________________________________________________________</w:t>
      </w:r>
    </w:p>
    <w:p w14:paraId="4D8E0EA3" w14:textId="77777777" w:rsidR="004208F8" w:rsidRPr="004C01CE" w:rsidRDefault="00000000">
      <w:pPr>
        <w:rPr>
          <w:bCs/>
        </w:rPr>
      </w:pPr>
      <w:r w:rsidRPr="004C01CE">
        <w:rPr>
          <w:bCs/>
        </w:rPr>
        <w:t>6. Injuries in Sports. (a) Distinguish between an acute injury and a chronic injury. (b) Give one example of each. (c) State two strategies for preventing sports injuries. (5 marks)</w:t>
      </w:r>
    </w:p>
    <w:p w14:paraId="5DD458C8" w14:textId="77777777" w:rsidR="004208F8" w:rsidRPr="004C01CE" w:rsidRDefault="00000000">
      <w:pPr>
        <w:spacing w:after="20"/>
        <w:rPr>
          <w:bCs/>
        </w:rPr>
      </w:pPr>
      <w:r w:rsidRPr="004C01CE">
        <w:rPr>
          <w:bCs/>
          <w:sz w:val="18"/>
        </w:rPr>
        <w:t>________________________________________________________________________________</w:t>
      </w:r>
    </w:p>
    <w:p w14:paraId="365EDB21" w14:textId="77777777" w:rsidR="004208F8" w:rsidRPr="004C01CE" w:rsidRDefault="00000000">
      <w:pPr>
        <w:spacing w:after="20"/>
        <w:rPr>
          <w:bCs/>
        </w:rPr>
      </w:pPr>
      <w:r w:rsidRPr="004C01CE">
        <w:rPr>
          <w:bCs/>
          <w:sz w:val="18"/>
        </w:rPr>
        <w:t>________________________________________________________________________________</w:t>
      </w:r>
    </w:p>
    <w:p w14:paraId="70095F18" w14:textId="77777777" w:rsidR="004208F8" w:rsidRPr="004C01CE" w:rsidRDefault="00000000">
      <w:pPr>
        <w:spacing w:after="20"/>
        <w:rPr>
          <w:bCs/>
        </w:rPr>
      </w:pPr>
      <w:r w:rsidRPr="004C01CE">
        <w:rPr>
          <w:bCs/>
          <w:sz w:val="18"/>
        </w:rPr>
        <w:t>________________________________________________________________________________</w:t>
      </w:r>
    </w:p>
    <w:p w14:paraId="32922151" w14:textId="77777777" w:rsidR="004208F8" w:rsidRPr="004C01CE" w:rsidRDefault="00000000">
      <w:pPr>
        <w:spacing w:after="20"/>
        <w:rPr>
          <w:bCs/>
        </w:rPr>
      </w:pPr>
      <w:r w:rsidRPr="004C01CE">
        <w:rPr>
          <w:bCs/>
          <w:sz w:val="18"/>
        </w:rPr>
        <w:t>________________________________________________________________________________</w:t>
      </w:r>
    </w:p>
    <w:p w14:paraId="2B14F52C" w14:textId="77777777" w:rsidR="004208F8" w:rsidRPr="004C01CE" w:rsidRDefault="00000000">
      <w:pPr>
        <w:spacing w:after="20"/>
        <w:rPr>
          <w:bCs/>
        </w:rPr>
      </w:pPr>
      <w:r w:rsidRPr="004C01CE">
        <w:rPr>
          <w:bCs/>
          <w:sz w:val="18"/>
        </w:rPr>
        <w:t>________________________________________________________________________________</w:t>
      </w:r>
    </w:p>
    <w:p w14:paraId="5E0E5D2B" w14:textId="77777777" w:rsidR="004208F8" w:rsidRPr="004C01CE" w:rsidRDefault="00000000">
      <w:pPr>
        <w:spacing w:after="20"/>
        <w:rPr>
          <w:bCs/>
        </w:rPr>
      </w:pPr>
      <w:r w:rsidRPr="004C01CE">
        <w:rPr>
          <w:bCs/>
          <w:sz w:val="18"/>
        </w:rPr>
        <w:t>________________________________________________________________________________</w:t>
      </w:r>
    </w:p>
    <w:p w14:paraId="68191FB2" w14:textId="77777777" w:rsidR="004208F8" w:rsidRDefault="00000000">
      <w:r>
        <w:rPr>
          <w:b/>
          <w:sz w:val="28"/>
        </w:rPr>
        <w:t>SECTION B — COACHING</w:t>
      </w:r>
    </w:p>
    <w:p w14:paraId="26E1F124" w14:textId="77777777" w:rsidR="004208F8" w:rsidRPr="004C01CE" w:rsidRDefault="00000000">
      <w:pPr>
        <w:rPr>
          <w:bCs/>
        </w:rPr>
      </w:pPr>
      <w:r w:rsidRPr="004C01CE">
        <w:rPr>
          <w:bCs/>
        </w:rPr>
        <w:t>7. Introduction to Coaching. (a) Explain the concept of coaching in sports. (b) State three elements that should be included when developing a training programme for a selected game or track event. (5 marks)</w:t>
      </w:r>
    </w:p>
    <w:p w14:paraId="44ECC71F" w14:textId="77777777" w:rsidR="004208F8" w:rsidRPr="004C01CE" w:rsidRDefault="00000000">
      <w:pPr>
        <w:spacing w:after="20"/>
        <w:rPr>
          <w:bCs/>
        </w:rPr>
      </w:pPr>
      <w:r w:rsidRPr="004C01CE">
        <w:rPr>
          <w:bCs/>
          <w:sz w:val="18"/>
        </w:rPr>
        <w:t>________________________________________________________________________________</w:t>
      </w:r>
    </w:p>
    <w:p w14:paraId="4A9FD052" w14:textId="77777777" w:rsidR="004208F8" w:rsidRPr="004C01CE" w:rsidRDefault="00000000">
      <w:pPr>
        <w:spacing w:after="20"/>
        <w:rPr>
          <w:bCs/>
        </w:rPr>
      </w:pPr>
      <w:r w:rsidRPr="004C01CE">
        <w:rPr>
          <w:bCs/>
          <w:sz w:val="18"/>
        </w:rPr>
        <w:t>________________________________________________________________________________</w:t>
      </w:r>
    </w:p>
    <w:p w14:paraId="7007AE61" w14:textId="77777777" w:rsidR="004208F8" w:rsidRPr="004C01CE" w:rsidRDefault="00000000">
      <w:pPr>
        <w:spacing w:after="20"/>
        <w:rPr>
          <w:bCs/>
        </w:rPr>
      </w:pPr>
      <w:r w:rsidRPr="004C01CE">
        <w:rPr>
          <w:bCs/>
          <w:sz w:val="18"/>
        </w:rPr>
        <w:t>________________________________________________________________________________</w:t>
      </w:r>
    </w:p>
    <w:p w14:paraId="71B9C236" w14:textId="77777777" w:rsidR="004208F8" w:rsidRPr="004C01CE" w:rsidRDefault="00000000">
      <w:pPr>
        <w:spacing w:after="20"/>
        <w:rPr>
          <w:bCs/>
        </w:rPr>
      </w:pPr>
      <w:r w:rsidRPr="004C01CE">
        <w:rPr>
          <w:bCs/>
          <w:sz w:val="18"/>
        </w:rPr>
        <w:t>________________________________________________________________________________</w:t>
      </w:r>
    </w:p>
    <w:p w14:paraId="7E5C7EEF" w14:textId="77777777" w:rsidR="004208F8" w:rsidRPr="004C01CE" w:rsidRDefault="00000000">
      <w:pPr>
        <w:spacing w:after="20"/>
        <w:rPr>
          <w:bCs/>
        </w:rPr>
      </w:pPr>
      <w:r w:rsidRPr="004C01CE">
        <w:rPr>
          <w:bCs/>
          <w:sz w:val="18"/>
        </w:rPr>
        <w:t>________________________________________________________________________________</w:t>
      </w:r>
    </w:p>
    <w:p w14:paraId="3D7E97A0" w14:textId="77777777" w:rsidR="004208F8" w:rsidRPr="004C01CE" w:rsidRDefault="00000000">
      <w:pPr>
        <w:spacing w:after="20"/>
        <w:rPr>
          <w:bCs/>
        </w:rPr>
      </w:pPr>
      <w:r w:rsidRPr="004C01CE">
        <w:rPr>
          <w:bCs/>
          <w:sz w:val="18"/>
        </w:rPr>
        <w:t>________________________________________________________________________________</w:t>
      </w:r>
    </w:p>
    <w:p w14:paraId="3C8BB841" w14:textId="77777777" w:rsidR="004208F8" w:rsidRPr="004C01CE" w:rsidRDefault="00000000">
      <w:pPr>
        <w:rPr>
          <w:bCs/>
        </w:rPr>
      </w:pPr>
      <w:r w:rsidRPr="004C01CE">
        <w:rPr>
          <w:bCs/>
        </w:rPr>
        <w:t>8. Facilities and Equipment in Sports and Recreation. A school is preparing for football, basketball and a middle-distance running event. (a) State one important facility/equipment requirement for each activity. (b) Give two criteria that should be considered when evaluating the suitability of sports facilities and equipment. (5 marks)</w:t>
      </w:r>
    </w:p>
    <w:p w14:paraId="57287B5D" w14:textId="77777777" w:rsidR="004208F8" w:rsidRPr="004C01CE" w:rsidRDefault="00000000">
      <w:pPr>
        <w:spacing w:after="20"/>
        <w:rPr>
          <w:bCs/>
        </w:rPr>
      </w:pPr>
      <w:r w:rsidRPr="004C01CE">
        <w:rPr>
          <w:bCs/>
          <w:sz w:val="18"/>
        </w:rPr>
        <w:t>________________________________________________________________________________</w:t>
      </w:r>
    </w:p>
    <w:p w14:paraId="47119240" w14:textId="77777777" w:rsidR="004208F8" w:rsidRPr="004C01CE" w:rsidRDefault="00000000">
      <w:pPr>
        <w:spacing w:after="20"/>
        <w:rPr>
          <w:bCs/>
        </w:rPr>
      </w:pPr>
      <w:r w:rsidRPr="004C01CE">
        <w:rPr>
          <w:bCs/>
          <w:sz w:val="18"/>
        </w:rPr>
        <w:t>________________________________________________________________________________</w:t>
      </w:r>
    </w:p>
    <w:p w14:paraId="08247792" w14:textId="77777777" w:rsidR="004208F8" w:rsidRPr="004C01CE" w:rsidRDefault="00000000">
      <w:pPr>
        <w:spacing w:after="20"/>
        <w:rPr>
          <w:bCs/>
        </w:rPr>
      </w:pPr>
      <w:r w:rsidRPr="004C01CE">
        <w:rPr>
          <w:bCs/>
          <w:sz w:val="18"/>
        </w:rPr>
        <w:t>________________________________________________________________________________</w:t>
      </w:r>
    </w:p>
    <w:p w14:paraId="7A0BD91A" w14:textId="77777777" w:rsidR="004208F8" w:rsidRPr="004C01CE" w:rsidRDefault="00000000">
      <w:pPr>
        <w:spacing w:after="20"/>
        <w:rPr>
          <w:bCs/>
        </w:rPr>
      </w:pPr>
      <w:r w:rsidRPr="004C01CE">
        <w:rPr>
          <w:bCs/>
          <w:sz w:val="18"/>
        </w:rPr>
        <w:lastRenderedPageBreak/>
        <w:t>________________________________________________________________________________</w:t>
      </w:r>
    </w:p>
    <w:p w14:paraId="3394BC13" w14:textId="77777777" w:rsidR="004208F8" w:rsidRPr="004C01CE" w:rsidRDefault="00000000">
      <w:pPr>
        <w:spacing w:after="20"/>
        <w:rPr>
          <w:bCs/>
        </w:rPr>
      </w:pPr>
      <w:r w:rsidRPr="004C01CE">
        <w:rPr>
          <w:bCs/>
          <w:sz w:val="18"/>
        </w:rPr>
        <w:t>________________________________________________________________________________</w:t>
      </w:r>
    </w:p>
    <w:p w14:paraId="6BFFE1AB" w14:textId="77777777" w:rsidR="004208F8" w:rsidRPr="004C01CE" w:rsidRDefault="00000000">
      <w:pPr>
        <w:spacing w:after="20"/>
        <w:rPr>
          <w:bCs/>
        </w:rPr>
      </w:pPr>
      <w:r w:rsidRPr="004C01CE">
        <w:rPr>
          <w:bCs/>
          <w:sz w:val="18"/>
        </w:rPr>
        <w:t>________________________________________________________________________________</w:t>
      </w:r>
    </w:p>
    <w:p w14:paraId="43EF58A0" w14:textId="77777777" w:rsidR="004208F8" w:rsidRPr="004C01CE" w:rsidRDefault="00000000">
      <w:pPr>
        <w:rPr>
          <w:bCs/>
        </w:rPr>
      </w:pPr>
      <w:r w:rsidRPr="004C01CE">
        <w:rPr>
          <w:bCs/>
        </w:rPr>
        <w:t>9. Improvisation of Equipment and Modification of Facilities. Study Figure 3. (5 marks)</w:t>
      </w:r>
    </w:p>
    <w:p w14:paraId="5027D661" w14:textId="57AD9D7C" w:rsidR="004208F8" w:rsidRPr="004C01CE" w:rsidRDefault="004C01CE">
      <w:pPr>
        <w:jc w:val="center"/>
        <w:rPr>
          <w:bCs/>
        </w:rPr>
      </w:pPr>
      <w:r w:rsidRPr="004C01CE">
        <w:rPr>
          <w:bCs/>
        </w:rPr>
        <w:drawing>
          <wp:inline distT="0" distB="0" distL="0" distR="0" wp14:anchorId="3A7F89DF" wp14:editId="0DA3616B">
            <wp:extent cx="6583680" cy="1911350"/>
            <wp:effectExtent l="0" t="0" r="7620" b="0"/>
            <wp:docPr id="1336105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05578" name=""/>
                    <pic:cNvPicPr/>
                  </pic:nvPicPr>
                  <pic:blipFill rotWithShape="1">
                    <a:blip r:embed="rId10"/>
                    <a:srcRect t="20317" b="26502"/>
                    <a:stretch>
                      <a:fillRect/>
                    </a:stretch>
                  </pic:blipFill>
                  <pic:spPr bwMode="auto">
                    <a:xfrm>
                      <a:off x="0" y="0"/>
                      <a:ext cx="6583680" cy="1911350"/>
                    </a:xfrm>
                    <a:prstGeom prst="rect">
                      <a:avLst/>
                    </a:prstGeom>
                    <a:ln>
                      <a:noFill/>
                    </a:ln>
                    <a:extLst>
                      <a:ext uri="{53640926-AAD7-44D8-BBD7-CCE9431645EC}">
                        <a14:shadowObscured xmlns:a14="http://schemas.microsoft.com/office/drawing/2010/main"/>
                      </a:ext>
                    </a:extLst>
                  </pic:spPr>
                </pic:pic>
              </a:graphicData>
            </a:graphic>
          </wp:inline>
        </w:drawing>
      </w:r>
    </w:p>
    <w:p w14:paraId="2358226E" w14:textId="77777777" w:rsidR="004208F8" w:rsidRPr="004C01CE" w:rsidRDefault="00000000">
      <w:pPr>
        <w:jc w:val="center"/>
        <w:rPr>
          <w:bCs/>
        </w:rPr>
      </w:pPr>
      <w:r w:rsidRPr="004C01CE">
        <w:rPr>
          <w:bCs/>
          <w:sz w:val="18"/>
        </w:rPr>
        <w:t>Figure 3</w:t>
      </w:r>
    </w:p>
    <w:p w14:paraId="072D8B9D" w14:textId="77777777" w:rsidR="004208F8" w:rsidRPr="004C01CE" w:rsidRDefault="00000000">
      <w:pPr>
        <w:rPr>
          <w:bCs/>
        </w:rPr>
      </w:pPr>
      <w:r w:rsidRPr="004C01CE">
        <w:rPr>
          <w:bCs/>
        </w:rPr>
        <w:t>(a) Identify one possible reusable/recycled material represented in any one of the improvised items. (1 marks)</w:t>
      </w:r>
    </w:p>
    <w:p w14:paraId="7951BB9B" w14:textId="77777777" w:rsidR="004208F8" w:rsidRPr="004C01CE" w:rsidRDefault="00000000">
      <w:pPr>
        <w:spacing w:after="20"/>
        <w:rPr>
          <w:bCs/>
        </w:rPr>
      </w:pPr>
      <w:r w:rsidRPr="004C01CE">
        <w:rPr>
          <w:bCs/>
          <w:sz w:val="18"/>
        </w:rPr>
        <w:t>________________________________________________________________________________</w:t>
      </w:r>
    </w:p>
    <w:p w14:paraId="4F9724A4" w14:textId="77777777" w:rsidR="004208F8" w:rsidRPr="004C01CE" w:rsidRDefault="00000000">
      <w:pPr>
        <w:rPr>
          <w:bCs/>
        </w:rPr>
      </w:pPr>
      <w:r w:rsidRPr="004C01CE">
        <w:rPr>
          <w:bCs/>
        </w:rPr>
        <w:t>(b) State two criteria that should be considered before using improvised sports equipment. (2 marks)</w:t>
      </w:r>
    </w:p>
    <w:p w14:paraId="746580D1" w14:textId="77777777" w:rsidR="004208F8" w:rsidRPr="004C01CE" w:rsidRDefault="00000000">
      <w:pPr>
        <w:spacing w:after="20"/>
        <w:rPr>
          <w:bCs/>
        </w:rPr>
      </w:pPr>
      <w:r w:rsidRPr="004C01CE">
        <w:rPr>
          <w:bCs/>
          <w:sz w:val="18"/>
        </w:rPr>
        <w:t>________________________________________________________________________________</w:t>
      </w:r>
    </w:p>
    <w:p w14:paraId="750BB893" w14:textId="77777777" w:rsidR="004208F8" w:rsidRPr="004C01CE" w:rsidRDefault="00000000">
      <w:pPr>
        <w:spacing w:after="20"/>
        <w:rPr>
          <w:bCs/>
        </w:rPr>
      </w:pPr>
      <w:r w:rsidRPr="004C01CE">
        <w:rPr>
          <w:bCs/>
          <w:sz w:val="18"/>
        </w:rPr>
        <w:t>________________________________________________________________________________</w:t>
      </w:r>
    </w:p>
    <w:p w14:paraId="5DB4D9E9" w14:textId="77777777" w:rsidR="004208F8" w:rsidRPr="004C01CE" w:rsidRDefault="00000000">
      <w:pPr>
        <w:rPr>
          <w:bCs/>
        </w:rPr>
      </w:pPr>
      <w:r w:rsidRPr="004C01CE">
        <w:rPr>
          <w:bCs/>
        </w:rPr>
        <w:t>(c) Explain one benefit of improvising or modifying sports equipment/facilities for a school or community. (2 marks)</w:t>
      </w:r>
    </w:p>
    <w:p w14:paraId="7E1898E1" w14:textId="77777777" w:rsidR="004208F8" w:rsidRPr="004C01CE" w:rsidRDefault="00000000">
      <w:pPr>
        <w:spacing w:after="20"/>
        <w:rPr>
          <w:bCs/>
        </w:rPr>
      </w:pPr>
      <w:r w:rsidRPr="004C01CE">
        <w:rPr>
          <w:bCs/>
          <w:sz w:val="18"/>
        </w:rPr>
        <w:t>________________________________________________________________________________</w:t>
      </w:r>
    </w:p>
    <w:p w14:paraId="10ADFCC2" w14:textId="77777777" w:rsidR="004208F8" w:rsidRPr="004C01CE" w:rsidRDefault="00000000">
      <w:pPr>
        <w:spacing w:after="20"/>
        <w:rPr>
          <w:bCs/>
        </w:rPr>
      </w:pPr>
      <w:r w:rsidRPr="004C01CE">
        <w:rPr>
          <w:bCs/>
          <w:sz w:val="18"/>
        </w:rPr>
        <w:t>________________________________________________________________________________</w:t>
      </w:r>
    </w:p>
    <w:p w14:paraId="3B685924" w14:textId="77777777" w:rsidR="004208F8" w:rsidRPr="004C01CE" w:rsidRDefault="00000000">
      <w:pPr>
        <w:rPr>
          <w:bCs/>
        </w:rPr>
      </w:pPr>
      <w:r w:rsidRPr="004C01CE">
        <w:rPr>
          <w:bCs/>
        </w:rPr>
        <w:t>10. Tactical Skills in Athletics. Study Figure 4, which shows a middle-distance race situation. (8 marks)</w:t>
      </w:r>
    </w:p>
    <w:p w14:paraId="2D3099EA" w14:textId="3E42950D" w:rsidR="004208F8" w:rsidRPr="004C01CE" w:rsidRDefault="004C01CE">
      <w:pPr>
        <w:jc w:val="center"/>
        <w:rPr>
          <w:bCs/>
        </w:rPr>
      </w:pPr>
      <w:r w:rsidRPr="004C01CE">
        <w:rPr>
          <w:bCs/>
        </w:rPr>
        <w:drawing>
          <wp:inline distT="0" distB="0" distL="0" distR="0" wp14:anchorId="1B5CF176" wp14:editId="3F2E7F38">
            <wp:extent cx="6583680" cy="2317750"/>
            <wp:effectExtent l="0" t="0" r="7620" b="6350"/>
            <wp:docPr id="166159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94740" name=""/>
                    <pic:cNvPicPr/>
                  </pic:nvPicPr>
                  <pic:blipFill rotWithShape="1">
                    <a:blip r:embed="rId11"/>
                    <a:srcRect b="35512"/>
                    <a:stretch>
                      <a:fillRect/>
                    </a:stretch>
                  </pic:blipFill>
                  <pic:spPr bwMode="auto">
                    <a:xfrm>
                      <a:off x="0" y="0"/>
                      <a:ext cx="6583680" cy="2317750"/>
                    </a:xfrm>
                    <a:prstGeom prst="rect">
                      <a:avLst/>
                    </a:prstGeom>
                    <a:ln>
                      <a:noFill/>
                    </a:ln>
                    <a:extLst>
                      <a:ext uri="{53640926-AAD7-44D8-BBD7-CCE9431645EC}">
                        <a14:shadowObscured xmlns:a14="http://schemas.microsoft.com/office/drawing/2010/main"/>
                      </a:ext>
                    </a:extLst>
                  </pic:spPr>
                </pic:pic>
              </a:graphicData>
            </a:graphic>
          </wp:inline>
        </w:drawing>
      </w:r>
    </w:p>
    <w:p w14:paraId="3C8D65B3" w14:textId="77777777" w:rsidR="004208F8" w:rsidRPr="004C01CE" w:rsidRDefault="00000000">
      <w:pPr>
        <w:jc w:val="center"/>
        <w:rPr>
          <w:bCs/>
        </w:rPr>
      </w:pPr>
      <w:r w:rsidRPr="004C01CE">
        <w:rPr>
          <w:bCs/>
          <w:sz w:val="18"/>
        </w:rPr>
        <w:t>Figure 4</w:t>
      </w:r>
    </w:p>
    <w:p w14:paraId="178346A4" w14:textId="77777777" w:rsidR="004208F8" w:rsidRPr="004C01CE" w:rsidRDefault="00000000">
      <w:pPr>
        <w:rPr>
          <w:bCs/>
        </w:rPr>
      </w:pPr>
      <w:r w:rsidRPr="004C01CE">
        <w:rPr>
          <w:bCs/>
        </w:rPr>
        <w:t>(a) State two tactical considerations a runner should make before attempting to overtake another runner. (2 marks)</w:t>
      </w:r>
    </w:p>
    <w:p w14:paraId="2239C76A" w14:textId="77777777" w:rsidR="004208F8" w:rsidRPr="004C01CE" w:rsidRDefault="00000000">
      <w:pPr>
        <w:spacing w:after="20"/>
        <w:rPr>
          <w:bCs/>
        </w:rPr>
      </w:pPr>
      <w:r w:rsidRPr="004C01CE">
        <w:rPr>
          <w:bCs/>
          <w:sz w:val="18"/>
        </w:rPr>
        <w:t>________________________________________________________________________________</w:t>
      </w:r>
    </w:p>
    <w:p w14:paraId="1DA3EC13" w14:textId="77777777" w:rsidR="004208F8" w:rsidRPr="004C01CE" w:rsidRDefault="00000000">
      <w:pPr>
        <w:spacing w:after="20"/>
        <w:rPr>
          <w:bCs/>
        </w:rPr>
      </w:pPr>
      <w:r w:rsidRPr="004C01CE">
        <w:rPr>
          <w:bCs/>
          <w:sz w:val="18"/>
        </w:rPr>
        <w:t>________________________________________________________________________________</w:t>
      </w:r>
    </w:p>
    <w:p w14:paraId="34A46214" w14:textId="77777777" w:rsidR="004208F8" w:rsidRPr="004C01CE" w:rsidRDefault="00000000">
      <w:pPr>
        <w:rPr>
          <w:bCs/>
        </w:rPr>
      </w:pPr>
      <w:r w:rsidRPr="004C01CE">
        <w:rPr>
          <w:bCs/>
        </w:rPr>
        <w:t>(b) Using the situation in Figure 4, explain one possible tactical decision that runner C could make. (2 marks)</w:t>
      </w:r>
    </w:p>
    <w:p w14:paraId="2153768E" w14:textId="77777777" w:rsidR="004208F8" w:rsidRPr="004C01CE" w:rsidRDefault="00000000">
      <w:pPr>
        <w:spacing w:after="20"/>
        <w:rPr>
          <w:bCs/>
        </w:rPr>
      </w:pPr>
      <w:r w:rsidRPr="004C01CE">
        <w:rPr>
          <w:bCs/>
          <w:sz w:val="18"/>
        </w:rPr>
        <w:t>________________________________________________________________________________</w:t>
      </w:r>
    </w:p>
    <w:p w14:paraId="19F7DE89" w14:textId="77777777" w:rsidR="004208F8" w:rsidRPr="004C01CE" w:rsidRDefault="00000000">
      <w:pPr>
        <w:spacing w:after="20"/>
        <w:rPr>
          <w:bCs/>
        </w:rPr>
      </w:pPr>
      <w:r w:rsidRPr="004C01CE">
        <w:rPr>
          <w:bCs/>
          <w:sz w:val="18"/>
        </w:rPr>
        <w:t>________________________________________________________________________________</w:t>
      </w:r>
    </w:p>
    <w:p w14:paraId="5520E30B" w14:textId="77777777" w:rsidR="004208F8" w:rsidRPr="004C01CE" w:rsidRDefault="00000000">
      <w:pPr>
        <w:rPr>
          <w:bCs/>
        </w:rPr>
      </w:pPr>
      <w:r w:rsidRPr="004C01CE">
        <w:rPr>
          <w:bCs/>
        </w:rPr>
        <w:t>(c) State two safety precautions that should be observed during middle-distance training or competition. (2 marks)</w:t>
      </w:r>
    </w:p>
    <w:p w14:paraId="69B2FC74" w14:textId="77777777" w:rsidR="004208F8" w:rsidRPr="004C01CE" w:rsidRDefault="00000000">
      <w:pPr>
        <w:spacing w:after="20"/>
        <w:rPr>
          <w:bCs/>
        </w:rPr>
      </w:pPr>
      <w:r w:rsidRPr="004C01CE">
        <w:rPr>
          <w:bCs/>
          <w:sz w:val="18"/>
        </w:rPr>
        <w:t>________________________________________________________________________________</w:t>
      </w:r>
    </w:p>
    <w:p w14:paraId="128BD7B8" w14:textId="77777777" w:rsidR="004208F8" w:rsidRPr="004C01CE" w:rsidRDefault="00000000">
      <w:pPr>
        <w:spacing w:after="20"/>
        <w:rPr>
          <w:bCs/>
        </w:rPr>
      </w:pPr>
      <w:r w:rsidRPr="004C01CE">
        <w:rPr>
          <w:bCs/>
          <w:sz w:val="18"/>
        </w:rPr>
        <w:t>________________________________________________________________________________</w:t>
      </w:r>
    </w:p>
    <w:p w14:paraId="19DF5EB3" w14:textId="77777777" w:rsidR="004208F8" w:rsidRPr="004C01CE" w:rsidRDefault="00000000">
      <w:pPr>
        <w:rPr>
          <w:bCs/>
        </w:rPr>
      </w:pPr>
      <w:r w:rsidRPr="004C01CE">
        <w:rPr>
          <w:bCs/>
        </w:rPr>
        <w:t>(d) Give two ways in which effective tactics can improve performance in a track event. (2 marks)</w:t>
      </w:r>
    </w:p>
    <w:p w14:paraId="2940BCFD" w14:textId="77777777" w:rsidR="004208F8" w:rsidRPr="004C01CE" w:rsidRDefault="00000000">
      <w:pPr>
        <w:spacing w:after="20"/>
        <w:rPr>
          <w:bCs/>
        </w:rPr>
      </w:pPr>
      <w:r w:rsidRPr="004C01CE">
        <w:rPr>
          <w:bCs/>
          <w:sz w:val="18"/>
        </w:rPr>
        <w:t>________________________________________________________________________________</w:t>
      </w:r>
    </w:p>
    <w:p w14:paraId="339F0616" w14:textId="77777777" w:rsidR="004208F8" w:rsidRPr="004C01CE" w:rsidRDefault="00000000">
      <w:pPr>
        <w:spacing w:after="20"/>
        <w:rPr>
          <w:bCs/>
        </w:rPr>
      </w:pPr>
      <w:r w:rsidRPr="004C01CE">
        <w:rPr>
          <w:bCs/>
          <w:sz w:val="18"/>
        </w:rPr>
        <w:t>________________________________________________________________________________</w:t>
      </w:r>
    </w:p>
    <w:p w14:paraId="76B93B1A" w14:textId="77777777" w:rsidR="004208F8" w:rsidRPr="004C01CE" w:rsidRDefault="00000000">
      <w:pPr>
        <w:rPr>
          <w:bCs/>
        </w:rPr>
      </w:pPr>
      <w:r w:rsidRPr="004C01CE">
        <w:rPr>
          <w:bCs/>
        </w:rPr>
        <w:lastRenderedPageBreak/>
        <w:t>11. Formations in Games I. (a) Explain what a formation is in a team game. (b) State two benefits of using an appropriate formation. (c) Name two team games in which formations are used. (5 marks)</w:t>
      </w:r>
    </w:p>
    <w:p w14:paraId="3B1D4EBB" w14:textId="77777777" w:rsidR="004208F8" w:rsidRPr="004C01CE" w:rsidRDefault="00000000">
      <w:pPr>
        <w:spacing w:after="20"/>
        <w:rPr>
          <w:bCs/>
        </w:rPr>
      </w:pPr>
      <w:r w:rsidRPr="004C01CE">
        <w:rPr>
          <w:bCs/>
          <w:sz w:val="18"/>
        </w:rPr>
        <w:t>________________________________________________________________________________</w:t>
      </w:r>
    </w:p>
    <w:p w14:paraId="6E622031" w14:textId="77777777" w:rsidR="004208F8" w:rsidRPr="004C01CE" w:rsidRDefault="00000000">
      <w:pPr>
        <w:spacing w:after="20"/>
        <w:rPr>
          <w:bCs/>
        </w:rPr>
      </w:pPr>
      <w:r w:rsidRPr="004C01CE">
        <w:rPr>
          <w:bCs/>
          <w:sz w:val="18"/>
        </w:rPr>
        <w:t>________________________________________________________________________________</w:t>
      </w:r>
    </w:p>
    <w:p w14:paraId="4579E3D9" w14:textId="77777777" w:rsidR="004208F8" w:rsidRPr="004C01CE" w:rsidRDefault="00000000">
      <w:pPr>
        <w:spacing w:after="20"/>
        <w:rPr>
          <w:bCs/>
        </w:rPr>
      </w:pPr>
      <w:r w:rsidRPr="004C01CE">
        <w:rPr>
          <w:bCs/>
          <w:sz w:val="18"/>
        </w:rPr>
        <w:t>________________________________________________________________________________</w:t>
      </w:r>
    </w:p>
    <w:p w14:paraId="7026D2F9" w14:textId="77777777" w:rsidR="004208F8" w:rsidRPr="004C01CE" w:rsidRDefault="00000000">
      <w:pPr>
        <w:spacing w:after="20"/>
        <w:rPr>
          <w:bCs/>
        </w:rPr>
      </w:pPr>
      <w:r w:rsidRPr="004C01CE">
        <w:rPr>
          <w:bCs/>
          <w:sz w:val="18"/>
        </w:rPr>
        <w:t>________________________________________________________________________________</w:t>
      </w:r>
    </w:p>
    <w:p w14:paraId="1C787DD1" w14:textId="77777777" w:rsidR="004208F8" w:rsidRPr="004C01CE" w:rsidRDefault="00000000">
      <w:pPr>
        <w:spacing w:after="20"/>
        <w:rPr>
          <w:bCs/>
        </w:rPr>
      </w:pPr>
      <w:r w:rsidRPr="004C01CE">
        <w:rPr>
          <w:bCs/>
          <w:sz w:val="18"/>
        </w:rPr>
        <w:t>________________________________________________________________________________</w:t>
      </w:r>
    </w:p>
    <w:p w14:paraId="557F6901" w14:textId="77777777" w:rsidR="004208F8" w:rsidRPr="004C01CE" w:rsidRDefault="00000000">
      <w:pPr>
        <w:spacing w:after="20"/>
        <w:rPr>
          <w:bCs/>
        </w:rPr>
      </w:pPr>
      <w:r w:rsidRPr="004C01CE">
        <w:rPr>
          <w:bCs/>
          <w:sz w:val="18"/>
        </w:rPr>
        <w:t>________________________________________________________________________________</w:t>
      </w:r>
    </w:p>
    <w:p w14:paraId="13EC4067" w14:textId="77777777" w:rsidR="004208F8" w:rsidRPr="004C01CE" w:rsidRDefault="00000000">
      <w:pPr>
        <w:rPr>
          <w:bCs/>
        </w:rPr>
      </w:pPr>
      <w:r w:rsidRPr="004C01CE">
        <w:rPr>
          <w:bCs/>
        </w:rPr>
        <w:t>12. Talent Detection and Identification. Design a five-item checklist that a school sports teacher could use when identifying talent in a learner. Your checklist should cover different relevant attributes such as physical, psychological, behavioural, skills, fitness or technical attributes. (5 marks)</w:t>
      </w:r>
    </w:p>
    <w:p w14:paraId="696F7E9D" w14:textId="77777777" w:rsidR="004208F8" w:rsidRPr="004C01CE" w:rsidRDefault="00000000">
      <w:pPr>
        <w:spacing w:after="20"/>
        <w:rPr>
          <w:bCs/>
        </w:rPr>
      </w:pPr>
      <w:r w:rsidRPr="004C01CE">
        <w:rPr>
          <w:bCs/>
          <w:sz w:val="18"/>
        </w:rPr>
        <w:t>________________________________________________________________________________</w:t>
      </w:r>
    </w:p>
    <w:p w14:paraId="75594D02" w14:textId="77777777" w:rsidR="004208F8" w:rsidRPr="004C01CE" w:rsidRDefault="00000000">
      <w:pPr>
        <w:spacing w:after="20"/>
        <w:rPr>
          <w:bCs/>
        </w:rPr>
      </w:pPr>
      <w:r w:rsidRPr="004C01CE">
        <w:rPr>
          <w:bCs/>
          <w:sz w:val="18"/>
        </w:rPr>
        <w:t>________________________________________________________________________________</w:t>
      </w:r>
    </w:p>
    <w:p w14:paraId="7DEC4F37" w14:textId="77777777" w:rsidR="004208F8" w:rsidRPr="004C01CE" w:rsidRDefault="00000000">
      <w:pPr>
        <w:spacing w:after="20"/>
        <w:rPr>
          <w:bCs/>
        </w:rPr>
      </w:pPr>
      <w:r w:rsidRPr="004C01CE">
        <w:rPr>
          <w:bCs/>
          <w:sz w:val="18"/>
        </w:rPr>
        <w:t>________________________________________________________________________________</w:t>
      </w:r>
    </w:p>
    <w:p w14:paraId="6DA7FD2B" w14:textId="77777777" w:rsidR="004208F8" w:rsidRPr="004C01CE" w:rsidRDefault="00000000">
      <w:pPr>
        <w:spacing w:after="20"/>
        <w:rPr>
          <w:bCs/>
        </w:rPr>
      </w:pPr>
      <w:r w:rsidRPr="004C01CE">
        <w:rPr>
          <w:bCs/>
          <w:sz w:val="18"/>
        </w:rPr>
        <w:t>________________________________________________________________________________</w:t>
      </w:r>
    </w:p>
    <w:p w14:paraId="60A85521" w14:textId="77777777" w:rsidR="004208F8" w:rsidRPr="004C01CE" w:rsidRDefault="00000000">
      <w:pPr>
        <w:spacing w:after="20"/>
        <w:rPr>
          <w:bCs/>
        </w:rPr>
      </w:pPr>
      <w:r w:rsidRPr="004C01CE">
        <w:rPr>
          <w:bCs/>
          <w:sz w:val="18"/>
        </w:rPr>
        <w:t>________________________________________________________________________________</w:t>
      </w:r>
    </w:p>
    <w:p w14:paraId="34D6AC3B" w14:textId="77777777" w:rsidR="004208F8" w:rsidRPr="004C01CE" w:rsidRDefault="00000000">
      <w:pPr>
        <w:spacing w:after="20"/>
        <w:rPr>
          <w:bCs/>
        </w:rPr>
      </w:pPr>
      <w:r w:rsidRPr="004C01CE">
        <w:rPr>
          <w:bCs/>
          <w:sz w:val="18"/>
        </w:rPr>
        <w:t>________________________________________________________________________________</w:t>
      </w:r>
    </w:p>
    <w:p w14:paraId="2A9A13B9" w14:textId="77777777" w:rsidR="004208F8" w:rsidRPr="004C01CE" w:rsidRDefault="00000000">
      <w:pPr>
        <w:spacing w:after="20"/>
        <w:rPr>
          <w:bCs/>
        </w:rPr>
      </w:pPr>
      <w:r w:rsidRPr="004C01CE">
        <w:rPr>
          <w:bCs/>
          <w:sz w:val="18"/>
        </w:rPr>
        <w:t>________________________________________________________________________________</w:t>
      </w:r>
    </w:p>
    <w:p w14:paraId="73F37433" w14:textId="77777777" w:rsidR="004208F8" w:rsidRDefault="00000000">
      <w:r>
        <w:rPr>
          <w:b/>
          <w:sz w:val="28"/>
        </w:rPr>
        <w:t>SECTION C — OFFICIATING AND INTEGRATED APPLICATION</w:t>
      </w:r>
    </w:p>
    <w:p w14:paraId="5299F8D3" w14:textId="77777777" w:rsidR="004208F8" w:rsidRPr="004C01CE" w:rsidRDefault="00000000">
      <w:r w:rsidRPr="004C01CE">
        <w:t>13. Principles of Officiating. Study Figure 5. (6 marks)</w:t>
      </w:r>
    </w:p>
    <w:p w14:paraId="77EB8E04" w14:textId="21B6855B" w:rsidR="004208F8" w:rsidRPr="004C01CE" w:rsidRDefault="004C01CE">
      <w:pPr>
        <w:jc w:val="center"/>
      </w:pPr>
      <w:r w:rsidRPr="004C01CE">
        <w:drawing>
          <wp:inline distT="0" distB="0" distL="0" distR="0" wp14:anchorId="7226C192" wp14:editId="7E47589B">
            <wp:extent cx="6583680" cy="2286000"/>
            <wp:effectExtent l="0" t="0" r="7620" b="0"/>
            <wp:docPr id="787855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55050" name=""/>
                    <pic:cNvPicPr/>
                  </pic:nvPicPr>
                  <pic:blipFill rotWithShape="1">
                    <a:blip r:embed="rId12"/>
                    <a:srcRect b="36396"/>
                    <a:stretch>
                      <a:fillRect/>
                    </a:stretch>
                  </pic:blipFill>
                  <pic:spPr bwMode="auto">
                    <a:xfrm>
                      <a:off x="0" y="0"/>
                      <a:ext cx="6583680" cy="2286000"/>
                    </a:xfrm>
                    <a:prstGeom prst="rect">
                      <a:avLst/>
                    </a:prstGeom>
                    <a:ln>
                      <a:noFill/>
                    </a:ln>
                    <a:extLst>
                      <a:ext uri="{53640926-AAD7-44D8-BBD7-CCE9431645EC}">
                        <a14:shadowObscured xmlns:a14="http://schemas.microsoft.com/office/drawing/2010/main"/>
                      </a:ext>
                    </a:extLst>
                  </pic:spPr>
                </pic:pic>
              </a:graphicData>
            </a:graphic>
          </wp:inline>
        </w:drawing>
      </w:r>
    </w:p>
    <w:p w14:paraId="22B427B7" w14:textId="77777777" w:rsidR="004208F8" w:rsidRPr="004C01CE" w:rsidRDefault="00000000">
      <w:pPr>
        <w:jc w:val="center"/>
      </w:pPr>
      <w:r w:rsidRPr="004C01CE">
        <w:rPr>
          <w:sz w:val="18"/>
        </w:rPr>
        <w:t>Figure 5</w:t>
      </w:r>
    </w:p>
    <w:p w14:paraId="74645F7C" w14:textId="77777777" w:rsidR="004208F8" w:rsidRPr="004C01CE" w:rsidRDefault="00000000">
      <w:r w:rsidRPr="004C01CE">
        <w:t>(a) Identify the official represented by R and state one reason for the official's position. (2 marks)</w:t>
      </w:r>
    </w:p>
    <w:p w14:paraId="49B0073D" w14:textId="77777777" w:rsidR="004208F8" w:rsidRPr="004C01CE" w:rsidRDefault="00000000">
      <w:pPr>
        <w:spacing w:after="20"/>
      </w:pPr>
      <w:r w:rsidRPr="004C01CE">
        <w:rPr>
          <w:sz w:val="18"/>
        </w:rPr>
        <w:t>________________________________________________________________________________</w:t>
      </w:r>
    </w:p>
    <w:p w14:paraId="01129E48" w14:textId="77777777" w:rsidR="004208F8" w:rsidRPr="004C01CE" w:rsidRDefault="00000000">
      <w:pPr>
        <w:spacing w:after="20"/>
      </w:pPr>
      <w:r w:rsidRPr="004C01CE">
        <w:rPr>
          <w:sz w:val="18"/>
        </w:rPr>
        <w:t>________________________________________________________________________________</w:t>
      </w:r>
    </w:p>
    <w:p w14:paraId="424EF1F2" w14:textId="77777777" w:rsidR="004208F8" w:rsidRPr="004C01CE" w:rsidRDefault="00000000">
      <w:r w:rsidRPr="004C01CE">
        <w:t>(b) State three principles of effective officiating. (3 marks)</w:t>
      </w:r>
    </w:p>
    <w:p w14:paraId="69A496D2" w14:textId="77777777" w:rsidR="004208F8" w:rsidRPr="004C01CE" w:rsidRDefault="00000000">
      <w:pPr>
        <w:spacing w:after="20"/>
      </w:pPr>
      <w:r w:rsidRPr="004C01CE">
        <w:rPr>
          <w:sz w:val="18"/>
        </w:rPr>
        <w:t>________________________________________________________________________________</w:t>
      </w:r>
    </w:p>
    <w:p w14:paraId="6A3AEDA6" w14:textId="77777777" w:rsidR="004208F8" w:rsidRPr="004C01CE" w:rsidRDefault="00000000">
      <w:pPr>
        <w:spacing w:after="20"/>
      </w:pPr>
      <w:r w:rsidRPr="004C01CE">
        <w:rPr>
          <w:sz w:val="18"/>
        </w:rPr>
        <w:t>________________________________________________________________________________</w:t>
      </w:r>
    </w:p>
    <w:p w14:paraId="71BBE0B4" w14:textId="77777777" w:rsidR="004208F8" w:rsidRPr="004C01CE" w:rsidRDefault="00000000">
      <w:pPr>
        <w:spacing w:after="20"/>
      </w:pPr>
      <w:r w:rsidRPr="004C01CE">
        <w:rPr>
          <w:sz w:val="18"/>
        </w:rPr>
        <w:t>________________________________________________________________________________</w:t>
      </w:r>
    </w:p>
    <w:p w14:paraId="4FA84CB4" w14:textId="77777777" w:rsidR="004208F8" w:rsidRPr="004C01CE" w:rsidRDefault="00000000">
      <w:r w:rsidRPr="004C01CE">
        <w:t>(c) State one way in which integrity can be demonstrated by an official. (1 marks)</w:t>
      </w:r>
    </w:p>
    <w:p w14:paraId="06938437" w14:textId="77777777" w:rsidR="004208F8" w:rsidRPr="004C01CE" w:rsidRDefault="00000000">
      <w:pPr>
        <w:spacing w:after="20"/>
      </w:pPr>
      <w:r w:rsidRPr="004C01CE">
        <w:rPr>
          <w:sz w:val="18"/>
        </w:rPr>
        <w:t>________________________________________________________________________________</w:t>
      </w:r>
    </w:p>
    <w:p w14:paraId="19BE4296" w14:textId="77777777" w:rsidR="004208F8" w:rsidRPr="004C01CE" w:rsidRDefault="00000000">
      <w:r w:rsidRPr="004C01CE">
        <w:t>14. Team and Meet/Game Officials. Study Figure 6. (6 marks)</w:t>
      </w:r>
    </w:p>
    <w:p w14:paraId="330D3887" w14:textId="142EE634" w:rsidR="004208F8" w:rsidRPr="004C01CE" w:rsidRDefault="004C01CE">
      <w:pPr>
        <w:jc w:val="center"/>
      </w:pPr>
      <w:r w:rsidRPr="004C01CE">
        <w:lastRenderedPageBreak/>
        <w:drawing>
          <wp:inline distT="0" distB="0" distL="0" distR="0" wp14:anchorId="664203F9" wp14:editId="7E0D522E">
            <wp:extent cx="6583680" cy="2305050"/>
            <wp:effectExtent l="0" t="0" r="7620" b="0"/>
            <wp:docPr id="1661892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92485" name=""/>
                    <pic:cNvPicPr/>
                  </pic:nvPicPr>
                  <pic:blipFill rotWithShape="1">
                    <a:blip r:embed="rId13"/>
                    <a:srcRect b="35865"/>
                    <a:stretch>
                      <a:fillRect/>
                    </a:stretch>
                  </pic:blipFill>
                  <pic:spPr bwMode="auto">
                    <a:xfrm>
                      <a:off x="0" y="0"/>
                      <a:ext cx="6583680" cy="2305050"/>
                    </a:xfrm>
                    <a:prstGeom prst="rect">
                      <a:avLst/>
                    </a:prstGeom>
                    <a:ln>
                      <a:noFill/>
                    </a:ln>
                    <a:extLst>
                      <a:ext uri="{53640926-AAD7-44D8-BBD7-CCE9431645EC}">
                        <a14:shadowObscured xmlns:a14="http://schemas.microsoft.com/office/drawing/2010/main"/>
                      </a:ext>
                    </a:extLst>
                  </pic:spPr>
                </pic:pic>
              </a:graphicData>
            </a:graphic>
          </wp:inline>
        </w:drawing>
      </w:r>
    </w:p>
    <w:p w14:paraId="1D3E6A30" w14:textId="77777777" w:rsidR="004208F8" w:rsidRPr="004C01CE" w:rsidRDefault="00000000">
      <w:pPr>
        <w:jc w:val="center"/>
      </w:pPr>
      <w:r w:rsidRPr="004C01CE">
        <w:rPr>
          <w:sz w:val="18"/>
        </w:rPr>
        <w:t>Figure 6</w:t>
      </w:r>
    </w:p>
    <w:p w14:paraId="7E7C706D" w14:textId="77777777" w:rsidR="004208F8" w:rsidRPr="004C01CE" w:rsidRDefault="00000000">
      <w:r w:rsidRPr="004C01CE">
        <w:t>(a) State two responsibilities of a team captain during a school sports event. (2 marks)</w:t>
      </w:r>
    </w:p>
    <w:p w14:paraId="06F20042" w14:textId="77777777" w:rsidR="004208F8" w:rsidRPr="004C01CE" w:rsidRDefault="00000000">
      <w:pPr>
        <w:spacing w:after="20"/>
      </w:pPr>
      <w:r w:rsidRPr="004C01CE">
        <w:rPr>
          <w:sz w:val="18"/>
        </w:rPr>
        <w:t>________________________________________________________________________________</w:t>
      </w:r>
    </w:p>
    <w:p w14:paraId="0D00A4CB" w14:textId="77777777" w:rsidR="004208F8" w:rsidRPr="004C01CE" w:rsidRDefault="00000000">
      <w:pPr>
        <w:spacing w:after="20"/>
      </w:pPr>
      <w:r w:rsidRPr="004C01CE">
        <w:rPr>
          <w:sz w:val="18"/>
        </w:rPr>
        <w:t>________________________________________________________________________________</w:t>
      </w:r>
    </w:p>
    <w:p w14:paraId="6CBEB7CA" w14:textId="77777777" w:rsidR="004208F8" w:rsidRPr="004C01CE" w:rsidRDefault="00000000">
      <w:r w:rsidRPr="004C01CE">
        <w:t>(b) State two responsibilities of a game or meet official. (2 marks)</w:t>
      </w:r>
    </w:p>
    <w:p w14:paraId="6B9DBB7D" w14:textId="77777777" w:rsidR="004208F8" w:rsidRPr="004C01CE" w:rsidRDefault="00000000">
      <w:pPr>
        <w:spacing w:after="20"/>
      </w:pPr>
      <w:r w:rsidRPr="004C01CE">
        <w:rPr>
          <w:sz w:val="18"/>
        </w:rPr>
        <w:t>________________________________________________________________________________</w:t>
      </w:r>
    </w:p>
    <w:p w14:paraId="1D2E9509" w14:textId="77777777" w:rsidR="004208F8" w:rsidRPr="004C01CE" w:rsidRDefault="00000000">
      <w:pPr>
        <w:spacing w:after="20"/>
      </w:pPr>
      <w:r w:rsidRPr="004C01CE">
        <w:rPr>
          <w:sz w:val="18"/>
        </w:rPr>
        <w:t>________________________________________________________________________________</w:t>
      </w:r>
    </w:p>
    <w:p w14:paraId="1F184008" w14:textId="77777777" w:rsidR="004208F8" w:rsidRPr="004C01CE" w:rsidRDefault="00000000">
      <w:r w:rsidRPr="004C01CE">
        <w:t>(c) State two qualities that should be demonstrated by technical officials. (2 marks)</w:t>
      </w:r>
    </w:p>
    <w:p w14:paraId="005D2A82" w14:textId="77777777" w:rsidR="004208F8" w:rsidRPr="004C01CE" w:rsidRDefault="00000000">
      <w:pPr>
        <w:spacing w:after="20"/>
      </w:pPr>
      <w:r w:rsidRPr="004C01CE">
        <w:rPr>
          <w:sz w:val="18"/>
        </w:rPr>
        <w:t>________________________________________________________________________________</w:t>
      </w:r>
    </w:p>
    <w:p w14:paraId="1134682A" w14:textId="77777777" w:rsidR="004208F8" w:rsidRPr="004C01CE" w:rsidRDefault="00000000">
      <w:pPr>
        <w:spacing w:after="20"/>
      </w:pPr>
      <w:r w:rsidRPr="004C01CE">
        <w:rPr>
          <w:sz w:val="18"/>
        </w:rPr>
        <w:t>________________________________________________________________________________</w:t>
      </w:r>
    </w:p>
    <w:p w14:paraId="228CC9CF" w14:textId="77777777" w:rsidR="004208F8" w:rsidRPr="004C01CE" w:rsidRDefault="00000000">
      <w:r w:rsidRPr="004C01CE">
        <w:t>15. Integrated Sports Programme Scenario. A school wants to organise a community sports and recreation programme that promotes health and wellness, uses available resources responsibly, develops sporting talent and ensures fair play. State five actions the school should take to make the programme effective. (5 marks)</w:t>
      </w:r>
    </w:p>
    <w:p w14:paraId="0E26D50A" w14:textId="77777777" w:rsidR="004208F8" w:rsidRPr="004C01CE" w:rsidRDefault="00000000">
      <w:pPr>
        <w:spacing w:after="20"/>
      </w:pPr>
      <w:r w:rsidRPr="004C01CE">
        <w:rPr>
          <w:sz w:val="18"/>
        </w:rPr>
        <w:t>________________________________________________________________________________</w:t>
      </w:r>
    </w:p>
    <w:p w14:paraId="02C7873A" w14:textId="77777777" w:rsidR="004208F8" w:rsidRPr="004C01CE" w:rsidRDefault="00000000">
      <w:pPr>
        <w:spacing w:after="20"/>
      </w:pPr>
      <w:r w:rsidRPr="004C01CE">
        <w:rPr>
          <w:sz w:val="18"/>
        </w:rPr>
        <w:t>________________________________________________________________________________</w:t>
      </w:r>
    </w:p>
    <w:p w14:paraId="3B9B5E17" w14:textId="77777777" w:rsidR="004208F8" w:rsidRPr="004C01CE" w:rsidRDefault="00000000">
      <w:pPr>
        <w:spacing w:after="20"/>
      </w:pPr>
      <w:r w:rsidRPr="004C01CE">
        <w:rPr>
          <w:sz w:val="18"/>
        </w:rPr>
        <w:t>________________________________________________________________________________</w:t>
      </w:r>
    </w:p>
    <w:p w14:paraId="52755DAA" w14:textId="77777777" w:rsidR="004208F8" w:rsidRPr="004C01CE" w:rsidRDefault="00000000">
      <w:pPr>
        <w:spacing w:after="20"/>
      </w:pPr>
      <w:r w:rsidRPr="004C01CE">
        <w:rPr>
          <w:sz w:val="18"/>
        </w:rPr>
        <w:t>________________________________________________________________________________</w:t>
      </w:r>
    </w:p>
    <w:p w14:paraId="7B973445" w14:textId="77777777" w:rsidR="004208F8" w:rsidRPr="004C01CE" w:rsidRDefault="00000000">
      <w:pPr>
        <w:spacing w:after="20"/>
      </w:pPr>
      <w:r w:rsidRPr="004C01CE">
        <w:rPr>
          <w:sz w:val="18"/>
        </w:rPr>
        <w:t>________________________________________________________________________________</w:t>
      </w:r>
    </w:p>
    <w:p w14:paraId="72BD4262" w14:textId="77777777" w:rsidR="004208F8" w:rsidRPr="004C01CE" w:rsidRDefault="00000000">
      <w:pPr>
        <w:spacing w:after="20"/>
      </w:pPr>
      <w:r w:rsidRPr="004C01CE">
        <w:rPr>
          <w:sz w:val="18"/>
        </w:rPr>
        <w:t>________________________________________________________________________________</w:t>
      </w:r>
    </w:p>
    <w:p w14:paraId="61A8AB9A" w14:textId="77777777" w:rsidR="004208F8" w:rsidRPr="004C01CE" w:rsidRDefault="00000000">
      <w:pPr>
        <w:spacing w:after="20"/>
      </w:pPr>
      <w:r w:rsidRPr="004C01CE">
        <w:rPr>
          <w:sz w:val="18"/>
        </w:rPr>
        <w:t>________________________________________________________________________________</w:t>
      </w:r>
    </w:p>
    <w:sectPr w:rsidR="004208F8" w:rsidRPr="004C01CE" w:rsidSect="00034616">
      <w:footerReference w:type="default" r:id="rId14"/>
      <w:headerReference w:type="default" r:id="rId17"/>
      <w:headerReference w:type="first" r:id="rId18"/>
      <w:headerReference w:type="even" r:id="rId19"/>
      <w:footerReference w:type="first" r:id="rId20"/>
      <w:footerReference w:type="even" r:id="rId21"/>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6865" w14:textId="77777777" w:rsidR="006E56E1" w:rsidRDefault="006E56E1">
      <w:pPr>
        <w:spacing w:after="0"/>
      </w:pPr>
      <w:r>
        <w:separator/>
      </w:r>
    </w:p>
  </w:endnote>
  <w:endnote w:type="continuationSeparator" w:id="0">
    <w:p w14:paraId="3F7EC397" w14:textId="77777777" w:rsidR="006E56E1" w:rsidRDefault="006E5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D358" w14:textId="77777777" w:rsidR="006E56E1" w:rsidRDefault="006E56E1">
      <w:pPr>
        <w:spacing w:after="0"/>
      </w:pPr>
      <w:r>
        <w:separator/>
      </w:r>
    </w:p>
  </w:footnote>
  <w:footnote w:type="continuationSeparator" w:id="0">
    <w:p w14:paraId="75760500" w14:textId="77777777" w:rsidR="006E56E1" w:rsidRDefault="006E56E1">
      <w:pPr>
        <w:spacing w:after="0"/>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8631768">
    <w:abstractNumId w:val="8"/>
  </w:num>
  <w:num w:numId="2" w16cid:durableId="1417895285">
    <w:abstractNumId w:val="6"/>
  </w:num>
  <w:num w:numId="3" w16cid:durableId="557403789">
    <w:abstractNumId w:val="5"/>
  </w:num>
  <w:num w:numId="4" w16cid:durableId="1289701367">
    <w:abstractNumId w:val="4"/>
  </w:num>
  <w:num w:numId="5" w16cid:durableId="1700812186">
    <w:abstractNumId w:val="7"/>
  </w:num>
  <w:num w:numId="6" w16cid:durableId="384643181">
    <w:abstractNumId w:val="3"/>
  </w:num>
  <w:num w:numId="7" w16cid:durableId="1410420815">
    <w:abstractNumId w:val="2"/>
  </w:num>
  <w:num w:numId="8" w16cid:durableId="441581822">
    <w:abstractNumId w:val="1"/>
  </w:num>
  <w:num w:numId="9" w16cid:durableId="105939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7ABC"/>
    <w:rsid w:val="0029639D"/>
    <w:rsid w:val="00326F90"/>
    <w:rsid w:val="004208F8"/>
    <w:rsid w:val="004C01CE"/>
    <w:rsid w:val="006E56E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5D824A"/>
  <w14:defaultImageDpi w14:val="300"/>
  <w15:docId w15:val="{BFAFB179-FDB3-48F2-9687-52C6ABE7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2.xml"/><Relationship Id="rId2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1915</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2026-09-23T21:57:00Z</dcterms:modified>
  <cp:category/>
</cp:coreProperties>
</file>