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23309F" w14:textId="77777777" w:rsidR="00ED5FE5" w:rsidRPr="00CD3C28" w:rsidRDefault="00000000">
      <w:pPr>
        <w:jc w:val="center"/>
        <w:rPr>
          <w:sz w:val="24"/>
          <w:szCs w:val="24"/>
        </w:rPr>
      </w:pPr>
      <w:r w:rsidRPr="00CD3C28">
        <w:rPr>
          <w:b/>
          <w:sz w:val="24"/>
          <w:szCs w:val="24"/>
        </w:rPr>
        <w:t/>
      </w:r>
    </w:p>
    <w:p w14:paraId="3E0CFD3B" w14:textId="77777777" w:rsidR="00ED5FE5" w:rsidRPr="00CD3C28" w:rsidRDefault="00000000">
      <w:pPr>
        <w:jc w:val="center"/>
        <w:rPr>
          <w:sz w:val="24"/>
          <w:szCs w:val="24"/>
        </w:rPr>
      </w:pPr>
      <w:r w:rsidRPr="00CD3C28">
        <w:rPr>
          <w:b/>
          <w:sz w:val="24"/>
          <w:szCs w:val="24"/>
        </w:rPr>
        <w:t>END TERM 3 2026</w:t>
      </w:r>
    </w:p>
    <w:p w14:paraId="135BA67D" w14:textId="77777777" w:rsidR="00ED5FE5" w:rsidRPr="00CD3C28" w:rsidRDefault="00000000">
      <w:pPr>
        <w:jc w:val="center"/>
        <w:rPr>
          <w:sz w:val="24"/>
          <w:szCs w:val="24"/>
        </w:rPr>
      </w:pPr>
      <w:r w:rsidRPr="00CD3C28">
        <w:rPr>
          <w:b/>
          <w:sz w:val="24"/>
          <w:szCs w:val="24"/>
        </w:rPr>
        <w:t>GRADE 10</w:t>
      </w:r>
    </w:p>
    <w:p w14:paraId="3E0ED77C" w14:textId="77777777" w:rsidR="00ED5FE5" w:rsidRPr="00CD3C28" w:rsidRDefault="00000000">
      <w:pPr>
        <w:jc w:val="center"/>
        <w:rPr>
          <w:sz w:val="24"/>
          <w:szCs w:val="24"/>
        </w:rPr>
      </w:pPr>
      <w:r w:rsidRPr="00CD3C28">
        <w:rPr>
          <w:b/>
          <w:sz w:val="24"/>
          <w:szCs w:val="24"/>
        </w:rPr>
        <w:t>POWER MECHANICS</w:t>
      </w:r>
    </w:p>
    <w:p w14:paraId="5A6D943A" w14:textId="77777777" w:rsidR="00ED5FE5" w:rsidRPr="00CD3C28" w:rsidRDefault="00000000">
      <w:pPr>
        <w:jc w:val="center"/>
        <w:rPr>
          <w:sz w:val="24"/>
          <w:szCs w:val="24"/>
        </w:rPr>
      </w:pPr>
      <w:r w:rsidRPr="00CD3C28">
        <w:rPr>
          <w:b/>
          <w:sz w:val="24"/>
          <w:szCs w:val="24"/>
        </w:rPr>
        <w:t>SUMMATIVE ASSESSMENT</w:t>
      </w:r>
    </w:p>
    <w:p w14:paraId="38DC494A" w14:textId="77777777" w:rsidR="00ED5FE5" w:rsidRPr="00CD3C28" w:rsidRDefault="00000000">
      <w:pPr>
        <w:jc w:val="center"/>
        <w:rPr>
          <w:sz w:val="24"/>
          <w:szCs w:val="24"/>
        </w:rPr>
      </w:pPr>
      <w:r w:rsidRPr="00CD3C28">
        <w:rPr>
          <w:b/>
          <w:sz w:val="24"/>
          <w:szCs w:val="24"/>
        </w:rPr>
        <w:t>TIME: 2 HOURS 30 MINUTES</w:t>
      </w:r>
    </w:p>
    <w:p w14:paraId="75F47C03" w14:textId="77777777" w:rsidR="00ED5FE5" w:rsidRPr="00CD3C28" w:rsidRDefault="00000000">
      <w:pPr>
        <w:rPr>
          <w:sz w:val="24"/>
          <w:szCs w:val="24"/>
        </w:rPr>
      </w:pPr>
      <w:r w:rsidRPr="00CD3C28">
        <w:rPr>
          <w:sz w:val="24"/>
          <w:szCs w:val="24"/>
        </w:rPr>
        <w:t>Name: ______________________________________________</w:t>
      </w:r>
    </w:p>
    <w:p w14:paraId="3F468104" w14:textId="77777777" w:rsidR="00ED5FE5" w:rsidRPr="00CD3C28" w:rsidRDefault="00000000">
      <w:pPr>
        <w:rPr>
          <w:sz w:val="24"/>
          <w:szCs w:val="24"/>
        </w:rPr>
      </w:pPr>
      <w:r w:rsidRPr="00CD3C28">
        <w:rPr>
          <w:sz w:val="24"/>
          <w:szCs w:val="24"/>
        </w:rPr>
        <w:t>Assessment Number: _________________________________</w:t>
      </w:r>
    </w:p>
    <w:p w14:paraId="0ED04F19" w14:textId="77777777" w:rsidR="00ED5FE5" w:rsidRPr="00CD3C28" w:rsidRDefault="00000000">
      <w:pPr>
        <w:rPr>
          <w:sz w:val="24"/>
          <w:szCs w:val="24"/>
        </w:rPr>
      </w:pPr>
      <w:r w:rsidRPr="00CD3C28">
        <w:rPr>
          <w:sz w:val="24"/>
          <w:szCs w:val="24"/>
        </w:rPr>
        <w:t>Class / Stream: ____________________________________</w:t>
      </w:r>
    </w:p>
    <w:p w14:paraId="687720FC" w14:textId="77777777" w:rsidR="00ED5FE5" w:rsidRPr="00CD3C28" w:rsidRDefault="00000000">
      <w:pPr>
        <w:rPr>
          <w:sz w:val="24"/>
          <w:szCs w:val="24"/>
        </w:rPr>
      </w:pPr>
      <w:r w:rsidRPr="00CD3C28">
        <w:rPr>
          <w:sz w:val="24"/>
          <w:szCs w:val="24"/>
        </w:rPr>
        <w:t>Date: ______________________________________________</w:t>
      </w:r>
    </w:p>
    <w:p w14:paraId="3D395883" w14:textId="77777777" w:rsidR="00ED5FE5" w:rsidRPr="00CD3C28" w:rsidRDefault="00000000">
      <w:pPr>
        <w:rPr>
          <w:sz w:val="24"/>
          <w:szCs w:val="24"/>
        </w:rPr>
      </w:pPr>
      <w:r w:rsidRPr="00CD3C28">
        <w:rPr>
          <w:b/>
          <w:sz w:val="24"/>
          <w:szCs w:val="24"/>
        </w:rPr>
        <w:t>INSTRUCTIONS</w:t>
      </w:r>
    </w:p>
    <w:p w14:paraId="5C0561D2" w14:textId="77777777" w:rsidR="00ED5FE5" w:rsidRPr="00CD3C28" w:rsidRDefault="00000000">
      <w:pPr>
        <w:rPr>
          <w:sz w:val="24"/>
          <w:szCs w:val="24"/>
        </w:rPr>
      </w:pPr>
      <w:r w:rsidRPr="00CD3C28">
        <w:rPr>
          <w:sz w:val="24"/>
          <w:szCs w:val="24"/>
        </w:rPr>
        <w:t>1. Answer ALL questions.</w:t>
      </w:r>
    </w:p>
    <w:p w14:paraId="55869306" w14:textId="77777777" w:rsidR="00ED5FE5" w:rsidRPr="00CD3C28" w:rsidRDefault="00000000">
      <w:pPr>
        <w:rPr>
          <w:sz w:val="24"/>
          <w:szCs w:val="24"/>
        </w:rPr>
      </w:pPr>
      <w:r w:rsidRPr="00CD3C28">
        <w:rPr>
          <w:sz w:val="24"/>
          <w:szCs w:val="24"/>
        </w:rPr>
        <w:t>2. Read each question carefully and show all working where applicable.</w:t>
      </w:r>
    </w:p>
    <w:p w14:paraId="26C32FF0" w14:textId="77777777" w:rsidR="00ED5FE5" w:rsidRPr="00CD3C28" w:rsidRDefault="00000000">
      <w:pPr>
        <w:rPr>
          <w:sz w:val="24"/>
          <w:szCs w:val="24"/>
        </w:rPr>
      </w:pPr>
      <w:r w:rsidRPr="00CD3C28">
        <w:rPr>
          <w:sz w:val="24"/>
          <w:szCs w:val="24"/>
        </w:rPr>
        <w:t>3. Use appropriate technical drawing instruments where a construction is required.</w:t>
      </w:r>
    </w:p>
    <w:p w14:paraId="2912CD1A" w14:textId="77777777" w:rsidR="00ED5FE5" w:rsidRPr="00CD3C28" w:rsidRDefault="00000000">
      <w:pPr>
        <w:rPr>
          <w:sz w:val="24"/>
          <w:szCs w:val="24"/>
        </w:rPr>
      </w:pPr>
      <w:r w:rsidRPr="00CD3C28">
        <w:rPr>
          <w:sz w:val="24"/>
          <w:szCs w:val="24"/>
        </w:rPr>
        <w:t>4. All sketches and diagrams must be clear and well labelled.</w:t>
      </w:r>
    </w:p>
    <w:p w14:paraId="515319CA" w14:textId="77777777" w:rsidR="00ED5FE5" w:rsidRPr="00CD3C28" w:rsidRDefault="00000000">
      <w:pPr>
        <w:rPr>
          <w:sz w:val="24"/>
          <w:szCs w:val="24"/>
        </w:rPr>
      </w:pPr>
      <w:r w:rsidRPr="00CD3C28">
        <w:rPr>
          <w:sz w:val="24"/>
          <w:szCs w:val="24"/>
        </w:rPr>
        <w:t>5. Use the spaces provided.</w:t>
      </w:r>
    </w:p>
    <w:p w14:paraId="7C112ED3" w14:textId="77777777" w:rsidR="00ED5FE5" w:rsidRPr="00CD3C28" w:rsidRDefault="00000000">
      <w:pPr>
        <w:rPr>
          <w:sz w:val="24"/>
          <w:szCs w:val="24"/>
        </w:rPr>
      </w:pPr>
      <w:r w:rsidRPr="00CD3C28">
        <w:rPr>
          <w:sz w:val="24"/>
          <w:szCs w:val="24"/>
        </w:rPr>
        <w:br w:type="page"/>
      </w:r>
    </w:p>
    <w:p w14:paraId="3A3E49B1" w14:textId="77777777" w:rsidR="00ED5FE5" w:rsidRPr="00CD3C28" w:rsidRDefault="00000000">
      <w:pPr>
        <w:rPr>
          <w:sz w:val="18"/>
          <w:szCs w:val="18"/>
        </w:rPr>
      </w:pPr>
      <w:r w:rsidRPr="00CD3C28">
        <w:rPr>
          <w:b/>
          <w:sz w:val="18"/>
          <w:szCs w:val="18"/>
        </w:rPr>
        <w:lastRenderedPageBreak/>
        <w:t>SECTION A — FUNDAMENTALS OF POWER MECHANICS (30 MARKS)</w:t>
      </w:r>
    </w:p>
    <w:p w14:paraId="029DDAA7" w14:textId="77777777" w:rsidR="00ED5FE5" w:rsidRPr="00CD3C28" w:rsidRDefault="00000000">
      <w:pPr>
        <w:rPr>
          <w:sz w:val="18"/>
          <w:szCs w:val="18"/>
        </w:rPr>
      </w:pPr>
      <w:r w:rsidRPr="00CD3C28">
        <w:rPr>
          <w:b/>
          <w:sz w:val="18"/>
          <w:szCs w:val="18"/>
        </w:rPr>
        <w:t xml:space="preserve">1. </w:t>
      </w:r>
      <w:r w:rsidRPr="00CD3C28">
        <w:rPr>
          <w:sz w:val="18"/>
          <w:szCs w:val="18"/>
        </w:rPr>
        <w:t>Overview and evolution of power mechanics</w:t>
      </w:r>
      <w:r w:rsidRPr="00CD3C28">
        <w:rPr>
          <w:b/>
          <w:sz w:val="18"/>
          <w:szCs w:val="18"/>
        </w:rPr>
        <w:t xml:space="preserve"> (8 marks)</w:t>
      </w:r>
    </w:p>
    <w:p w14:paraId="7CD9F9DA" w14:textId="77777777" w:rsidR="00ED5FE5" w:rsidRPr="00CD3C28" w:rsidRDefault="00000000">
      <w:pPr>
        <w:rPr>
          <w:sz w:val="18"/>
          <w:szCs w:val="18"/>
        </w:rPr>
      </w:pPr>
      <w:r w:rsidRPr="00CD3C28">
        <w:rPr>
          <w:b/>
          <w:sz w:val="18"/>
          <w:szCs w:val="18"/>
        </w:rPr>
        <w:t xml:space="preserve">(a) </w:t>
      </w:r>
      <w:r w:rsidRPr="00CD3C28">
        <w:rPr>
          <w:sz w:val="18"/>
          <w:szCs w:val="18"/>
        </w:rPr>
        <w:t>Define Power Mechanics as a learning area.</w:t>
      </w:r>
      <w:r w:rsidRPr="00CD3C28">
        <w:rPr>
          <w:b/>
          <w:sz w:val="18"/>
          <w:szCs w:val="18"/>
        </w:rPr>
        <w:t xml:space="preserve"> (2 marks)</w:t>
      </w:r>
    </w:p>
    <w:p w14:paraId="51532173" w14:textId="77777777" w:rsidR="00ED5FE5" w:rsidRPr="00CD3C28" w:rsidRDefault="00000000">
      <w:pPr>
        <w:spacing w:after="0"/>
        <w:rPr>
          <w:sz w:val="18"/>
          <w:szCs w:val="18"/>
        </w:rPr>
      </w:pPr>
      <w:r w:rsidRPr="00CD3C28">
        <w:rPr>
          <w:sz w:val="18"/>
          <w:szCs w:val="18"/>
        </w:rPr>
        <w:t>_________________________________________________________________________________________________________</w:t>
      </w:r>
    </w:p>
    <w:p w14:paraId="7D370FEA" w14:textId="77777777" w:rsidR="00ED5FE5" w:rsidRPr="00CD3C28" w:rsidRDefault="00000000">
      <w:pPr>
        <w:spacing w:after="0"/>
        <w:rPr>
          <w:sz w:val="18"/>
          <w:szCs w:val="18"/>
        </w:rPr>
      </w:pPr>
      <w:r w:rsidRPr="00CD3C28">
        <w:rPr>
          <w:sz w:val="18"/>
          <w:szCs w:val="18"/>
        </w:rPr>
        <w:t>_________________________________________________________________________________________________________</w:t>
      </w:r>
    </w:p>
    <w:p w14:paraId="446A8DBA" w14:textId="77777777" w:rsidR="00ED5FE5" w:rsidRPr="00CD3C28" w:rsidRDefault="00000000">
      <w:pPr>
        <w:rPr>
          <w:sz w:val="18"/>
          <w:szCs w:val="18"/>
        </w:rPr>
      </w:pPr>
      <w:r w:rsidRPr="00CD3C28">
        <w:rPr>
          <w:b/>
          <w:sz w:val="18"/>
          <w:szCs w:val="18"/>
        </w:rPr>
        <w:t xml:space="preserve">(b) </w:t>
      </w:r>
      <w:r w:rsidRPr="00CD3C28">
        <w:rPr>
          <w:sz w:val="18"/>
          <w:szCs w:val="18"/>
        </w:rPr>
        <w:t>State two opportunities for further study or careers related to power mechanics.</w:t>
      </w:r>
      <w:r w:rsidRPr="00CD3C28">
        <w:rPr>
          <w:b/>
          <w:sz w:val="18"/>
          <w:szCs w:val="18"/>
        </w:rPr>
        <w:t xml:space="preserve"> (2 marks)</w:t>
      </w:r>
    </w:p>
    <w:p w14:paraId="46CBED04" w14:textId="77777777" w:rsidR="00ED5FE5" w:rsidRPr="00CD3C28" w:rsidRDefault="00000000">
      <w:pPr>
        <w:spacing w:after="0"/>
        <w:rPr>
          <w:sz w:val="18"/>
          <w:szCs w:val="18"/>
        </w:rPr>
      </w:pPr>
      <w:r w:rsidRPr="00CD3C28">
        <w:rPr>
          <w:sz w:val="18"/>
          <w:szCs w:val="18"/>
        </w:rPr>
        <w:t>_________________________________________________________________________________________________________</w:t>
      </w:r>
    </w:p>
    <w:p w14:paraId="18508121" w14:textId="77777777" w:rsidR="00ED5FE5" w:rsidRPr="00CD3C28" w:rsidRDefault="00000000">
      <w:pPr>
        <w:spacing w:after="0"/>
        <w:rPr>
          <w:sz w:val="18"/>
          <w:szCs w:val="18"/>
        </w:rPr>
      </w:pPr>
      <w:r w:rsidRPr="00CD3C28">
        <w:rPr>
          <w:sz w:val="18"/>
          <w:szCs w:val="18"/>
        </w:rPr>
        <w:t>_________________________________________________________________________________________________________</w:t>
      </w:r>
    </w:p>
    <w:p w14:paraId="63769E30" w14:textId="77777777" w:rsidR="00ED5FE5" w:rsidRPr="00CD3C28" w:rsidRDefault="00000000">
      <w:pPr>
        <w:rPr>
          <w:sz w:val="18"/>
          <w:szCs w:val="18"/>
        </w:rPr>
      </w:pPr>
      <w:r w:rsidRPr="00CD3C28">
        <w:rPr>
          <w:b/>
          <w:sz w:val="18"/>
          <w:szCs w:val="18"/>
        </w:rPr>
        <w:t xml:space="preserve">(c) </w:t>
      </w:r>
      <w:r w:rsidRPr="00CD3C28">
        <w:rPr>
          <w:sz w:val="18"/>
          <w:szCs w:val="18"/>
        </w:rPr>
        <w:t>State two ways in which power mechanics contributes to society.</w:t>
      </w:r>
      <w:r w:rsidRPr="00CD3C28">
        <w:rPr>
          <w:b/>
          <w:sz w:val="18"/>
          <w:szCs w:val="18"/>
        </w:rPr>
        <w:t xml:space="preserve"> (2 marks)</w:t>
      </w:r>
    </w:p>
    <w:p w14:paraId="589F710D" w14:textId="77777777" w:rsidR="00ED5FE5" w:rsidRPr="00CD3C28" w:rsidRDefault="00000000">
      <w:pPr>
        <w:spacing w:after="0"/>
        <w:rPr>
          <w:sz w:val="18"/>
          <w:szCs w:val="18"/>
        </w:rPr>
      </w:pPr>
      <w:r w:rsidRPr="00CD3C28">
        <w:rPr>
          <w:sz w:val="18"/>
          <w:szCs w:val="18"/>
        </w:rPr>
        <w:t>_________________________________________________________________________________________________________</w:t>
      </w:r>
    </w:p>
    <w:p w14:paraId="77C0E2DA" w14:textId="77777777" w:rsidR="00ED5FE5" w:rsidRPr="00CD3C28" w:rsidRDefault="00000000">
      <w:pPr>
        <w:spacing w:after="0"/>
        <w:rPr>
          <w:sz w:val="18"/>
          <w:szCs w:val="18"/>
        </w:rPr>
      </w:pPr>
      <w:r w:rsidRPr="00CD3C28">
        <w:rPr>
          <w:sz w:val="18"/>
          <w:szCs w:val="18"/>
        </w:rPr>
        <w:t>_________________________________________________________________________________________________________</w:t>
      </w:r>
    </w:p>
    <w:p w14:paraId="3DCBAAF3" w14:textId="77777777" w:rsidR="00ED5FE5" w:rsidRPr="00CD3C28" w:rsidRDefault="00000000">
      <w:pPr>
        <w:rPr>
          <w:sz w:val="18"/>
          <w:szCs w:val="18"/>
        </w:rPr>
      </w:pPr>
      <w:r w:rsidRPr="00CD3C28">
        <w:rPr>
          <w:b/>
          <w:sz w:val="18"/>
          <w:szCs w:val="18"/>
        </w:rPr>
        <w:t xml:space="preserve">(d) </w:t>
      </w:r>
      <w:r w:rsidRPr="00CD3C28">
        <w:rPr>
          <w:sz w:val="18"/>
          <w:szCs w:val="18"/>
        </w:rPr>
        <w:t>State two important developments in the historical evolution of motor vehicles.</w:t>
      </w:r>
      <w:r w:rsidRPr="00CD3C28">
        <w:rPr>
          <w:b/>
          <w:sz w:val="18"/>
          <w:szCs w:val="18"/>
        </w:rPr>
        <w:t xml:space="preserve"> (2 marks)</w:t>
      </w:r>
    </w:p>
    <w:p w14:paraId="4969F987" w14:textId="77777777" w:rsidR="00ED5FE5" w:rsidRPr="00CD3C28" w:rsidRDefault="00000000">
      <w:pPr>
        <w:spacing w:after="0"/>
        <w:rPr>
          <w:sz w:val="18"/>
          <w:szCs w:val="18"/>
        </w:rPr>
      </w:pPr>
      <w:r w:rsidRPr="00CD3C28">
        <w:rPr>
          <w:sz w:val="18"/>
          <w:szCs w:val="18"/>
        </w:rPr>
        <w:t>_________________________________________________________________________________________________________</w:t>
      </w:r>
    </w:p>
    <w:p w14:paraId="0196944D" w14:textId="77777777" w:rsidR="00ED5FE5" w:rsidRPr="00CD3C28" w:rsidRDefault="00000000">
      <w:pPr>
        <w:spacing w:after="0"/>
        <w:rPr>
          <w:sz w:val="18"/>
          <w:szCs w:val="18"/>
        </w:rPr>
      </w:pPr>
      <w:r w:rsidRPr="00CD3C28">
        <w:rPr>
          <w:sz w:val="18"/>
          <w:szCs w:val="18"/>
        </w:rPr>
        <w:t>_________________________________________________________________________________________________________</w:t>
      </w:r>
    </w:p>
    <w:p w14:paraId="08C402CD" w14:textId="65B29F9C" w:rsidR="00ED5FE5" w:rsidRPr="00CD3C28" w:rsidRDefault="00000000">
      <w:pPr>
        <w:rPr>
          <w:b/>
          <w:sz w:val="18"/>
          <w:szCs w:val="18"/>
        </w:rPr>
      </w:pPr>
      <w:r w:rsidRPr="00CD3C28">
        <w:rPr>
          <w:b/>
          <w:sz w:val="18"/>
          <w:szCs w:val="18"/>
        </w:rPr>
        <w:t xml:space="preserve">2. </w:t>
      </w:r>
      <w:r w:rsidRPr="00CD3C28">
        <w:rPr>
          <w:sz w:val="18"/>
          <w:szCs w:val="18"/>
        </w:rPr>
        <w:t>Power mechanics workshop layout</w:t>
      </w:r>
      <w:r w:rsidR="00CD3C28" w:rsidRPr="00CD3C28">
        <w:rPr>
          <w:b/>
          <w:sz w:val="18"/>
          <w:szCs w:val="18"/>
        </w:rPr>
        <w:t>.</w:t>
      </w:r>
    </w:p>
    <w:p w14:paraId="34E2D598" w14:textId="57BBFAB2" w:rsidR="00CD3C28" w:rsidRPr="00CD3C28" w:rsidRDefault="00CD3C28" w:rsidP="00CD3C28">
      <w:pPr>
        <w:jc w:val="center"/>
        <w:rPr>
          <w:sz w:val="18"/>
          <w:szCs w:val="18"/>
        </w:rPr>
      </w:pPr>
      <w:r w:rsidRPr="00CD3C28">
        <w:rPr>
          <w:sz w:val="18"/>
          <w:szCs w:val="18"/>
        </w:rPr>
        <w:drawing>
          <wp:inline distT="0" distB="0" distL="0" distR="0" wp14:anchorId="618D538E" wp14:editId="1CEF93EC">
            <wp:extent cx="5505450" cy="3073400"/>
            <wp:effectExtent l="0" t="0" r="0" b="0"/>
            <wp:docPr id="72593833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5938332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505450" cy="307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57D561" w14:textId="77777777" w:rsidR="00ED5FE5" w:rsidRPr="00CD3C28" w:rsidRDefault="00000000">
      <w:pPr>
        <w:rPr>
          <w:sz w:val="18"/>
          <w:szCs w:val="18"/>
        </w:rPr>
      </w:pPr>
      <w:r w:rsidRPr="00CD3C28">
        <w:rPr>
          <w:b/>
          <w:sz w:val="18"/>
          <w:szCs w:val="18"/>
        </w:rPr>
        <w:t xml:space="preserve">(a) </w:t>
      </w:r>
      <w:r w:rsidRPr="00CD3C28">
        <w:rPr>
          <w:sz w:val="18"/>
          <w:szCs w:val="18"/>
        </w:rPr>
        <w:t>Identify four main areas that should be considered in a power mechanics workshop layout.</w:t>
      </w:r>
      <w:r w:rsidRPr="00CD3C28">
        <w:rPr>
          <w:b/>
          <w:sz w:val="18"/>
          <w:szCs w:val="18"/>
        </w:rPr>
        <w:t xml:space="preserve"> (4 marks)</w:t>
      </w:r>
    </w:p>
    <w:p w14:paraId="23A1CC79" w14:textId="77777777" w:rsidR="00ED5FE5" w:rsidRPr="00CD3C28" w:rsidRDefault="00000000">
      <w:pPr>
        <w:spacing w:after="0"/>
        <w:rPr>
          <w:sz w:val="18"/>
          <w:szCs w:val="18"/>
        </w:rPr>
      </w:pPr>
      <w:r w:rsidRPr="00CD3C28">
        <w:rPr>
          <w:sz w:val="18"/>
          <w:szCs w:val="18"/>
        </w:rPr>
        <w:t>_________________________________________________________________________________________________________</w:t>
      </w:r>
    </w:p>
    <w:p w14:paraId="112DF688" w14:textId="77777777" w:rsidR="00ED5FE5" w:rsidRPr="00CD3C28" w:rsidRDefault="00000000">
      <w:pPr>
        <w:spacing w:after="0"/>
        <w:rPr>
          <w:sz w:val="18"/>
          <w:szCs w:val="18"/>
        </w:rPr>
      </w:pPr>
      <w:r w:rsidRPr="00CD3C28">
        <w:rPr>
          <w:sz w:val="18"/>
          <w:szCs w:val="18"/>
        </w:rPr>
        <w:t>_________________________________________________________________________________________________________</w:t>
      </w:r>
    </w:p>
    <w:p w14:paraId="2B577834" w14:textId="77777777" w:rsidR="00ED5FE5" w:rsidRPr="00CD3C28" w:rsidRDefault="00000000">
      <w:pPr>
        <w:spacing w:after="0"/>
        <w:rPr>
          <w:sz w:val="18"/>
          <w:szCs w:val="18"/>
        </w:rPr>
      </w:pPr>
      <w:r w:rsidRPr="00CD3C28">
        <w:rPr>
          <w:sz w:val="18"/>
          <w:szCs w:val="18"/>
        </w:rPr>
        <w:t>_________________________________________________________________________________________________________</w:t>
      </w:r>
    </w:p>
    <w:p w14:paraId="55AB3097" w14:textId="77777777" w:rsidR="00ED5FE5" w:rsidRPr="00CD3C28" w:rsidRDefault="00000000">
      <w:pPr>
        <w:spacing w:after="0"/>
        <w:rPr>
          <w:sz w:val="18"/>
          <w:szCs w:val="18"/>
        </w:rPr>
      </w:pPr>
      <w:r w:rsidRPr="00CD3C28">
        <w:rPr>
          <w:sz w:val="18"/>
          <w:szCs w:val="18"/>
        </w:rPr>
        <w:t>_________________________________________________________________________________________________________</w:t>
      </w:r>
    </w:p>
    <w:p w14:paraId="2373F88F" w14:textId="77777777" w:rsidR="00ED5FE5" w:rsidRPr="00CD3C28" w:rsidRDefault="00000000">
      <w:pPr>
        <w:rPr>
          <w:sz w:val="18"/>
          <w:szCs w:val="18"/>
        </w:rPr>
      </w:pPr>
      <w:r w:rsidRPr="00CD3C28">
        <w:rPr>
          <w:b/>
          <w:sz w:val="18"/>
          <w:szCs w:val="18"/>
        </w:rPr>
        <w:t xml:space="preserve">(b) </w:t>
      </w:r>
      <w:r w:rsidRPr="00CD3C28">
        <w:rPr>
          <w:sz w:val="18"/>
          <w:szCs w:val="18"/>
        </w:rPr>
        <w:t>State two reasons why a good workshop layout is important.</w:t>
      </w:r>
      <w:r w:rsidRPr="00CD3C28">
        <w:rPr>
          <w:b/>
          <w:sz w:val="18"/>
          <w:szCs w:val="18"/>
        </w:rPr>
        <w:t xml:space="preserve"> (2 marks)</w:t>
      </w:r>
    </w:p>
    <w:p w14:paraId="33134869" w14:textId="77777777" w:rsidR="00ED5FE5" w:rsidRPr="00CD3C28" w:rsidRDefault="00000000">
      <w:pPr>
        <w:spacing w:after="0"/>
        <w:rPr>
          <w:sz w:val="18"/>
          <w:szCs w:val="18"/>
        </w:rPr>
      </w:pPr>
      <w:r w:rsidRPr="00CD3C28">
        <w:rPr>
          <w:sz w:val="18"/>
          <w:szCs w:val="18"/>
        </w:rPr>
        <w:t>_________________________________________________________________________________________________________</w:t>
      </w:r>
    </w:p>
    <w:p w14:paraId="05CDC268" w14:textId="77777777" w:rsidR="00ED5FE5" w:rsidRPr="00CD3C28" w:rsidRDefault="00000000">
      <w:pPr>
        <w:spacing w:after="0"/>
        <w:rPr>
          <w:sz w:val="18"/>
          <w:szCs w:val="18"/>
        </w:rPr>
      </w:pPr>
      <w:r w:rsidRPr="00CD3C28">
        <w:rPr>
          <w:sz w:val="18"/>
          <w:szCs w:val="18"/>
        </w:rPr>
        <w:t>_________________________________________________________________________________________________________</w:t>
      </w:r>
    </w:p>
    <w:p w14:paraId="41A7D697" w14:textId="77777777" w:rsidR="00ED5FE5" w:rsidRPr="00CD3C28" w:rsidRDefault="00000000">
      <w:pPr>
        <w:rPr>
          <w:sz w:val="18"/>
          <w:szCs w:val="18"/>
        </w:rPr>
      </w:pPr>
      <w:r w:rsidRPr="00CD3C28">
        <w:rPr>
          <w:b/>
          <w:sz w:val="18"/>
          <w:szCs w:val="18"/>
        </w:rPr>
        <w:t xml:space="preserve">(c) </w:t>
      </w:r>
      <w:r w:rsidRPr="00CD3C28">
        <w:rPr>
          <w:sz w:val="18"/>
          <w:szCs w:val="18"/>
        </w:rPr>
        <w:t>State two safety considerations when arranging workshop floor markings.</w:t>
      </w:r>
      <w:r w:rsidRPr="00CD3C28">
        <w:rPr>
          <w:b/>
          <w:sz w:val="18"/>
          <w:szCs w:val="18"/>
        </w:rPr>
        <w:t xml:space="preserve"> (2 marks)</w:t>
      </w:r>
    </w:p>
    <w:p w14:paraId="5EE02B48" w14:textId="77777777" w:rsidR="00ED5FE5" w:rsidRPr="00CD3C28" w:rsidRDefault="00000000">
      <w:pPr>
        <w:spacing w:after="0"/>
        <w:rPr>
          <w:sz w:val="18"/>
          <w:szCs w:val="18"/>
        </w:rPr>
      </w:pPr>
      <w:r w:rsidRPr="00CD3C28">
        <w:rPr>
          <w:sz w:val="18"/>
          <w:szCs w:val="18"/>
        </w:rPr>
        <w:t>_________________________________________________________________________________________________________</w:t>
      </w:r>
    </w:p>
    <w:p w14:paraId="58E94D7C" w14:textId="77777777" w:rsidR="00ED5FE5" w:rsidRPr="00CD3C28" w:rsidRDefault="00000000">
      <w:pPr>
        <w:spacing w:after="0"/>
        <w:rPr>
          <w:sz w:val="18"/>
          <w:szCs w:val="18"/>
        </w:rPr>
      </w:pPr>
      <w:r w:rsidRPr="00CD3C28">
        <w:rPr>
          <w:sz w:val="18"/>
          <w:szCs w:val="18"/>
        </w:rPr>
        <w:t>_________________________________________________________________________________________________________</w:t>
      </w:r>
    </w:p>
    <w:p w14:paraId="094E7035" w14:textId="77777777" w:rsidR="00ED5FE5" w:rsidRPr="00CD3C28" w:rsidRDefault="00000000">
      <w:pPr>
        <w:rPr>
          <w:sz w:val="18"/>
          <w:szCs w:val="18"/>
        </w:rPr>
      </w:pPr>
      <w:r w:rsidRPr="00CD3C28">
        <w:rPr>
          <w:b/>
          <w:sz w:val="18"/>
          <w:szCs w:val="18"/>
        </w:rPr>
        <w:t xml:space="preserve">3. </w:t>
      </w:r>
      <w:r w:rsidRPr="00CD3C28">
        <w:rPr>
          <w:sz w:val="18"/>
          <w:szCs w:val="18"/>
        </w:rPr>
        <w:t>General workshop rules and regulations</w:t>
      </w:r>
      <w:r w:rsidRPr="00CD3C28">
        <w:rPr>
          <w:b/>
          <w:sz w:val="18"/>
          <w:szCs w:val="18"/>
        </w:rPr>
        <w:t xml:space="preserve"> (7 marks)</w:t>
      </w:r>
    </w:p>
    <w:p w14:paraId="213352C9" w14:textId="77777777" w:rsidR="00ED5FE5" w:rsidRPr="00CD3C28" w:rsidRDefault="00000000">
      <w:pPr>
        <w:rPr>
          <w:sz w:val="18"/>
          <w:szCs w:val="18"/>
        </w:rPr>
      </w:pPr>
      <w:r w:rsidRPr="00CD3C28">
        <w:rPr>
          <w:b/>
          <w:sz w:val="18"/>
          <w:szCs w:val="18"/>
        </w:rPr>
        <w:t xml:space="preserve">(a) </w:t>
      </w:r>
      <w:r w:rsidRPr="00CD3C28">
        <w:rPr>
          <w:sz w:val="18"/>
          <w:szCs w:val="18"/>
        </w:rPr>
        <w:t>State three general safety rules applicable in a power mechanics workshop.</w:t>
      </w:r>
      <w:r w:rsidRPr="00CD3C28">
        <w:rPr>
          <w:b/>
          <w:sz w:val="18"/>
          <w:szCs w:val="18"/>
        </w:rPr>
        <w:t xml:space="preserve"> (3 marks)</w:t>
      </w:r>
    </w:p>
    <w:p w14:paraId="48FB9EF8" w14:textId="77777777" w:rsidR="00ED5FE5" w:rsidRPr="00CD3C28" w:rsidRDefault="00000000">
      <w:pPr>
        <w:spacing w:after="0"/>
        <w:rPr>
          <w:sz w:val="18"/>
          <w:szCs w:val="18"/>
        </w:rPr>
      </w:pPr>
      <w:r w:rsidRPr="00CD3C28">
        <w:rPr>
          <w:sz w:val="18"/>
          <w:szCs w:val="18"/>
        </w:rPr>
        <w:lastRenderedPageBreak/>
        <w:t>_________________________________________________________________________________________________________</w:t>
      </w:r>
    </w:p>
    <w:p w14:paraId="780E618A" w14:textId="77777777" w:rsidR="00ED5FE5" w:rsidRPr="00CD3C28" w:rsidRDefault="00000000">
      <w:pPr>
        <w:spacing w:after="0"/>
        <w:rPr>
          <w:sz w:val="18"/>
          <w:szCs w:val="18"/>
        </w:rPr>
      </w:pPr>
      <w:r w:rsidRPr="00CD3C28">
        <w:rPr>
          <w:sz w:val="18"/>
          <w:szCs w:val="18"/>
        </w:rPr>
        <w:t>_________________________________________________________________________________________________________</w:t>
      </w:r>
    </w:p>
    <w:p w14:paraId="5AC0D5FB" w14:textId="77777777" w:rsidR="00ED5FE5" w:rsidRPr="00CD3C28" w:rsidRDefault="00000000">
      <w:pPr>
        <w:spacing w:after="0"/>
        <w:rPr>
          <w:sz w:val="18"/>
          <w:szCs w:val="18"/>
        </w:rPr>
      </w:pPr>
      <w:r w:rsidRPr="00CD3C28">
        <w:rPr>
          <w:sz w:val="18"/>
          <w:szCs w:val="18"/>
        </w:rPr>
        <w:t>_________________________________________________________________________________________________________</w:t>
      </w:r>
    </w:p>
    <w:p w14:paraId="32DDD8EC" w14:textId="77777777" w:rsidR="00ED5FE5" w:rsidRPr="00CD3C28" w:rsidRDefault="00000000">
      <w:pPr>
        <w:rPr>
          <w:sz w:val="18"/>
          <w:szCs w:val="18"/>
        </w:rPr>
      </w:pPr>
      <w:r w:rsidRPr="00CD3C28">
        <w:rPr>
          <w:b/>
          <w:sz w:val="18"/>
          <w:szCs w:val="18"/>
        </w:rPr>
        <w:t xml:space="preserve">(b) </w:t>
      </w:r>
      <w:r w:rsidRPr="00CD3C28">
        <w:rPr>
          <w:sz w:val="18"/>
          <w:szCs w:val="18"/>
        </w:rPr>
        <w:t>State two behaviours that should be avoided in a power mechanics work environment.</w:t>
      </w:r>
      <w:r w:rsidRPr="00CD3C28">
        <w:rPr>
          <w:b/>
          <w:sz w:val="18"/>
          <w:szCs w:val="18"/>
        </w:rPr>
        <w:t xml:space="preserve"> (2 marks)</w:t>
      </w:r>
    </w:p>
    <w:p w14:paraId="03D7AE4E" w14:textId="77777777" w:rsidR="00ED5FE5" w:rsidRPr="00CD3C28" w:rsidRDefault="00000000">
      <w:pPr>
        <w:spacing w:after="0"/>
        <w:rPr>
          <w:sz w:val="18"/>
          <w:szCs w:val="18"/>
        </w:rPr>
      </w:pPr>
      <w:r w:rsidRPr="00CD3C28">
        <w:rPr>
          <w:sz w:val="18"/>
          <w:szCs w:val="18"/>
        </w:rPr>
        <w:t>_________________________________________________________________________________________________________</w:t>
      </w:r>
    </w:p>
    <w:p w14:paraId="04468E47" w14:textId="77777777" w:rsidR="00ED5FE5" w:rsidRPr="00CD3C28" w:rsidRDefault="00000000">
      <w:pPr>
        <w:spacing w:after="0"/>
        <w:rPr>
          <w:sz w:val="18"/>
          <w:szCs w:val="18"/>
        </w:rPr>
      </w:pPr>
      <w:r w:rsidRPr="00CD3C28">
        <w:rPr>
          <w:sz w:val="18"/>
          <w:szCs w:val="18"/>
        </w:rPr>
        <w:t>_________________________________________________________________________________________________________</w:t>
      </w:r>
    </w:p>
    <w:p w14:paraId="21CCE627" w14:textId="77777777" w:rsidR="00ED5FE5" w:rsidRPr="00CD3C28" w:rsidRDefault="00000000">
      <w:pPr>
        <w:rPr>
          <w:sz w:val="18"/>
          <w:szCs w:val="18"/>
        </w:rPr>
      </w:pPr>
      <w:r w:rsidRPr="00CD3C28">
        <w:rPr>
          <w:b/>
          <w:sz w:val="18"/>
          <w:szCs w:val="18"/>
        </w:rPr>
        <w:t xml:space="preserve">(c) </w:t>
      </w:r>
      <w:r w:rsidRPr="00CD3C28">
        <w:rPr>
          <w:sz w:val="18"/>
          <w:szCs w:val="18"/>
        </w:rPr>
        <w:t>Name two items of personal protective equipment (PPE) and state the purpose of each.</w:t>
      </w:r>
      <w:r w:rsidRPr="00CD3C28">
        <w:rPr>
          <w:b/>
          <w:sz w:val="18"/>
          <w:szCs w:val="18"/>
        </w:rPr>
        <w:t xml:space="preserve"> (2 marks)</w:t>
      </w:r>
    </w:p>
    <w:p w14:paraId="4CA62E06" w14:textId="77777777" w:rsidR="00ED5FE5" w:rsidRPr="00CD3C28" w:rsidRDefault="00000000">
      <w:pPr>
        <w:spacing w:after="0"/>
        <w:rPr>
          <w:sz w:val="18"/>
          <w:szCs w:val="18"/>
        </w:rPr>
      </w:pPr>
      <w:r w:rsidRPr="00CD3C28">
        <w:rPr>
          <w:sz w:val="18"/>
          <w:szCs w:val="18"/>
        </w:rPr>
        <w:t>_________________________________________________________________________________________________________</w:t>
      </w:r>
    </w:p>
    <w:p w14:paraId="1E407D70" w14:textId="77777777" w:rsidR="00ED5FE5" w:rsidRPr="00CD3C28" w:rsidRDefault="00000000">
      <w:pPr>
        <w:spacing w:after="0"/>
        <w:rPr>
          <w:sz w:val="18"/>
          <w:szCs w:val="18"/>
        </w:rPr>
      </w:pPr>
      <w:r w:rsidRPr="00CD3C28">
        <w:rPr>
          <w:sz w:val="18"/>
          <w:szCs w:val="18"/>
        </w:rPr>
        <w:t>_________________________________________________________________________________________________________</w:t>
      </w:r>
    </w:p>
    <w:p w14:paraId="2B1902B0" w14:textId="77777777" w:rsidR="00ED5FE5" w:rsidRPr="00CD3C28" w:rsidRDefault="00000000">
      <w:pPr>
        <w:rPr>
          <w:sz w:val="18"/>
          <w:szCs w:val="18"/>
        </w:rPr>
      </w:pPr>
      <w:r w:rsidRPr="00CD3C28">
        <w:rPr>
          <w:b/>
          <w:sz w:val="18"/>
          <w:szCs w:val="18"/>
        </w:rPr>
        <w:t xml:space="preserve">4. </w:t>
      </w:r>
      <w:r w:rsidRPr="00CD3C28">
        <w:rPr>
          <w:sz w:val="18"/>
          <w:szCs w:val="18"/>
        </w:rPr>
        <w:t>Safety signs and PPE</w:t>
      </w:r>
      <w:r w:rsidRPr="00CD3C28">
        <w:rPr>
          <w:b/>
          <w:sz w:val="18"/>
          <w:szCs w:val="18"/>
        </w:rPr>
        <w:t xml:space="preserve"> (7 marks)</w:t>
      </w:r>
    </w:p>
    <w:p w14:paraId="7988DAF9" w14:textId="77777777" w:rsidR="00ED5FE5" w:rsidRPr="00CD3C28" w:rsidRDefault="00000000">
      <w:pPr>
        <w:rPr>
          <w:sz w:val="18"/>
          <w:szCs w:val="18"/>
        </w:rPr>
      </w:pPr>
      <w:r w:rsidRPr="00CD3C28">
        <w:rPr>
          <w:b/>
          <w:sz w:val="18"/>
          <w:szCs w:val="18"/>
        </w:rPr>
        <w:t xml:space="preserve">(a) </w:t>
      </w:r>
      <w:r w:rsidRPr="00CD3C28">
        <w:rPr>
          <w:sz w:val="18"/>
          <w:szCs w:val="18"/>
        </w:rPr>
        <w:t>Differentiate between prohibition, mandatory, warning and fire-equipment signs.</w:t>
      </w:r>
      <w:r w:rsidRPr="00CD3C28">
        <w:rPr>
          <w:b/>
          <w:sz w:val="18"/>
          <w:szCs w:val="18"/>
        </w:rPr>
        <w:t xml:space="preserve"> (4 marks)</w:t>
      </w:r>
    </w:p>
    <w:p w14:paraId="124575C6" w14:textId="77777777" w:rsidR="00ED5FE5" w:rsidRPr="00CD3C28" w:rsidRDefault="00000000">
      <w:pPr>
        <w:spacing w:after="0"/>
        <w:rPr>
          <w:sz w:val="18"/>
          <w:szCs w:val="18"/>
        </w:rPr>
      </w:pPr>
      <w:r w:rsidRPr="00CD3C28">
        <w:rPr>
          <w:sz w:val="18"/>
          <w:szCs w:val="18"/>
        </w:rPr>
        <w:t>_________________________________________________________________________________________________________</w:t>
      </w:r>
    </w:p>
    <w:p w14:paraId="0DC3F564" w14:textId="77777777" w:rsidR="00ED5FE5" w:rsidRPr="00CD3C28" w:rsidRDefault="00000000">
      <w:pPr>
        <w:spacing w:after="0"/>
        <w:rPr>
          <w:sz w:val="18"/>
          <w:szCs w:val="18"/>
        </w:rPr>
      </w:pPr>
      <w:r w:rsidRPr="00CD3C28">
        <w:rPr>
          <w:sz w:val="18"/>
          <w:szCs w:val="18"/>
        </w:rPr>
        <w:t>_________________________________________________________________________________________________________</w:t>
      </w:r>
    </w:p>
    <w:p w14:paraId="31A9A33E" w14:textId="77777777" w:rsidR="00ED5FE5" w:rsidRPr="00CD3C28" w:rsidRDefault="00000000">
      <w:pPr>
        <w:spacing w:after="0"/>
        <w:rPr>
          <w:sz w:val="18"/>
          <w:szCs w:val="18"/>
        </w:rPr>
      </w:pPr>
      <w:r w:rsidRPr="00CD3C28">
        <w:rPr>
          <w:sz w:val="18"/>
          <w:szCs w:val="18"/>
        </w:rPr>
        <w:t>_________________________________________________________________________________________________________</w:t>
      </w:r>
    </w:p>
    <w:p w14:paraId="53E857EA" w14:textId="77777777" w:rsidR="00ED5FE5" w:rsidRPr="00CD3C28" w:rsidRDefault="00000000">
      <w:pPr>
        <w:spacing w:after="0"/>
        <w:rPr>
          <w:sz w:val="18"/>
          <w:szCs w:val="18"/>
        </w:rPr>
      </w:pPr>
      <w:r w:rsidRPr="00CD3C28">
        <w:rPr>
          <w:sz w:val="18"/>
          <w:szCs w:val="18"/>
        </w:rPr>
        <w:t>_________________________________________________________________________________________________________</w:t>
      </w:r>
    </w:p>
    <w:p w14:paraId="13819669" w14:textId="77777777" w:rsidR="00ED5FE5" w:rsidRPr="00CD3C28" w:rsidRDefault="00000000">
      <w:pPr>
        <w:rPr>
          <w:sz w:val="18"/>
          <w:szCs w:val="18"/>
        </w:rPr>
      </w:pPr>
      <w:r w:rsidRPr="00CD3C28">
        <w:rPr>
          <w:b/>
          <w:sz w:val="18"/>
          <w:szCs w:val="18"/>
        </w:rPr>
        <w:t xml:space="preserve">(b) </w:t>
      </w:r>
      <w:r w:rsidRPr="00CD3C28">
        <w:rPr>
          <w:sz w:val="18"/>
          <w:szCs w:val="18"/>
        </w:rPr>
        <w:t>State three situations in which PPE is necessary in a power mechanics workshop.</w:t>
      </w:r>
      <w:r w:rsidRPr="00CD3C28">
        <w:rPr>
          <w:b/>
          <w:sz w:val="18"/>
          <w:szCs w:val="18"/>
        </w:rPr>
        <w:t xml:space="preserve"> (3 marks)</w:t>
      </w:r>
    </w:p>
    <w:p w14:paraId="6D73EAEC" w14:textId="77777777" w:rsidR="00ED5FE5" w:rsidRPr="00CD3C28" w:rsidRDefault="00000000">
      <w:pPr>
        <w:spacing w:after="0"/>
        <w:rPr>
          <w:sz w:val="18"/>
          <w:szCs w:val="18"/>
        </w:rPr>
      </w:pPr>
      <w:r w:rsidRPr="00CD3C28">
        <w:rPr>
          <w:sz w:val="18"/>
          <w:szCs w:val="18"/>
        </w:rPr>
        <w:t>_________________________________________________________________________________________________________</w:t>
      </w:r>
    </w:p>
    <w:p w14:paraId="13084318" w14:textId="77777777" w:rsidR="00ED5FE5" w:rsidRPr="00CD3C28" w:rsidRDefault="00000000">
      <w:pPr>
        <w:spacing w:after="0"/>
        <w:rPr>
          <w:sz w:val="18"/>
          <w:szCs w:val="18"/>
        </w:rPr>
      </w:pPr>
      <w:r w:rsidRPr="00CD3C28">
        <w:rPr>
          <w:sz w:val="18"/>
          <w:szCs w:val="18"/>
        </w:rPr>
        <w:t>_________________________________________________________________________________________________________</w:t>
      </w:r>
    </w:p>
    <w:p w14:paraId="3F029DCD" w14:textId="77777777" w:rsidR="00ED5FE5" w:rsidRPr="00CD3C28" w:rsidRDefault="00000000">
      <w:pPr>
        <w:spacing w:after="0"/>
        <w:rPr>
          <w:sz w:val="18"/>
          <w:szCs w:val="18"/>
        </w:rPr>
      </w:pPr>
      <w:r w:rsidRPr="00CD3C28">
        <w:rPr>
          <w:sz w:val="18"/>
          <w:szCs w:val="18"/>
        </w:rPr>
        <w:t>_________________________________________________________________________________________________________</w:t>
      </w:r>
    </w:p>
    <w:p w14:paraId="626C9025" w14:textId="77777777" w:rsidR="00ED5FE5" w:rsidRPr="00CD3C28" w:rsidRDefault="00000000">
      <w:pPr>
        <w:rPr>
          <w:sz w:val="18"/>
          <w:szCs w:val="18"/>
        </w:rPr>
      </w:pPr>
      <w:r w:rsidRPr="00CD3C28">
        <w:rPr>
          <w:b/>
          <w:sz w:val="18"/>
          <w:szCs w:val="18"/>
        </w:rPr>
        <w:t>SECTION B — RELATED TECHNICAL DRAWING (25 MARKS)</w:t>
      </w:r>
    </w:p>
    <w:p w14:paraId="558698A0" w14:textId="7B890A6E" w:rsidR="00CD3C28" w:rsidRPr="00CD3C28" w:rsidRDefault="00000000">
      <w:pPr>
        <w:rPr>
          <w:b/>
          <w:sz w:val="18"/>
          <w:szCs w:val="18"/>
        </w:rPr>
      </w:pPr>
      <w:r w:rsidRPr="00CD3C28">
        <w:rPr>
          <w:b/>
          <w:sz w:val="18"/>
          <w:szCs w:val="18"/>
        </w:rPr>
        <w:t xml:space="preserve">5. </w:t>
      </w:r>
      <w:r w:rsidRPr="00CD3C28">
        <w:rPr>
          <w:sz w:val="18"/>
          <w:szCs w:val="18"/>
        </w:rPr>
        <w:t>Diagonal scale</w:t>
      </w:r>
      <w:r w:rsidR="00CD3C28">
        <w:rPr>
          <w:b/>
          <w:sz w:val="18"/>
          <w:szCs w:val="18"/>
        </w:rPr>
        <w:t>.</w:t>
      </w:r>
    </w:p>
    <w:p w14:paraId="7AD18D27" w14:textId="77777777" w:rsidR="00ED5FE5" w:rsidRPr="00CD3C28" w:rsidRDefault="00000000">
      <w:pPr>
        <w:rPr>
          <w:sz w:val="18"/>
          <w:szCs w:val="18"/>
        </w:rPr>
      </w:pPr>
      <w:r w:rsidRPr="00CD3C28">
        <w:rPr>
          <w:b/>
          <w:sz w:val="18"/>
          <w:szCs w:val="18"/>
        </w:rPr>
        <w:t xml:space="preserve">(a) </w:t>
      </w:r>
      <w:r w:rsidRPr="00CD3C28">
        <w:rPr>
          <w:sz w:val="18"/>
          <w:szCs w:val="18"/>
        </w:rPr>
        <w:t>State the purpose of a diagonal scale in technical drawing.</w:t>
      </w:r>
      <w:r w:rsidRPr="00CD3C28">
        <w:rPr>
          <w:b/>
          <w:sz w:val="18"/>
          <w:szCs w:val="18"/>
        </w:rPr>
        <w:t xml:space="preserve"> (2 marks)</w:t>
      </w:r>
    </w:p>
    <w:p w14:paraId="54211BC9" w14:textId="77777777" w:rsidR="00ED5FE5" w:rsidRPr="00CD3C28" w:rsidRDefault="00000000">
      <w:pPr>
        <w:spacing w:after="0"/>
        <w:rPr>
          <w:sz w:val="18"/>
          <w:szCs w:val="18"/>
        </w:rPr>
      </w:pPr>
      <w:r w:rsidRPr="00CD3C28">
        <w:rPr>
          <w:sz w:val="18"/>
          <w:szCs w:val="18"/>
        </w:rPr>
        <w:t>_________________________________________________________________________________________________________</w:t>
      </w:r>
    </w:p>
    <w:p w14:paraId="1533C95C" w14:textId="77777777" w:rsidR="00ED5FE5" w:rsidRPr="00CD3C28" w:rsidRDefault="00000000">
      <w:pPr>
        <w:spacing w:after="0"/>
        <w:rPr>
          <w:sz w:val="18"/>
          <w:szCs w:val="18"/>
        </w:rPr>
      </w:pPr>
      <w:r w:rsidRPr="00CD3C28">
        <w:rPr>
          <w:sz w:val="18"/>
          <w:szCs w:val="18"/>
        </w:rPr>
        <w:t>_________________________________________________________________________________________________________</w:t>
      </w:r>
    </w:p>
    <w:p w14:paraId="7EC09201" w14:textId="77777777" w:rsidR="00ED5FE5" w:rsidRPr="00CD3C28" w:rsidRDefault="00000000">
      <w:pPr>
        <w:rPr>
          <w:sz w:val="18"/>
          <w:szCs w:val="18"/>
        </w:rPr>
      </w:pPr>
      <w:r w:rsidRPr="00CD3C28">
        <w:rPr>
          <w:b/>
          <w:sz w:val="18"/>
          <w:szCs w:val="18"/>
        </w:rPr>
        <w:t xml:space="preserve">(b) </w:t>
      </w:r>
      <w:r w:rsidRPr="00CD3C28">
        <w:rPr>
          <w:sz w:val="18"/>
          <w:szCs w:val="18"/>
        </w:rPr>
        <w:t>Construct a diagonal scale capable of measuring metres, decimetres and centimetres for a representative scale of 1:10. Clearly show the construction and subdivisions.</w:t>
      </w:r>
      <w:r w:rsidRPr="00CD3C28">
        <w:rPr>
          <w:b/>
          <w:sz w:val="18"/>
          <w:szCs w:val="18"/>
        </w:rPr>
        <w:t xml:space="preserve"> (5 marks)</w:t>
      </w:r>
    </w:p>
    <w:p w14:paraId="3CAE2A6C" w14:textId="77777777" w:rsidR="00ED5FE5" w:rsidRPr="00CD3C28" w:rsidRDefault="00000000">
      <w:pPr>
        <w:spacing w:after="0"/>
        <w:rPr>
          <w:sz w:val="18"/>
          <w:szCs w:val="18"/>
        </w:rPr>
      </w:pPr>
      <w:r w:rsidRPr="00CD3C28">
        <w:rPr>
          <w:sz w:val="18"/>
          <w:szCs w:val="18"/>
        </w:rPr>
        <w:t>_________________________________________________________________________________________________________</w:t>
      </w:r>
    </w:p>
    <w:p w14:paraId="009E4708" w14:textId="77777777" w:rsidR="00ED5FE5" w:rsidRPr="00CD3C28" w:rsidRDefault="00000000">
      <w:pPr>
        <w:spacing w:after="0"/>
        <w:rPr>
          <w:sz w:val="18"/>
          <w:szCs w:val="18"/>
        </w:rPr>
      </w:pPr>
      <w:r w:rsidRPr="00CD3C28">
        <w:rPr>
          <w:sz w:val="18"/>
          <w:szCs w:val="18"/>
        </w:rPr>
        <w:t>_________________________________________________________________________________________________________</w:t>
      </w:r>
    </w:p>
    <w:p w14:paraId="5317B08F" w14:textId="77777777" w:rsidR="00ED5FE5" w:rsidRPr="00CD3C28" w:rsidRDefault="00000000">
      <w:pPr>
        <w:spacing w:after="0"/>
        <w:rPr>
          <w:sz w:val="18"/>
          <w:szCs w:val="18"/>
        </w:rPr>
      </w:pPr>
      <w:r w:rsidRPr="00CD3C28">
        <w:rPr>
          <w:sz w:val="18"/>
          <w:szCs w:val="18"/>
        </w:rPr>
        <w:t>_________________________________________________________________________________________________________</w:t>
      </w:r>
    </w:p>
    <w:p w14:paraId="4EDD2FB2" w14:textId="77777777" w:rsidR="00ED5FE5" w:rsidRPr="00CD3C28" w:rsidRDefault="00000000">
      <w:pPr>
        <w:spacing w:after="0"/>
        <w:rPr>
          <w:sz w:val="18"/>
          <w:szCs w:val="18"/>
        </w:rPr>
      </w:pPr>
      <w:r w:rsidRPr="00CD3C28">
        <w:rPr>
          <w:sz w:val="18"/>
          <w:szCs w:val="18"/>
        </w:rPr>
        <w:t>_________________________________________________________________________________________________________</w:t>
      </w:r>
    </w:p>
    <w:p w14:paraId="167BAB7D" w14:textId="77777777" w:rsidR="00ED5FE5" w:rsidRDefault="00000000">
      <w:pPr>
        <w:spacing w:after="0"/>
        <w:rPr>
          <w:sz w:val="18"/>
          <w:szCs w:val="18"/>
        </w:rPr>
      </w:pPr>
      <w:r w:rsidRPr="00CD3C28">
        <w:rPr>
          <w:sz w:val="18"/>
          <w:szCs w:val="18"/>
        </w:rPr>
        <w:t>_________________________________________________________________________________________________________</w:t>
      </w:r>
    </w:p>
    <w:p w14:paraId="3CFFB438" w14:textId="77777777" w:rsidR="00CD3C28" w:rsidRPr="00CD3C28" w:rsidRDefault="00CD3C28" w:rsidP="00CD3C28">
      <w:pPr>
        <w:spacing w:after="0"/>
        <w:rPr>
          <w:sz w:val="18"/>
          <w:szCs w:val="18"/>
        </w:rPr>
      </w:pPr>
      <w:r w:rsidRPr="00CD3C28">
        <w:rPr>
          <w:sz w:val="18"/>
          <w:szCs w:val="18"/>
        </w:rPr>
        <w:t>_________________________________________________________________________________________________________</w:t>
      </w:r>
    </w:p>
    <w:p w14:paraId="38B1A9FA" w14:textId="77777777" w:rsidR="00CD3C28" w:rsidRPr="00CD3C28" w:rsidRDefault="00CD3C28" w:rsidP="00CD3C28">
      <w:pPr>
        <w:spacing w:after="0"/>
        <w:rPr>
          <w:sz w:val="18"/>
          <w:szCs w:val="18"/>
        </w:rPr>
      </w:pPr>
      <w:r w:rsidRPr="00CD3C28">
        <w:rPr>
          <w:sz w:val="18"/>
          <w:szCs w:val="18"/>
        </w:rPr>
        <w:t>_________________________________________________________________________________________________________</w:t>
      </w:r>
    </w:p>
    <w:p w14:paraId="12D2A94D" w14:textId="77777777" w:rsidR="00CD3C28" w:rsidRPr="00CD3C28" w:rsidRDefault="00CD3C28" w:rsidP="00CD3C28">
      <w:pPr>
        <w:spacing w:after="0"/>
        <w:rPr>
          <w:sz w:val="18"/>
          <w:szCs w:val="18"/>
        </w:rPr>
      </w:pPr>
      <w:r w:rsidRPr="00CD3C28">
        <w:rPr>
          <w:sz w:val="18"/>
          <w:szCs w:val="18"/>
        </w:rPr>
        <w:t>_________________________________________________________________________________________________________</w:t>
      </w:r>
    </w:p>
    <w:p w14:paraId="36B59B68" w14:textId="77777777" w:rsidR="00CD3C28" w:rsidRPr="00CD3C28" w:rsidRDefault="00CD3C28" w:rsidP="00CD3C28">
      <w:pPr>
        <w:spacing w:after="0"/>
        <w:rPr>
          <w:sz w:val="18"/>
          <w:szCs w:val="18"/>
        </w:rPr>
      </w:pPr>
      <w:r w:rsidRPr="00CD3C28">
        <w:rPr>
          <w:sz w:val="18"/>
          <w:szCs w:val="18"/>
        </w:rPr>
        <w:t>_________________________________________________________________________________________________________</w:t>
      </w:r>
    </w:p>
    <w:p w14:paraId="7017B39A" w14:textId="77777777" w:rsidR="00CD3C28" w:rsidRPr="00CD3C28" w:rsidRDefault="00CD3C28" w:rsidP="00CD3C28">
      <w:pPr>
        <w:spacing w:after="0"/>
        <w:rPr>
          <w:sz w:val="18"/>
          <w:szCs w:val="18"/>
        </w:rPr>
      </w:pPr>
      <w:r w:rsidRPr="00CD3C28">
        <w:rPr>
          <w:sz w:val="18"/>
          <w:szCs w:val="18"/>
        </w:rPr>
        <w:t>_________________________________________________________________________________________________________</w:t>
      </w:r>
    </w:p>
    <w:p w14:paraId="0800B73E" w14:textId="77777777" w:rsidR="00CD3C28" w:rsidRPr="00CD3C28" w:rsidRDefault="00CD3C28">
      <w:pPr>
        <w:spacing w:after="0"/>
        <w:rPr>
          <w:sz w:val="18"/>
          <w:szCs w:val="18"/>
        </w:rPr>
      </w:pPr>
    </w:p>
    <w:p w14:paraId="216E9C80" w14:textId="77777777" w:rsidR="00ED5FE5" w:rsidRDefault="00000000">
      <w:pPr>
        <w:rPr>
          <w:b/>
          <w:sz w:val="18"/>
          <w:szCs w:val="18"/>
        </w:rPr>
      </w:pPr>
      <w:r w:rsidRPr="00CD3C28">
        <w:rPr>
          <w:b/>
          <w:sz w:val="18"/>
          <w:szCs w:val="18"/>
        </w:rPr>
        <w:t xml:space="preserve">(c) </w:t>
      </w:r>
      <w:r w:rsidRPr="00CD3C28">
        <w:rPr>
          <w:sz w:val="18"/>
          <w:szCs w:val="18"/>
        </w:rPr>
        <w:t>State two applications of diagonal scales.</w:t>
      </w:r>
      <w:r w:rsidRPr="00CD3C28">
        <w:rPr>
          <w:b/>
          <w:sz w:val="18"/>
          <w:szCs w:val="18"/>
        </w:rPr>
        <w:t xml:space="preserve"> (2 marks)</w:t>
      </w:r>
    </w:p>
    <w:p w14:paraId="0EED0F23" w14:textId="77777777" w:rsidR="00CD3C28" w:rsidRPr="00CD3C28" w:rsidRDefault="00CD3C28">
      <w:pPr>
        <w:rPr>
          <w:sz w:val="18"/>
          <w:szCs w:val="18"/>
        </w:rPr>
      </w:pPr>
    </w:p>
    <w:p w14:paraId="2B7695EB" w14:textId="77777777" w:rsidR="00ED5FE5" w:rsidRPr="00CD3C28" w:rsidRDefault="00000000">
      <w:pPr>
        <w:spacing w:after="0"/>
        <w:rPr>
          <w:sz w:val="18"/>
          <w:szCs w:val="18"/>
        </w:rPr>
      </w:pPr>
      <w:r w:rsidRPr="00CD3C28">
        <w:rPr>
          <w:sz w:val="18"/>
          <w:szCs w:val="18"/>
        </w:rPr>
        <w:t>_________________________________________________________________________________________________________</w:t>
      </w:r>
    </w:p>
    <w:p w14:paraId="7F6233C8" w14:textId="77777777" w:rsidR="00ED5FE5" w:rsidRPr="00CD3C28" w:rsidRDefault="00000000">
      <w:pPr>
        <w:spacing w:after="0"/>
        <w:rPr>
          <w:sz w:val="18"/>
          <w:szCs w:val="18"/>
        </w:rPr>
      </w:pPr>
      <w:r w:rsidRPr="00CD3C28">
        <w:rPr>
          <w:sz w:val="18"/>
          <w:szCs w:val="18"/>
        </w:rPr>
        <w:t>_________________________________________________________________________________________________________</w:t>
      </w:r>
    </w:p>
    <w:p w14:paraId="75697092" w14:textId="474E5899" w:rsidR="00ED5FE5" w:rsidRPr="00CD3C28" w:rsidRDefault="00000000">
      <w:pPr>
        <w:rPr>
          <w:sz w:val="18"/>
          <w:szCs w:val="18"/>
        </w:rPr>
      </w:pPr>
      <w:r w:rsidRPr="00CD3C28">
        <w:rPr>
          <w:b/>
          <w:sz w:val="18"/>
          <w:szCs w:val="18"/>
        </w:rPr>
        <w:t xml:space="preserve">6. </w:t>
      </w:r>
      <w:r w:rsidRPr="00CD3C28">
        <w:rPr>
          <w:sz w:val="18"/>
          <w:szCs w:val="18"/>
        </w:rPr>
        <w:t>Loci in power mechanics</w:t>
      </w:r>
      <w:r w:rsidR="00664E90">
        <w:rPr>
          <w:b/>
          <w:sz w:val="18"/>
          <w:szCs w:val="18"/>
        </w:rPr>
        <w:t>.</w:t>
      </w:r>
    </w:p>
    <w:p w14:paraId="20CE5021" w14:textId="77777777" w:rsidR="00ED5FE5" w:rsidRPr="00CD3C28" w:rsidRDefault="00000000">
      <w:pPr>
        <w:rPr>
          <w:sz w:val="18"/>
          <w:szCs w:val="18"/>
        </w:rPr>
      </w:pPr>
      <w:r w:rsidRPr="00CD3C28">
        <w:rPr>
          <w:b/>
          <w:sz w:val="18"/>
          <w:szCs w:val="18"/>
        </w:rPr>
        <w:t xml:space="preserve">(a) </w:t>
      </w:r>
      <w:r w:rsidRPr="00CD3C28">
        <w:rPr>
          <w:sz w:val="18"/>
          <w:szCs w:val="18"/>
        </w:rPr>
        <w:t>Define a locus in technical drawing.</w:t>
      </w:r>
      <w:r w:rsidRPr="00CD3C28">
        <w:rPr>
          <w:b/>
          <w:sz w:val="18"/>
          <w:szCs w:val="18"/>
        </w:rPr>
        <w:t xml:space="preserve"> (2 marks)</w:t>
      </w:r>
    </w:p>
    <w:p w14:paraId="25E4BA56" w14:textId="77777777" w:rsidR="00ED5FE5" w:rsidRPr="00CD3C28" w:rsidRDefault="00000000">
      <w:pPr>
        <w:spacing w:after="0"/>
        <w:rPr>
          <w:sz w:val="18"/>
          <w:szCs w:val="18"/>
        </w:rPr>
      </w:pPr>
      <w:r w:rsidRPr="00CD3C28">
        <w:rPr>
          <w:sz w:val="18"/>
          <w:szCs w:val="18"/>
        </w:rPr>
        <w:t>_________________________________________________________________________________________________________</w:t>
      </w:r>
    </w:p>
    <w:p w14:paraId="52CD3F7F" w14:textId="77777777" w:rsidR="00ED5FE5" w:rsidRPr="00CD3C28" w:rsidRDefault="00000000">
      <w:pPr>
        <w:spacing w:after="0"/>
        <w:rPr>
          <w:sz w:val="18"/>
          <w:szCs w:val="18"/>
        </w:rPr>
      </w:pPr>
      <w:r w:rsidRPr="00CD3C28">
        <w:rPr>
          <w:sz w:val="18"/>
          <w:szCs w:val="18"/>
        </w:rPr>
        <w:t>_________________________________________________________________________________________________________</w:t>
      </w:r>
    </w:p>
    <w:p w14:paraId="2709C534" w14:textId="77777777" w:rsidR="00ED5FE5" w:rsidRPr="00CD3C28" w:rsidRDefault="00000000">
      <w:pPr>
        <w:rPr>
          <w:sz w:val="18"/>
          <w:szCs w:val="18"/>
        </w:rPr>
      </w:pPr>
      <w:r w:rsidRPr="00CD3C28">
        <w:rPr>
          <w:b/>
          <w:sz w:val="18"/>
          <w:szCs w:val="18"/>
        </w:rPr>
        <w:t xml:space="preserve">(b) </w:t>
      </w:r>
      <w:r w:rsidRPr="00CD3C28">
        <w:rPr>
          <w:sz w:val="18"/>
          <w:szCs w:val="18"/>
        </w:rPr>
        <w:t>Name two types of loci that may be used in technical drawing.</w:t>
      </w:r>
      <w:r w:rsidRPr="00CD3C28">
        <w:rPr>
          <w:b/>
          <w:sz w:val="18"/>
          <w:szCs w:val="18"/>
        </w:rPr>
        <w:t xml:space="preserve"> (2 marks)</w:t>
      </w:r>
    </w:p>
    <w:p w14:paraId="3CDF1C1B" w14:textId="77777777" w:rsidR="00ED5FE5" w:rsidRPr="00CD3C28" w:rsidRDefault="00000000">
      <w:pPr>
        <w:spacing w:after="0"/>
        <w:rPr>
          <w:sz w:val="18"/>
          <w:szCs w:val="18"/>
        </w:rPr>
      </w:pPr>
      <w:r w:rsidRPr="00CD3C28">
        <w:rPr>
          <w:sz w:val="18"/>
          <w:szCs w:val="18"/>
        </w:rPr>
        <w:t>_________________________________________________________________________________________________________</w:t>
      </w:r>
    </w:p>
    <w:p w14:paraId="564604D5" w14:textId="77777777" w:rsidR="00ED5FE5" w:rsidRPr="00CD3C28" w:rsidRDefault="00000000">
      <w:pPr>
        <w:spacing w:after="0"/>
        <w:rPr>
          <w:sz w:val="18"/>
          <w:szCs w:val="18"/>
        </w:rPr>
      </w:pPr>
      <w:r w:rsidRPr="00CD3C28">
        <w:rPr>
          <w:sz w:val="18"/>
          <w:szCs w:val="18"/>
        </w:rPr>
        <w:lastRenderedPageBreak/>
        <w:t>_________________________________________________________________________________________________________</w:t>
      </w:r>
    </w:p>
    <w:p w14:paraId="57345517" w14:textId="77777777" w:rsidR="00ED5FE5" w:rsidRPr="00CD3C28" w:rsidRDefault="00000000">
      <w:pPr>
        <w:rPr>
          <w:sz w:val="18"/>
          <w:szCs w:val="18"/>
        </w:rPr>
      </w:pPr>
      <w:r w:rsidRPr="00CD3C28">
        <w:rPr>
          <w:b/>
          <w:sz w:val="18"/>
          <w:szCs w:val="18"/>
        </w:rPr>
        <w:t xml:space="preserve">(c) </w:t>
      </w:r>
      <w:r w:rsidRPr="00CD3C28">
        <w:rPr>
          <w:sz w:val="18"/>
          <w:szCs w:val="18"/>
        </w:rPr>
        <w:t>Describe the procedure you would use to construct the locus of point P in the mechanism shown.</w:t>
      </w:r>
      <w:r w:rsidRPr="00CD3C28">
        <w:rPr>
          <w:b/>
          <w:sz w:val="18"/>
          <w:szCs w:val="18"/>
        </w:rPr>
        <w:t xml:space="preserve"> (4 marks)</w:t>
      </w:r>
    </w:p>
    <w:p w14:paraId="0DB13AE9" w14:textId="77777777" w:rsidR="00ED5FE5" w:rsidRPr="00CD3C28" w:rsidRDefault="00000000">
      <w:pPr>
        <w:spacing w:after="0"/>
        <w:rPr>
          <w:sz w:val="18"/>
          <w:szCs w:val="18"/>
        </w:rPr>
      </w:pPr>
      <w:r w:rsidRPr="00CD3C28">
        <w:rPr>
          <w:sz w:val="18"/>
          <w:szCs w:val="18"/>
        </w:rPr>
        <w:t>_________________________________________________________________________________________________________</w:t>
      </w:r>
    </w:p>
    <w:p w14:paraId="632DB12B" w14:textId="77777777" w:rsidR="00ED5FE5" w:rsidRPr="00CD3C28" w:rsidRDefault="00000000">
      <w:pPr>
        <w:spacing w:after="0"/>
        <w:rPr>
          <w:sz w:val="18"/>
          <w:szCs w:val="18"/>
        </w:rPr>
      </w:pPr>
      <w:r w:rsidRPr="00CD3C28">
        <w:rPr>
          <w:sz w:val="18"/>
          <w:szCs w:val="18"/>
        </w:rPr>
        <w:t>_________________________________________________________________________________________________________</w:t>
      </w:r>
    </w:p>
    <w:p w14:paraId="6AF2A51F" w14:textId="77777777" w:rsidR="00ED5FE5" w:rsidRPr="00CD3C28" w:rsidRDefault="00000000">
      <w:pPr>
        <w:spacing w:after="0"/>
        <w:rPr>
          <w:sz w:val="18"/>
          <w:szCs w:val="18"/>
        </w:rPr>
      </w:pPr>
      <w:r w:rsidRPr="00CD3C28">
        <w:rPr>
          <w:sz w:val="18"/>
          <w:szCs w:val="18"/>
        </w:rPr>
        <w:t>_________________________________________________________________________________________________________</w:t>
      </w:r>
    </w:p>
    <w:p w14:paraId="79B582AE" w14:textId="77777777" w:rsidR="00ED5FE5" w:rsidRPr="00CD3C28" w:rsidRDefault="00000000">
      <w:pPr>
        <w:spacing w:after="0"/>
        <w:rPr>
          <w:sz w:val="18"/>
          <w:szCs w:val="18"/>
        </w:rPr>
      </w:pPr>
      <w:r w:rsidRPr="00CD3C28">
        <w:rPr>
          <w:sz w:val="18"/>
          <w:szCs w:val="18"/>
        </w:rPr>
        <w:t>_________________________________________________________________________________________________________</w:t>
      </w:r>
    </w:p>
    <w:p w14:paraId="4363471F" w14:textId="77777777" w:rsidR="00ED5FE5" w:rsidRPr="00CD3C28" w:rsidRDefault="00000000">
      <w:pPr>
        <w:rPr>
          <w:sz w:val="18"/>
          <w:szCs w:val="18"/>
        </w:rPr>
      </w:pPr>
      <w:r w:rsidRPr="00CD3C28">
        <w:rPr>
          <w:b/>
          <w:sz w:val="18"/>
          <w:szCs w:val="18"/>
        </w:rPr>
        <w:t xml:space="preserve">7. </w:t>
      </w:r>
      <w:r w:rsidRPr="00CD3C28">
        <w:rPr>
          <w:sz w:val="18"/>
          <w:szCs w:val="18"/>
        </w:rPr>
        <w:t>Tangency and blending of lines and curves</w:t>
      </w:r>
      <w:r w:rsidRPr="00CD3C28">
        <w:rPr>
          <w:b/>
          <w:sz w:val="18"/>
          <w:szCs w:val="18"/>
        </w:rPr>
        <w:t xml:space="preserve"> (8 marks)</w:t>
      </w:r>
    </w:p>
    <w:p w14:paraId="4151CD72" w14:textId="77777777" w:rsidR="00ED5FE5" w:rsidRPr="00CD3C28" w:rsidRDefault="00000000">
      <w:pPr>
        <w:rPr>
          <w:sz w:val="18"/>
          <w:szCs w:val="18"/>
        </w:rPr>
      </w:pPr>
      <w:r w:rsidRPr="00CD3C28">
        <w:rPr>
          <w:b/>
          <w:sz w:val="18"/>
          <w:szCs w:val="18"/>
        </w:rPr>
        <w:t xml:space="preserve">(a) </w:t>
      </w:r>
      <w:r w:rsidRPr="00CD3C28">
        <w:rPr>
          <w:sz w:val="18"/>
          <w:szCs w:val="18"/>
        </w:rPr>
        <w:t>Define tangency.</w:t>
      </w:r>
      <w:r w:rsidRPr="00CD3C28">
        <w:rPr>
          <w:b/>
          <w:sz w:val="18"/>
          <w:szCs w:val="18"/>
        </w:rPr>
        <w:t xml:space="preserve"> (2 marks)</w:t>
      </w:r>
    </w:p>
    <w:p w14:paraId="7A435B5D" w14:textId="77777777" w:rsidR="00ED5FE5" w:rsidRPr="00CD3C28" w:rsidRDefault="00000000">
      <w:pPr>
        <w:spacing w:after="0"/>
        <w:rPr>
          <w:sz w:val="18"/>
          <w:szCs w:val="18"/>
        </w:rPr>
      </w:pPr>
      <w:r w:rsidRPr="00CD3C28">
        <w:rPr>
          <w:sz w:val="18"/>
          <w:szCs w:val="18"/>
        </w:rPr>
        <w:t>_________________________________________________________________________________________________________</w:t>
      </w:r>
    </w:p>
    <w:p w14:paraId="0514ED88" w14:textId="77777777" w:rsidR="00ED5FE5" w:rsidRPr="00CD3C28" w:rsidRDefault="00000000">
      <w:pPr>
        <w:spacing w:after="0"/>
        <w:rPr>
          <w:sz w:val="18"/>
          <w:szCs w:val="18"/>
        </w:rPr>
      </w:pPr>
      <w:r w:rsidRPr="00CD3C28">
        <w:rPr>
          <w:sz w:val="18"/>
          <w:szCs w:val="18"/>
        </w:rPr>
        <w:t>_________________________________________________________________________________________________________</w:t>
      </w:r>
    </w:p>
    <w:p w14:paraId="0EE93FDE" w14:textId="77777777" w:rsidR="00ED5FE5" w:rsidRPr="00CD3C28" w:rsidRDefault="00000000">
      <w:pPr>
        <w:rPr>
          <w:sz w:val="18"/>
          <w:szCs w:val="18"/>
        </w:rPr>
      </w:pPr>
      <w:r w:rsidRPr="00CD3C28">
        <w:rPr>
          <w:b/>
          <w:sz w:val="18"/>
          <w:szCs w:val="18"/>
        </w:rPr>
        <w:t xml:space="preserve">(b) </w:t>
      </w:r>
      <w:r w:rsidRPr="00CD3C28">
        <w:rPr>
          <w:sz w:val="18"/>
          <w:szCs w:val="18"/>
        </w:rPr>
        <w:t>State two methods or constructions used when drawing tangents.</w:t>
      </w:r>
      <w:r w:rsidRPr="00CD3C28">
        <w:rPr>
          <w:b/>
          <w:sz w:val="18"/>
          <w:szCs w:val="18"/>
        </w:rPr>
        <w:t xml:space="preserve"> (2 marks)</w:t>
      </w:r>
    </w:p>
    <w:p w14:paraId="2543E9BD" w14:textId="77777777" w:rsidR="00ED5FE5" w:rsidRPr="00CD3C28" w:rsidRDefault="00000000">
      <w:pPr>
        <w:spacing w:after="0"/>
        <w:rPr>
          <w:sz w:val="18"/>
          <w:szCs w:val="18"/>
        </w:rPr>
      </w:pPr>
      <w:r w:rsidRPr="00CD3C28">
        <w:rPr>
          <w:sz w:val="18"/>
          <w:szCs w:val="18"/>
        </w:rPr>
        <w:t>_________________________________________________________________________________________________________</w:t>
      </w:r>
    </w:p>
    <w:p w14:paraId="396AB314" w14:textId="77777777" w:rsidR="00ED5FE5" w:rsidRPr="00CD3C28" w:rsidRDefault="00000000">
      <w:pPr>
        <w:spacing w:after="0"/>
        <w:rPr>
          <w:sz w:val="18"/>
          <w:szCs w:val="18"/>
        </w:rPr>
      </w:pPr>
      <w:r w:rsidRPr="00CD3C28">
        <w:rPr>
          <w:sz w:val="18"/>
          <w:szCs w:val="18"/>
        </w:rPr>
        <w:t>_________________________________________________________________________________________________________</w:t>
      </w:r>
    </w:p>
    <w:p w14:paraId="4D64E1AD" w14:textId="77777777" w:rsidR="00ED5FE5" w:rsidRPr="00CD3C28" w:rsidRDefault="00000000">
      <w:pPr>
        <w:rPr>
          <w:sz w:val="18"/>
          <w:szCs w:val="18"/>
        </w:rPr>
      </w:pPr>
      <w:r w:rsidRPr="00CD3C28">
        <w:rPr>
          <w:b/>
          <w:sz w:val="18"/>
          <w:szCs w:val="18"/>
        </w:rPr>
        <w:t xml:space="preserve">(c) </w:t>
      </w:r>
      <w:r w:rsidRPr="00CD3C28">
        <w:rPr>
          <w:sz w:val="18"/>
          <w:szCs w:val="18"/>
        </w:rPr>
        <w:t>Describe how to construct a tangent from a point outside a circle.</w:t>
      </w:r>
      <w:r w:rsidRPr="00CD3C28">
        <w:rPr>
          <w:b/>
          <w:sz w:val="18"/>
          <w:szCs w:val="18"/>
        </w:rPr>
        <w:t xml:space="preserve"> (4 marks)</w:t>
      </w:r>
    </w:p>
    <w:p w14:paraId="32329AC4" w14:textId="77777777" w:rsidR="00ED5FE5" w:rsidRPr="00CD3C28" w:rsidRDefault="00000000">
      <w:pPr>
        <w:spacing w:after="0"/>
        <w:rPr>
          <w:sz w:val="18"/>
          <w:szCs w:val="18"/>
        </w:rPr>
      </w:pPr>
      <w:r w:rsidRPr="00CD3C28">
        <w:rPr>
          <w:sz w:val="18"/>
          <w:szCs w:val="18"/>
        </w:rPr>
        <w:t>_________________________________________________________________________________________________________</w:t>
      </w:r>
    </w:p>
    <w:p w14:paraId="5A6820C7" w14:textId="77777777" w:rsidR="00ED5FE5" w:rsidRPr="00CD3C28" w:rsidRDefault="00000000">
      <w:pPr>
        <w:spacing w:after="0"/>
        <w:rPr>
          <w:sz w:val="18"/>
          <w:szCs w:val="18"/>
        </w:rPr>
      </w:pPr>
      <w:r w:rsidRPr="00CD3C28">
        <w:rPr>
          <w:sz w:val="18"/>
          <w:szCs w:val="18"/>
        </w:rPr>
        <w:t>_________________________________________________________________________________________________________</w:t>
      </w:r>
    </w:p>
    <w:p w14:paraId="67BE4862" w14:textId="77777777" w:rsidR="00ED5FE5" w:rsidRPr="00CD3C28" w:rsidRDefault="00000000">
      <w:pPr>
        <w:spacing w:after="0"/>
        <w:rPr>
          <w:sz w:val="18"/>
          <w:szCs w:val="18"/>
        </w:rPr>
      </w:pPr>
      <w:r w:rsidRPr="00CD3C28">
        <w:rPr>
          <w:sz w:val="18"/>
          <w:szCs w:val="18"/>
        </w:rPr>
        <w:t>_________________________________________________________________________________________________________</w:t>
      </w:r>
    </w:p>
    <w:p w14:paraId="09EBCC7E" w14:textId="77777777" w:rsidR="00ED5FE5" w:rsidRPr="00CD3C28" w:rsidRDefault="00000000">
      <w:pPr>
        <w:spacing w:after="0"/>
        <w:rPr>
          <w:sz w:val="18"/>
          <w:szCs w:val="18"/>
        </w:rPr>
      </w:pPr>
      <w:r w:rsidRPr="00CD3C28">
        <w:rPr>
          <w:sz w:val="18"/>
          <w:szCs w:val="18"/>
        </w:rPr>
        <w:t>_________________________________________________________________________________________________________</w:t>
      </w:r>
    </w:p>
    <w:p w14:paraId="3610BF09" w14:textId="77777777" w:rsidR="00ED5FE5" w:rsidRPr="00CD3C28" w:rsidRDefault="00000000">
      <w:pPr>
        <w:rPr>
          <w:sz w:val="18"/>
          <w:szCs w:val="18"/>
        </w:rPr>
      </w:pPr>
      <w:r w:rsidRPr="00CD3C28">
        <w:rPr>
          <w:b/>
          <w:sz w:val="18"/>
          <w:szCs w:val="18"/>
        </w:rPr>
        <w:t>SECTION C — MOTOR VEHICLE SYSTEMS (25 MARKS)</w:t>
      </w:r>
    </w:p>
    <w:p w14:paraId="3B7D9E20" w14:textId="77777777" w:rsidR="00ED5FE5" w:rsidRPr="00CD3C28" w:rsidRDefault="00000000">
      <w:pPr>
        <w:rPr>
          <w:sz w:val="18"/>
          <w:szCs w:val="18"/>
        </w:rPr>
      </w:pPr>
      <w:r w:rsidRPr="00CD3C28">
        <w:rPr>
          <w:b/>
          <w:sz w:val="18"/>
          <w:szCs w:val="18"/>
        </w:rPr>
        <w:t xml:space="preserve">8. </w:t>
      </w:r>
      <w:r w:rsidRPr="00CD3C28">
        <w:rPr>
          <w:sz w:val="18"/>
          <w:szCs w:val="18"/>
        </w:rPr>
        <w:t>Road wheels and tyres</w:t>
      </w:r>
      <w:r w:rsidRPr="00CD3C28">
        <w:rPr>
          <w:b/>
          <w:sz w:val="18"/>
          <w:szCs w:val="18"/>
        </w:rPr>
        <w:t xml:space="preserve"> (8 marks)</w:t>
      </w:r>
    </w:p>
    <w:p w14:paraId="6FFB240A" w14:textId="77777777" w:rsidR="00ED5FE5" w:rsidRPr="00CD3C28" w:rsidRDefault="00000000">
      <w:pPr>
        <w:rPr>
          <w:sz w:val="18"/>
          <w:szCs w:val="18"/>
        </w:rPr>
      </w:pPr>
      <w:r w:rsidRPr="00CD3C28">
        <w:rPr>
          <w:b/>
          <w:sz w:val="18"/>
          <w:szCs w:val="18"/>
        </w:rPr>
        <w:t xml:space="preserve">(a) </w:t>
      </w:r>
      <w:r w:rsidRPr="00CD3C28">
        <w:rPr>
          <w:sz w:val="18"/>
          <w:szCs w:val="18"/>
        </w:rPr>
        <w:t>State three functions of tyres on a motor vehicle.</w:t>
      </w:r>
      <w:r w:rsidRPr="00CD3C28">
        <w:rPr>
          <w:b/>
          <w:sz w:val="18"/>
          <w:szCs w:val="18"/>
        </w:rPr>
        <w:t xml:space="preserve"> (3 marks)</w:t>
      </w:r>
    </w:p>
    <w:p w14:paraId="10A273EB" w14:textId="77777777" w:rsidR="00ED5FE5" w:rsidRPr="00CD3C28" w:rsidRDefault="00000000">
      <w:pPr>
        <w:spacing w:after="0"/>
        <w:rPr>
          <w:sz w:val="18"/>
          <w:szCs w:val="18"/>
        </w:rPr>
      </w:pPr>
      <w:r w:rsidRPr="00CD3C28">
        <w:rPr>
          <w:sz w:val="18"/>
          <w:szCs w:val="18"/>
        </w:rPr>
        <w:t>_________________________________________________________________________________________________________</w:t>
      </w:r>
    </w:p>
    <w:p w14:paraId="4345C195" w14:textId="77777777" w:rsidR="00ED5FE5" w:rsidRPr="00CD3C28" w:rsidRDefault="00000000">
      <w:pPr>
        <w:spacing w:after="0"/>
        <w:rPr>
          <w:sz w:val="18"/>
          <w:szCs w:val="18"/>
        </w:rPr>
      </w:pPr>
      <w:r w:rsidRPr="00CD3C28">
        <w:rPr>
          <w:sz w:val="18"/>
          <w:szCs w:val="18"/>
        </w:rPr>
        <w:t>_________________________________________________________________________________________________________</w:t>
      </w:r>
    </w:p>
    <w:p w14:paraId="66204858" w14:textId="77777777" w:rsidR="00ED5FE5" w:rsidRPr="00CD3C28" w:rsidRDefault="00000000">
      <w:pPr>
        <w:spacing w:after="0"/>
        <w:rPr>
          <w:sz w:val="18"/>
          <w:szCs w:val="18"/>
        </w:rPr>
      </w:pPr>
      <w:r w:rsidRPr="00CD3C28">
        <w:rPr>
          <w:sz w:val="18"/>
          <w:szCs w:val="18"/>
        </w:rPr>
        <w:t>_________________________________________________________________________________________________________</w:t>
      </w:r>
    </w:p>
    <w:p w14:paraId="7F84424A" w14:textId="77777777" w:rsidR="00ED5FE5" w:rsidRPr="00CD3C28" w:rsidRDefault="00000000">
      <w:pPr>
        <w:rPr>
          <w:sz w:val="18"/>
          <w:szCs w:val="18"/>
        </w:rPr>
      </w:pPr>
      <w:r w:rsidRPr="00CD3C28">
        <w:rPr>
          <w:b/>
          <w:sz w:val="18"/>
          <w:szCs w:val="18"/>
        </w:rPr>
        <w:t xml:space="preserve">(b) </w:t>
      </w:r>
      <w:r w:rsidRPr="00CD3C28">
        <w:rPr>
          <w:sz w:val="18"/>
          <w:szCs w:val="18"/>
        </w:rPr>
        <w:t>Explain how incorrect tyre pressure can affect road safety.</w:t>
      </w:r>
      <w:r w:rsidRPr="00CD3C28">
        <w:rPr>
          <w:b/>
          <w:sz w:val="18"/>
          <w:szCs w:val="18"/>
        </w:rPr>
        <w:t xml:space="preserve"> (2 marks)</w:t>
      </w:r>
    </w:p>
    <w:p w14:paraId="0FF0076C" w14:textId="77777777" w:rsidR="00ED5FE5" w:rsidRPr="00CD3C28" w:rsidRDefault="00000000">
      <w:pPr>
        <w:spacing w:after="0"/>
        <w:rPr>
          <w:sz w:val="18"/>
          <w:szCs w:val="18"/>
        </w:rPr>
      </w:pPr>
      <w:r w:rsidRPr="00CD3C28">
        <w:rPr>
          <w:sz w:val="18"/>
          <w:szCs w:val="18"/>
        </w:rPr>
        <w:t>_________________________________________________________________________________________________________</w:t>
      </w:r>
    </w:p>
    <w:p w14:paraId="06597B80" w14:textId="77777777" w:rsidR="00ED5FE5" w:rsidRPr="00CD3C28" w:rsidRDefault="00000000">
      <w:pPr>
        <w:spacing w:after="0"/>
        <w:rPr>
          <w:sz w:val="18"/>
          <w:szCs w:val="18"/>
        </w:rPr>
      </w:pPr>
      <w:r w:rsidRPr="00CD3C28">
        <w:rPr>
          <w:sz w:val="18"/>
          <w:szCs w:val="18"/>
        </w:rPr>
        <w:t>_________________________________________________________________________________________________________</w:t>
      </w:r>
    </w:p>
    <w:p w14:paraId="31E398FF" w14:textId="77777777" w:rsidR="00ED5FE5" w:rsidRPr="00CD3C28" w:rsidRDefault="00000000">
      <w:pPr>
        <w:rPr>
          <w:sz w:val="18"/>
          <w:szCs w:val="18"/>
        </w:rPr>
      </w:pPr>
      <w:r w:rsidRPr="00CD3C28">
        <w:rPr>
          <w:b/>
          <w:sz w:val="18"/>
          <w:szCs w:val="18"/>
        </w:rPr>
        <w:t xml:space="preserve">(c) </w:t>
      </w:r>
      <w:r w:rsidRPr="00CD3C28">
        <w:rPr>
          <w:sz w:val="18"/>
          <w:szCs w:val="18"/>
        </w:rPr>
        <w:t>State three basic tyre-maintenance practices.</w:t>
      </w:r>
      <w:r w:rsidRPr="00CD3C28">
        <w:rPr>
          <w:b/>
          <w:sz w:val="18"/>
          <w:szCs w:val="18"/>
        </w:rPr>
        <w:t xml:space="preserve"> (3 marks)</w:t>
      </w:r>
    </w:p>
    <w:p w14:paraId="03712AA9" w14:textId="77777777" w:rsidR="00ED5FE5" w:rsidRPr="00CD3C28" w:rsidRDefault="00000000">
      <w:pPr>
        <w:spacing w:after="0"/>
        <w:rPr>
          <w:sz w:val="18"/>
          <w:szCs w:val="18"/>
        </w:rPr>
      </w:pPr>
      <w:r w:rsidRPr="00CD3C28">
        <w:rPr>
          <w:sz w:val="18"/>
          <w:szCs w:val="18"/>
        </w:rPr>
        <w:t>_________________________________________________________________________________________________________</w:t>
      </w:r>
    </w:p>
    <w:p w14:paraId="277E3577" w14:textId="77777777" w:rsidR="00ED5FE5" w:rsidRPr="00CD3C28" w:rsidRDefault="00000000">
      <w:pPr>
        <w:spacing w:after="0"/>
        <w:rPr>
          <w:sz w:val="18"/>
          <w:szCs w:val="18"/>
        </w:rPr>
      </w:pPr>
      <w:r w:rsidRPr="00CD3C28">
        <w:rPr>
          <w:sz w:val="18"/>
          <w:szCs w:val="18"/>
        </w:rPr>
        <w:t>_________________________________________________________________________________________________________</w:t>
      </w:r>
    </w:p>
    <w:p w14:paraId="2FD5E62E" w14:textId="77777777" w:rsidR="00ED5FE5" w:rsidRPr="00CD3C28" w:rsidRDefault="00000000">
      <w:pPr>
        <w:spacing w:after="0"/>
        <w:rPr>
          <w:sz w:val="18"/>
          <w:szCs w:val="18"/>
        </w:rPr>
      </w:pPr>
      <w:r w:rsidRPr="00CD3C28">
        <w:rPr>
          <w:sz w:val="18"/>
          <w:szCs w:val="18"/>
        </w:rPr>
        <w:t>_________________________________________________________________________________________________________</w:t>
      </w:r>
    </w:p>
    <w:p w14:paraId="3BEC4548" w14:textId="5F5F94B5" w:rsidR="00ED5FE5" w:rsidRDefault="00000000">
      <w:pPr>
        <w:rPr>
          <w:b/>
          <w:sz w:val="18"/>
          <w:szCs w:val="18"/>
        </w:rPr>
      </w:pPr>
      <w:r w:rsidRPr="00CD3C28">
        <w:rPr>
          <w:b/>
          <w:sz w:val="18"/>
          <w:szCs w:val="18"/>
        </w:rPr>
        <w:t xml:space="preserve">9. </w:t>
      </w:r>
      <w:r w:rsidRPr="00CD3C28">
        <w:rPr>
          <w:sz w:val="18"/>
          <w:szCs w:val="18"/>
        </w:rPr>
        <w:t>Motor vehicle body and chassis</w:t>
      </w:r>
      <w:r w:rsidR="00664E90">
        <w:rPr>
          <w:b/>
          <w:sz w:val="18"/>
          <w:szCs w:val="18"/>
        </w:rPr>
        <w:t>.</w:t>
      </w:r>
    </w:p>
    <w:p w14:paraId="4627BF4E" w14:textId="1C250110" w:rsidR="00664E90" w:rsidRPr="00CD3C28" w:rsidRDefault="00664E90" w:rsidP="00664E90">
      <w:pPr>
        <w:jc w:val="center"/>
        <w:rPr>
          <w:sz w:val="18"/>
          <w:szCs w:val="18"/>
        </w:rPr>
      </w:pPr>
      <w:r w:rsidRPr="00664E90">
        <w:rPr>
          <w:sz w:val="18"/>
          <w:szCs w:val="18"/>
        </w:rPr>
        <w:drawing>
          <wp:inline distT="0" distB="0" distL="0" distR="0" wp14:anchorId="52A69636" wp14:editId="71B7A0F4">
            <wp:extent cx="5441950" cy="2520950"/>
            <wp:effectExtent l="0" t="0" r="6350" b="0"/>
            <wp:docPr id="2066668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66685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41950" cy="2520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39EE18" w14:textId="77777777" w:rsidR="00ED5FE5" w:rsidRPr="00CD3C28" w:rsidRDefault="00000000">
      <w:pPr>
        <w:rPr>
          <w:sz w:val="18"/>
          <w:szCs w:val="18"/>
        </w:rPr>
      </w:pPr>
      <w:r w:rsidRPr="00CD3C28">
        <w:rPr>
          <w:b/>
          <w:sz w:val="18"/>
          <w:szCs w:val="18"/>
        </w:rPr>
        <w:lastRenderedPageBreak/>
        <w:t xml:space="preserve">(a) </w:t>
      </w:r>
      <w:r w:rsidRPr="00CD3C28">
        <w:rPr>
          <w:sz w:val="18"/>
          <w:szCs w:val="18"/>
        </w:rPr>
        <w:t>State three functions of a motor vehicle body.</w:t>
      </w:r>
      <w:r w:rsidRPr="00CD3C28">
        <w:rPr>
          <w:b/>
          <w:sz w:val="18"/>
          <w:szCs w:val="18"/>
        </w:rPr>
        <w:t xml:space="preserve"> (3 marks)</w:t>
      </w:r>
    </w:p>
    <w:p w14:paraId="456FE57C" w14:textId="77777777" w:rsidR="00ED5FE5" w:rsidRPr="00CD3C28" w:rsidRDefault="00000000">
      <w:pPr>
        <w:spacing w:after="0"/>
        <w:rPr>
          <w:sz w:val="18"/>
          <w:szCs w:val="18"/>
        </w:rPr>
      </w:pPr>
      <w:r w:rsidRPr="00CD3C28">
        <w:rPr>
          <w:sz w:val="18"/>
          <w:szCs w:val="18"/>
        </w:rPr>
        <w:t>_________________________________________________________________________________________________________</w:t>
      </w:r>
    </w:p>
    <w:p w14:paraId="70C3ACEC" w14:textId="77777777" w:rsidR="00ED5FE5" w:rsidRPr="00CD3C28" w:rsidRDefault="00000000">
      <w:pPr>
        <w:spacing w:after="0"/>
        <w:rPr>
          <w:sz w:val="18"/>
          <w:szCs w:val="18"/>
        </w:rPr>
      </w:pPr>
      <w:r w:rsidRPr="00CD3C28">
        <w:rPr>
          <w:sz w:val="18"/>
          <w:szCs w:val="18"/>
        </w:rPr>
        <w:t>_________________________________________________________________________________________________________</w:t>
      </w:r>
    </w:p>
    <w:p w14:paraId="1DCDC2A3" w14:textId="77777777" w:rsidR="00ED5FE5" w:rsidRPr="00CD3C28" w:rsidRDefault="00000000">
      <w:pPr>
        <w:spacing w:after="0"/>
        <w:rPr>
          <w:sz w:val="18"/>
          <w:szCs w:val="18"/>
        </w:rPr>
      </w:pPr>
      <w:r w:rsidRPr="00CD3C28">
        <w:rPr>
          <w:sz w:val="18"/>
          <w:szCs w:val="18"/>
        </w:rPr>
        <w:t>_________________________________________________________________________________________________________</w:t>
      </w:r>
    </w:p>
    <w:p w14:paraId="79B0A614" w14:textId="77777777" w:rsidR="00ED5FE5" w:rsidRPr="00CD3C28" w:rsidRDefault="00000000">
      <w:pPr>
        <w:rPr>
          <w:sz w:val="18"/>
          <w:szCs w:val="18"/>
        </w:rPr>
      </w:pPr>
      <w:r w:rsidRPr="00CD3C28">
        <w:rPr>
          <w:b/>
          <w:sz w:val="18"/>
          <w:szCs w:val="18"/>
        </w:rPr>
        <w:t xml:space="preserve">(b) </w:t>
      </w:r>
      <w:r w:rsidRPr="00CD3C28">
        <w:rPr>
          <w:sz w:val="18"/>
          <w:szCs w:val="18"/>
        </w:rPr>
        <w:t>Name three types of chassis/frame sections used in motor vehicles.</w:t>
      </w:r>
      <w:r w:rsidRPr="00CD3C28">
        <w:rPr>
          <w:b/>
          <w:sz w:val="18"/>
          <w:szCs w:val="18"/>
        </w:rPr>
        <w:t xml:space="preserve"> (3 marks)</w:t>
      </w:r>
    </w:p>
    <w:p w14:paraId="08E03652" w14:textId="77777777" w:rsidR="00ED5FE5" w:rsidRPr="00CD3C28" w:rsidRDefault="00000000">
      <w:pPr>
        <w:spacing w:after="0"/>
        <w:rPr>
          <w:sz w:val="18"/>
          <w:szCs w:val="18"/>
        </w:rPr>
      </w:pPr>
      <w:r w:rsidRPr="00CD3C28">
        <w:rPr>
          <w:sz w:val="18"/>
          <w:szCs w:val="18"/>
        </w:rPr>
        <w:t>_________________________________________________________________________________________________________</w:t>
      </w:r>
    </w:p>
    <w:p w14:paraId="1C908E61" w14:textId="77777777" w:rsidR="00ED5FE5" w:rsidRPr="00CD3C28" w:rsidRDefault="00000000">
      <w:pPr>
        <w:spacing w:after="0"/>
        <w:rPr>
          <w:sz w:val="18"/>
          <w:szCs w:val="18"/>
        </w:rPr>
      </w:pPr>
      <w:r w:rsidRPr="00CD3C28">
        <w:rPr>
          <w:sz w:val="18"/>
          <w:szCs w:val="18"/>
        </w:rPr>
        <w:t>_________________________________________________________________________________________________________</w:t>
      </w:r>
    </w:p>
    <w:p w14:paraId="70B2E79E" w14:textId="77777777" w:rsidR="00ED5FE5" w:rsidRPr="00CD3C28" w:rsidRDefault="00000000">
      <w:pPr>
        <w:spacing w:after="0"/>
        <w:rPr>
          <w:sz w:val="18"/>
          <w:szCs w:val="18"/>
        </w:rPr>
      </w:pPr>
      <w:r w:rsidRPr="00CD3C28">
        <w:rPr>
          <w:sz w:val="18"/>
          <w:szCs w:val="18"/>
        </w:rPr>
        <w:t>_________________________________________________________________________________________________________</w:t>
      </w:r>
    </w:p>
    <w:p w14:paraId="1A6C8413" w14:textId="77777777" w:rsidR="00ED5FE5" w:rsidRPr="00CD3C28" w:rsidRDefault="00000000">
      <w:pPr>
        <w:rPr>
          <w:sz w:val="18"/>
          <w:szCs w:val="18"/>
        </w:rPr>
      </w:pPr>
      <w:r w:rsidRPr="00CD3C28">
        <w:rPr>
          <w:b/>
          <w:sz w:val="18"/>
          <w:szCs w:val="18"/>
        </w:rPr>
        <w:t xml:space="preserve">(c) </w:t>
      </w:r>
      <w:r w:rsidRPr="00CD3C28">
        <w:rPr>
          <w:sz w:val="18"/>
          <w:szCs w:val="18"/>
        </w:rPr>
        <w:t>State three safety features incorporated into a motor vehicle chassis or body.</w:t>
      </w:r>
      <w:r w:rsidRPr="00CD3C28">
        <w:rPr>
          <w:b/>
          <w:sz w:val="18"/>
          <w:szCs w:val="18"/>
        </w:rPr>
        <w:t xml:space="preserve"> (3 marks)</w:t>
      </w:r>
    </w:p>
    <w:p w14:paraId="50138120" w14:textId="77777777" w:rsidR="00ED5FE5" w:rsidRPr="00CD3C28" w:rsidRDefault="00000000">
      <w:pPr>
        <w:spacing w:after="0"/>
        <w:rPr>
          <w:sz w:val="18"/>
          <w:szCs w:val="18"/>
        </w:rPr>
      </w:pPr>
      <w:r w:rsidRPr="00CD3C28">
        <w:rPr>
          <w:sz w:val="18"/>
          <w:szCs w:val="18"/>
        </w:rPr>
        <w:t>_________________________________________________________________________________________________________</w:t>
      </w:r>
    </w:p>
    <w:p w14:paraId="174D999F" w14:textId="77777777" w:rsidR="00ED5FE5" w:rsidRPr="00CD3C28" w:rsidRDefault="00000000">
      <w:pPr>
        <w:spacing w:after="0"/>
        <w:rPr>
          <w:sz w:val="18"/>
          <w:szCs w:val="18"/>
        </w:rPr>
      </w:pPr>
      <w:r w:rsidRPr="00CD3C28">
        <w:rPr>
          <w:sz w:val="18"/>
          <w:szCs w:val="18"/>
        </w:rPr>
        <w:t>_________________________________________________________________________________________________________</w:t>
      </w:r>
    </w:p>
    <w:p w14:paraId="170B18F2" w14:textId="77777777" w:rsidR="00ED5FE5" w:rsidRPr="00CD3C28" w:rsidRDefault="00000000">
      <w:pPr>
        <w:spacing w:after="0"/>
        <w:rPr>
          <w:sz w:val="18"/>
          <w:szCs w:val="18"/>
        </w:rPr>
      </w:pPr>
      <w:r w:rsidRPr="00CD3C28">
        <w:rPr>
          <w:sz w:val="18"/>
          <w:szCs w:val="18"/>
        </w:rPr>
        <w:t>_________________________________________________________________________________________________________</w:t>
      </w:r>
    </w:p>
    <w:p w14:paraId="1FC8A786" w14:textId="198F0323" w:rsidR="00ED5FE5" w:rsidRPr="00CD3C28" w:rsidRDefault="00000000">
      <w:pPr>
        <w:rPr>
          <w:sz w:val="18"/>
          <w:szCs w:val="18"/>
        </w:rPr>
      </w:pPr>
      <w:r w:rsidRPr="00CD3C28">
        <w:rPr>
          <w:b/>
          <w:sz w:val="18"/>
          <w:szCs w:val="18"/>
        </w:rPr>
        <w:t xml:space="preserve">10. </w:t>
      </w:r>
      <w:r w:rsidRPr="00CD3C28">
        <w:rPr>
          <w:sz w:val="18"/>
          <w:szCs w:val="18"/>
        </w:rPr>
        <w:t>Motor vehicle body joining processes</w:t>
      </w:r>
      <w:r w:rsidR="00664E90">
        <w:rPr>
          <w:b/>
          <w:sz w:val="18"/>
          <w:szCs w:val="18"/>
        </w:rPr>
        <w:t>.</w:t>
      </w:r>
    </w:p>
    <w:p w14:paraId="6FCF8E94" w14:textId="77777777" w:rsidR="00ED5FE5" w:rsidRPr="00CD3C28" w:rsidRDefault="00000000">
      <w:pPr>
        <w:rPr>
          <w:sz w:val="18"/>
          <w:szCs w:val="18"/>
        </w:rPr>
      </w:pPr>
      <w:r w:rsidRPr="00CD3C28">
        <w:rPr>
          <w:b/>
          <w:sz w:val="18"/>
          <w:szCs w:val="18"/>
        </w:rPr>
        <w:t xml:space="preserve">(a) </w:t>
      </w:r>
      <w:r w:rsidRPr="00CD3C28">
        <w:rPr>
          <w:sz w:val="18"/>
          <w:szCs w:val="18"/>
        </w:rPr>
        <w:t>Name four joining processes used in motor vehicle body work.</w:t>
      </w:r>
      <w:r w:rsidRPr="00CD3C28">
        <w:rPr>
          <w:b/>
          <w:sz w:val="18"/>
          <w:szCs w:val="18"/>
        </w:rPr>
        <w:t xml:space="preserve"> (4 marks)</w:t>
      </w:r>
    </w:p>
    <w:p w14:paraId="089DA7E0" w14:textId="77777777" w:rsidR="00ED5FE5" w:rsidRPr="00CD3C28" w:rsidRDefault="00000000">
      <w:pPr>
        <w:spacing w:after="0"/>
        <w:rPr>
          <w:sz w:val="18"/>
          <w:szCs w:val="18"/>
        </w:rPr>
      </w:pPr>
      <w:r w:rsidRPr="00CD3C28">
        <w:rPr>
          <w:sz w:val="18"/>
          <w:szCs w:val="18"/>
        </w:rPr>
        <w:t>_________________________________________________________________________________________________________</w:t>
      </w:r>
    </w:p>
    <w:p w14:paraId="233DE344" w14:textId="77777777" w:rsidR="00ED5FE5" w:rsidRPr="00CD3C28" w:rsidRDefault="00000000">
      <w:pPr>
        <w:spacing w:after="0"/>
        <w:rPr>
          <w:sz w:val="18"/>
          <w:szCs w:val="18"/>
        </w:rPr>
      </w:pPr>
      <w:r w:rsidRPr="00CD3C28">
        <w:rPr>
          <w:sz w:val="18"/>
          <w:szCs w:val="18"/>
        </w:rPr>
        <w:t>_________________________________________________________________________________________________________</w:t>
      </w:r>
    </w:p>
    <w:p w14:paraId="18446599" w14:textId="77777777" w:rsidR="00ED5FE5" w:rsidRPr="00CD3C28" w:rsidRDefault="00000000">
      <w:pPr>
        <w:spacing w:after="0"/>
        <w:rPr>
          <w:sz w:val="18"/>
          <w:szCs w:val="18"/>
        </w:rPr>
      </w:pPr>
      <w:r w:rsidRPr="00CD3C28">
        <w:rPr>
          <w:sz w:val="18"/>
          <w:szCs w:val="18"/>
        </w:rPr>
        <w:t>_________________________________________________________________________________________________________</w:t>
      </w:r>
    </w:p>
    <w:p w14:paraId="12FA5369" w14:textId="77777777" w:rsidR="00ED5FE5" w:rsidRPr="00CD3C28" w:rsidRDefault="00000000">
      <w:pPr>
        <w:spacing w:after="0"/>
        <w:rPr>
          <w:sz w:val="18"/>
          <w:szCs w:val="18"/>
        </w:rPr>
      </w:pPr>
      <w:r w:rsidRPr="00CD3C28">
        <w:rPr>
          <w:sz w:val="18"/>
          <w:szCs w:val="18"/>
        </w:rPr>
        <w:t>_________________________________________________________________________________________________________</w:t>
      </w:r>
    </w:p>
    <w:p w14:paraId="285E98CC" w14:textId="77777777" w:rsidR="00ED5FE5" w:rsidRPr="00CD3C28" w:rsidRDefault="00000000">
      <w:pPr>
        <w:rPr>
          <w:sz w:val="18"/>
          <w:szCs w:val="18"/>
        </w:rPr>
      </w:pPr>
      <w:r w:rsidRPr="00CD3C28">
        <w:rPr>
          <w:b/>
          <w:sz w:val="18"/>
          <w:szCs w:val="18"/>
        </w:rPr>
        <w:t xml:space="preserve">(b) </w:t>
      </w:r>
      <w:r w:rsidRPr="00CD3C28">
        <w:rPr>
          <w:sz w:val="18"/>
          <w:szCs w:val="18"/>
        </w:rPr>
        <w:t>State two examples of threaded fasteners used in motor vehicle body joining.</w:t>
      </w:r>
      <w:r w:rsidRPr="00CD3C28">
        <w:rPr>
          <w:b/>
          <w:sz w:val="18"/>
          <w:szCs w:val="18"/>
        </w:rPr>
        <w:t xml:space="preserve"> (2 marks)</w:t>
      </w:r>
    </w:p>
    <w:p w14:paraId="50187FAF" w14:textId="77777777" w:rsidR="00ED5FE5" w:rsidRPr="00CD3C28" w:rsidRDefault="00000000">
      <w:pPr>
        <w:spacing w:after="0"/>
        <w:rPr>
          <w:sz w:val="18"/>
          <w:szCs w:val="18"/>
        </w:rPr>
      </w:pPr>
      <w:r w:rsidRPr="00CD3C28">
        <w:rPr>
          <w:sz w:val="18"/>
          <w:szCs w:val="18"/>
        </w:rPr>
        <w:t>_________________________________________________________________________________________________________</w:t>
      </w:r>
    </w:p>
    <w:p w14:paraId="56E7318B" w14:textId="77777777" w:rsidR="00ED5FE5" w:rsidRPr="00CD3C28" w:rsidRDefault="00000000">
      <w:pPr>
        <w:spacing w:after="0"/>
        <w:rPr>
          <w:sz w:val="18"/>
          <w:szCs w:val="18"/>
        </w:rPr>
      </w:pPr>
      <w:r w:rsidRPr="00CD3C28">
        <w:rPr>
          <w:sz w:val="18"/>
          <w:szCs w:val="18"/>
        </w:rPr>
        <w:t>_________________________________________________________________________________________________________</w:t>
      </w:r>
    </w:p>
    <w:p w14:paraId="7E647A95" w14:textId="77777777" w:rsidR="00ED5FE5" w:rsidRPr="00CD3C28" w:rsidRDefault="00000000">
      <w:pPr>
        <w:rPr>
          <w:sz w:val="18"/>
          <w:szCs w:val="18"/>
        </w:rPr>
      </w:pPr>
      <w:r w:rsidRPr="00CD3C28">
        <w:rPr>
          <w:b/>
          <w:sz w:val="18"/>
          <w:szCs w:val="18"/>
        </w:rPr>
        <w:t xml:space="preserve">(c) </w:t>
      </w:r>
      <w:r w:rsidRPr="00CD3C28">
        <w:rPr>
          <w:sz w:val="18"/>
          <w:szCs w:val="18"/>
        </w:rPr>
        <w:t>State two advantages of using adhesives in motor vehicle body joining.</w:t>
      </w:r>
      <w:r w:rsidRPr="00CD3C28">
        <w:rPr>
          <w:b/>
          <w:sz w:val="18"/>
          <w:szCs w:val="18"/>
        </w:rPr>
        <w:t xml:space="preserve"> (2 marks)</w:t>
      </w:r>
    </w:p>
    <w:p w14:paraId="6FBFA534" w14:textId="77777777" w:rsidR="00ED5FE5" w:rsidRPr="00CD3C28" w:rsidRDefault="00000000">
      <w:pPr>
        <w:spacing w:after="0"/>
        <w:rPr>
          <w:sz w:val="18"/>
          <w:szCs w:val="18"/>
        </w:rPr>
      </w:pPr>
      <w:r w:rsidRPr="00CD3C28">
        <w:rPr>
          <w:sz w:val="18"/>
          <w:szCs w:val="18"/>
        </w:rPr>
        <w:t>_________________________________________________________________________________________________________</w:t>
      </w:r>
    </w:p>
    <w:p w14:paraId="2631BE7E" w14:textId="77777777" w:rsidR="00ED5FE5" w:rsidRPr="00CD3C28" w:rsidRDefault="00000000">
      <w:pPr>
        <w:spacing w:after="0"/>
        <w:rPr>
          <w:sz w:val="18"/>
          <w:szCs w:val="18"/>
        </w:rPr>
      </w:pPr>
      <w:r w:rsidRPr="00CD3C28">
        <w:rPr>
          <w:sz w:val="18"/>
          <w:szCs w:val="18"/>
        </w:rPr>
        <w:t>_________________________________________________________________________________________________________</w:t>
      </w:r>
    </w:p>
    <w:p w14:paraId="5D65B253" w14:textId="77777777" w:rsidR="00ED5FE5" w:rsidRPr="00CD3C28" w:rsidRDefault="00000000">
      <w:pPr>
        <w:rPr>
          <w:sz w:val="18"/>
          <w:szCs w:val="18"/>
        </w:rPr>
      </w:pPr>
      <w:r w:rsidRPr="00CD3C28">
        <w:rPr>
          <w:b/>
          <w:sz w:val="18"/>
          <w:szCs w:val="18"/>
        </w:rPr>
        <w:t>SECTION D — ENGINES (20 MARKS)</w:t>
      </w:r>
    </w:p>
    <w:p w14:paraId="21771017" w14:textId="77777777" w:rsidR="00ED5FE5" w:rsidRDefault="00000000">
      <w:pPr>
        <w:rPr>
          <w:b/>
          <w:sz w:val="18"/>
          <w:szCs w:val="18"/>
        </w:rPr>
      </w:pPr>
      <w:r w:rsidRPr="00CD3C28">
        <w:rPr>
          <w:b/>
          <w:sz w:val="18"/>
          <w:szCs w:val="18"/>
        </w:rPr>
        <w:t xml:space="preserve">11. </w:t>
      </w:r>
      <w:r w:rsidRPr="00CD3C28">
        <w:rPr>
          <w:sz w:val="18"/>
          <w:szCs w:val="18"/>
        </w:rPr>
        <w:t>Introduction to engines and engine terminology</w:t>
      </w:r>
      <w:r w:rsidRPr="00CD3C28">
        <w:rPr>
          <w:b/>
          <w:sz w:val="18"/>
          <w:szCs w:val="18"/>
        </w:rPr>
        <w:t xml:space="preserve"> (7 marks)</w:t>
      </w:r>
    </w:p>
    <w:p w14:paraId="62503089" w14:textId="52DB02F4" w:rsidR="00664E90" w:rsidRPr="00CD3C28" w:rsidRDefault="00664E90" w:rsidP="00664E90">
      <w:pPr>
        <w:jc w:val="center"/>
        <w:rPr>
          <w:sz w:val="18"/>
          <w:szCs w:val="18"/>
        </w:rPr>
      </w:pPr>
      <w:r w:rsidRPr="00664E90">
        <w:rPr>
          <w:sz w:val="18"/>
          <w:szCs w:val="18"/>
        </w:rPr>
        <w:drawing>
          <wp:inline distT="0" distB="0" distL="0" distR="0" wp14:anchorId="370D1C3D" wp14:editId="7C8B2486">
            <wp:extent cx="4895850" cy="2914650"/>
            <wp:effectExtent l="0" t="0" r="0" b="0"/>
            <wp:docPr id="115217120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217120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895850" cy="2914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F82E83" w14:textId="77777777" w:rsidR="00ED5FE5" w:rsidRPr="00CD3C28" w:rsidRDefault="00000000">
      <w:pPr>
        <w:rPr>
          <w:sz w:val="18"/>
          <w:szCs w:val="18"/>
        </w:rPr>
      </w:pPr>
      <w:r w:rsidRPr="00CD3C28">
        <w:rPr>
          <w:b/>
          <w:sz w:val="18"/>
          <w:szCs w:val="18"/>
        </w:rPr>
        <w:t xml:space="preserve">(a) </w:t>
      </w:r>
      <w:r w:rsidRPr="00CD3C28">
        <w:rPr>
          <w:sz w:val="18"/>
          <w:szCs w:val="18"/>
        </w:rPr>
        <w:t>Define an engine as used in power mechanics.</w:t>
      </w:r>
      <w:r w:rsidRPr="00CD3C28">
        <w:rPr>
          <w:b/>
          <w:sz w:val="18"/>
          <w:szCs w:val="18"/>
        </w:rPr>
        <w:t xml:space="preserve"> (2 marks)</w:t>
      </w:r>
    </w:p>
    <w:p w14:paraId="161D40F1" w14:textId="77777777" w:rsidR="00ED5FE5" w:rsidRPr="00CD3C28" w:rsidRDefault="00000000">
      <w:pPr>
        <w:spacing w:after="0"/>
        <w:rPr>
          <w:sz w:val="18"/>
          <w:szCs w:val="18"/>
        </w:rPr>
      </w:pPr>
      <w:r w:rsidRPr="00CD3C28">
        <w:rPr>
          <w:sz w:val="18"/>
          <w:szCs w:val="18"/>
        </w:rPr>
        <w:t>_________________________________________________________________________________________________________</w:t>
      </w:r>
    </w:p>
    <w:p w14:paraId="7B511FDC" w14:textId="77777777" w:rsidR="00ED5FE5" w:rsidRPr="00CD3C28" w:rsidRDefault="00000000">
      <w:pPr>
        <w:spacing w:after="0"/>
        <w:rPr>
          <w:sz w:val="18"/>
          <w:szCs w:val="18"/>
        </w:rPr>
      </w:pPr>
      <w:r w:rsidRPr="00CD3C28">
        <w:rPr>
          <w:sz w:val="18"/>
          <w:szCs w:val="18"/>
        </w:rPr>
        <w:t>_________________________________________________________________________________________________________</w:t>
      </w:r>
    </w:p>
    <w:p w14:paraId="7240319B" w14:textId="77777777" w:rsidR="00ED5FE5" w:rsidRPr="00CD3C28" w:rsidRDefault="00000000">
      <w:pPr>
        <w:rPr>
          <w:sz w:val="18"/>
          <w:szCs w:val="18"/>
        </w:rPr>
      </w:pPr>
      <w:r w:rsidRPr="00CD3C28">
        <w:rPr>
          <w:b/>
          <w:sz w:val="18"/>
          <w:szCs w:val="18"/>
        </w:rPr>
        <w:t xml:space="preserve">(b) </w:t>
      </w:r>
      <w:r w:rsidRPr="00CD3C28">
        <w:rPr>
          <w:sz w:val="18"/>
          <w:szCs w:val="18"/>
        </w:rPr>
        <w:t>State the meaning of bore, stroke and engine capacity.</w:t>
      </w:r>
      <w:r w:rsidRPr="00CD3C28">
        <w:rPr>
          <w:b/>
          <w:sz w:val="18"/>
          <w:szCs w:val="18"/>
        </w:rPr>
        <w:t xml:space="preserve"> (3 marks)</w:t>
      </w:r>
    </w:p>
    <w:p w14:paraId="23BBFCB9" w14:textId="77777777" w:rsidR="00ED5FE5" w:rsidRPr="00CD3C28" w:rsidRDefault="00000000">
      <w:pPr>
        <w:spacing w:after="0"/>
        <w:rPr>
          <w:sz w:val="18"/>
          <w:szCs w:val="18"/>
        </w:rPr>
      </w:pPr>
      <w:r w:rsidRPr="00CD3C28">
        <w:rPr>
          <w:sz w:val="18"/>
          <w:szCs w:val="18"/>
        </w:rPr>
        <w:lastRenderedPageBreak/>
        <w:t>_________________________________________________________________________________________________________</w:t>
      </w:r>
    </w:p>
    <w:p w14:paraId="7DDB10F5" w14:textId="77777777" w:rsidR="00ED5FE5" w:rsidRPr="00CD3C28" w:rsidRDefault="00000000">
      <w:pPr>
        <w:spacing w:after="0"/>
        <w:rPr>
          <w:sz w:val="18"/>
          <w:szCs w:val="18"/>
        </w:rPr>
      </w:pPr>
      <w:r w:rsidRPr="00CD3C28">
        <w:rPr>
          <w:sz w:val="18"/>
          <w:szCs w:val="18"/>
        </w:rPr>
        <w:t>_________________________________________________________________________________________________________</w:t>
      </w:r>
    </w:p>
    <w:p w14:paraId="58267958" w14:textId="77777777" w:rsidR="00ED5FE5" w:rsidRPr="00CD3C28" w:rsidRDefault="00000000">
      <w:pPr>
        <w:spacing w:after="0"/>
        <w:rPr>
          <w:sz w:val="18"/>
          <w:szCs w:val="18"/>
        </w:rPr>
      </w:pPr>
      <w:r w:rsidRPr="00CD3C28">
        <w:rPr>
          <w:sz w:val="18"/>
          <w:szCs w:val="18"/>
        </w:rPr>
        <w:t>_________________________________________________________________________________________________________</w:t>
      </w:r>
    </w:p>
    <w:p w14:paraId="570A0600" w14:textId="77777777" w:rsidR="00ED5FE5" w:rsidRPr="00CD3C28" w:rsidRDefault="00000000">
      <w:pPr>
        <w:rPr>
          <w:sz w:val="18"/>
          <w:szCs w:val="18"/>
        </w:rPr>
      </w:pPr>
      <w:r w:rsidRPr="00CD3C28">
        <w:rPr>
          <w:b/>
          <w:sz w:val="18"/>
          <w:szCs w:val="18"/>
        </w:rPr>
        <w:t xml:space="preserve">(c) </w:t>
      </w:r>
      <w:r w:rsidRPr="00CD3C28">
        <w:rPr>
          <w:sz w:val="18"/>
          <w:szCs w:val="18"/>
        </w:rPr>
        <w:t>A cylinder has a bore diameter of 80 mm and a stroke of 90 mm. Calculate its swept volume using V = πd²L/4. Give the answer in cm³.</w:t>
      </w:r>
      <w:r w:rsidRPr="00CD3C28">
        <w:rPr>
          <w:b/>
          <w:sz w:val="18"/>
          <w:szCs w:val="18"/>
        </w:rPr>
        <w:t xml:space="preserve"> (2 marks)</w:t>
      </w:r>
    </w:p>
    <w:p w14:paraId="36951075" w14:textId="77777777" w:rsidR="00ED5FE5" w:rsidRPr="00CD3C28" w:rsidRDefault="00000000">
      <w:pPr>
        <w:spacing w:after="0"/>
        <w:rPr>
          <w:sz w:val="18"/>
          <w:szCs w:val="18"/>
        </w:rPr>
      </w:pPr>
      <w:r w:rsidRPr="00CD3C28">
        <w:rPr>
          <w:sz w:val="18"/>
          <w:szCs w:val="18"/>
        </w:rPr>
        <w:t>_________________________________________________________________________________________________________</w:t>
      </w:r>
    </w:p>
    <w:p w14:paraId="0FA525E8" w14:textId="77777777" w:rsidR="00ED5FE5" w:rsidRPr="00CD3C28" w:rsidRDefault="00000000">
      <w:pPr>
        <w:spacing w:after="0"/>
        <w:rPr>
          <w:sz w:val="18"/>
          <w:szCs w:val="18"/>
        </w:rPr>
      </w:pPr>
      <w:r w:rsidRPr="00CD3C28">
        <w:rPr>
          <w:sz w:val="18"/>
          <w:szCs w:val="18"/>
        </w:rPr>
        <w:t>_________________________________________________________________________________________________________</w:t>
      </w:r>
    </w:p>
    <w:p w14:paraId="4DAC011C" w14:textId="77777777" w:rsidR="00ED5FE5" w:rsidRPr="00CD3C28" w:rsidRDefault="00000000">
      <w:pPr>
        <w:rPr>
          <w:sz w:val="18"/>
          <w:szCs w:val="18"/>
        </w:rPr>
      </w:pPr>
      <w:r w:rsidRPr="00CD3C28">
        <w:rPr>
          <w:b/>
          <w:sz w:val="18"/>
          <w:szCs w:val="18"/>
        </w:rPr>
        <w:t xml:space="preserve">12. </w:t>
      </w:r>
      <w:r w:rsidRPr="00CD3C28">
        <w:rPr>
          <w:sz w:val="18"/>
          <w:szCs w:val="18"/>
        </w:rPr>
        <w:t>Classification and types of engines</w:t>
      </w:r>
      <w:r w:rsidRPr="00CD3C28">
        <w:rPr>
          <w:b/>
          <w:sz w:val="18"/>
          <w:szCs w:val="18"/>
        </w:rPr>
        <w:t xml:space="preserve"> (6 marks)</w:t>
      </w:r>
    </w:p>
    <w:p w14:paraId="5AB3621E" w14:textId="77777777" w:rsidR="00ED5FE5" w:rsidRPr="00CD3C28" w:rsidRDefault="00000000">
      <w:pPr>
        <w:rPr>
          <w:sz w:val="18"/>
          <w:szCs w:val="18"/>
        </w:rPr>
      </w:pPr>
      <w:r w:rsidRPr="00CD3C28">
        <w:rPr>
          <w:b/>
          <w:sz w:val="18"/>
          <w:szCs w:val="18"/>
        </w:rPr>
        <w:t xml:space="preserve">(a) </w:t>
      </w:r>
      <w:r w:rsidRPr="00CD3C28">
        <w:rPr>
          <w:sz w:val="18"/>
          <w:szCs w:val="18"/>
        </w:rPr>
        <w:t>State three methods of classifying engines.</w:t>
      </w:r>
      <w:r w:rsidRPr="00CD3C28">
        <w:rPr>
          <w:b/>
          <w:sz w:val="18"/>
          <w:szCs w:val="18"/>
        </w:rPr>
        <w:t xml:space="preserve"> (3 marks)</w:t>
      </w:r>
    </w:p>
    <w:p w14:paraId="2EC7F5A9" w14:textId="77777777" w:rsidR="00ED5FE5" w:rsidRPr="00CD3C28" w:rsidRDefault="00000000">
      <w:pPr>
        <w:spacing w:after="0"/>
        <w:rPr>
          <w:sz w:val="18"/>
          <w:szCs w:val="18"/>
        </w:rPr>
      </w:pPr>
      <w:r w:rsidRPr="00CD3C28">
        <w:rPr>
          <w:sz w:val="18"/>
          <w:szCs w:val="18"/>
        </w:rPr>
        <w:t>_________________________________________________________________________________________________________</w:t>
      </w:r>
    </w:p>
    <w:p w14:paraId="4828294A" w14:textId="77777777" w:rsidR="00ED5FE5" w:rsidRPr="00CD3C28" w:rsidRDefault="00000000">
      <w:pPr>
        <w:spacing w:after="0"/>
        <w:rPr>
          <w:sz w:val="18"/>
          <w:szCs w:val="18"/>
        </w:rPr>
      </w:pPr>
      <w:r w:rsidRPr="00CD3C28">
        <w:rPr>
          <w:sz w:val="18"/>
          <w:szCs w:val="18"/>
        </w:rPr>
        <w:t>_________________________________________________________________________________________________________</w:t>
      </w:r>
    </w:p>
    <w:p w14:paraId="47C4CE01" w14:textId="77777777" w:rsidR="00ED5FE5" w:rsidRPr="00CD3C28" w:rsidRDefault="00000000">
      <w:pPr>
        <w:spacing w:after="0"/>
        <w:rPr>
          <w:sz w:val="18"/>
          <w:szCs w:val="18"/>
        </w:rPr>
      </w:pPr>
      <w:r w:rsidRPr="00CD3C28">
        <w:rPr>
          <w:sz w:val="18"/>
          <w:szCs w:val="18"/>
        </w:rPr>
        <w:t>_________________________________________________________________________________________________________</w:t>
      </w:r>
    </w:p>
    <w:p w14:paraId="641FD933" w14:textId="77777777" w:rsidR="00ED5FE5" w:rsidRPr="00CD3C28" w:rsidRDefault="00000000">
      <w:pPr>
        <w:rPr>
          <w:sz w:val="18"/>
          <w:szCs w:val="18"/>
        </w:rPr>
      </w:pPr>
      <w:r w:rsidRPr="00CD3C28">
        <w:rPr>
          <w:b/>
          <w:sz w:val="18"/>
          <w:szCs w:val="18"/>
        </w:rPr>
        <w:t xml:space="preserve">(b) </w:t>
      </w:r>
      <w:r w:rsidRPr="00CD3C28">
        <w:rPr>
          <w:sz w:val="18"/>
          <w:szCs w:val="18"/>
        </w:rPr>
        <w:t>Distinguish between external combustion and internal combustion engines.</w:t>
      </w:r>
      <w:r w:rsidRPr="00CD3C28">
        <w:rPr>
          <w:b/>
          <w:sz w:val="18"/>
          <w:szCs w:val="18"/>
        </w:rPr>
        <w:t xml:space="preserve"> (2 marks)</w:t>
      </w:r>
    </w:p>
    <w:p w14:paraId="34DC5564" w14:textId="77777777" w:rsidR="00ED5FE5" w:rsidRPr="00CD3C28" w:rsidRDefault="00000000">
      <w:pPr>
        <w:spacing w:after="0"/>
        <w:rPr>
          <w:sz w:val="18"/>
          <w:szCs w:val="18"/>
        </w:rPr>
      </w:pPr>
      <w:r w:rsidRPr="00CD3C28">
        <w:rPr>
          <w:sz w:val="18"/>
          <w:szCs w:val="18"/>
        </w:rPr>
        <w:t>_________________________________________________________________________________________________________</w:t>
      </w:r>
    </w:p>
    <w:p w14:paraId="03C4AB55" w14:textId="77777777" w:rsidR="00ED5FE5" w:rsidRPr="00CD3C28" w:rsidRDefault="00000000">
      <w:pPr>
        <w:spacing w:after="0"/>
        <w:rPr>
          <w:sz w:val="18"/>
          <w:szCs w:val="18"/>
        </w:rPr>
      </w:pPr>
      <w:r w:rsidRPr="00CD3C28">
        <w:rPr>
          <w:sz w:val="18"/>
          <w:szCs w:val="18"/>
        </w:rPr>
        <w:t>_________________________________________________________________________________________________________</w:t>
      </w:r>
    </w:p>
    <w:p w14:paraId="2AED92BA" w14:textId="77777777" w:rsidR="00ED5FE5" w:rsidRPr="00CD3C28" w:rsidRDefault="00000000">
      <w:pPr>
        <w:rPr>
          <w:sz w:val="18"/>
          <w:szCs w:val="18"/>
        </w:rPr>
      </w:pPr>
      <w:r w:rsidRPr="00CD3C28">
        <w:rPr>
          <w:b/>
          <w:sz w:val="18"/>
          <w:szCs w:val="18"/>
        </w:rPr>
        <w:t xml:space="preserve">(c) </w:t>
      </w:r>
      <w:r w:rsidRPr="00CD3C28">
        <w:rPr>
          <w:sz w:val="18"/>
          <w:szCs w:val="18"/>
        </w:rPr>
        <w:t>Give one example of an engine classified according to fuel type.</w:t>
      </w:r>
      <w:r w:rsidRPr="00CD3C28">
        <w:rPr>
          <w:b/>
          <w:sz w:val="18"/>
          <w:szCs w:val="18"/>
        </w:rPr>
        <w:t xml:space="preserve"> (1 marks)</w:t>
      </w:r>
    </w:p>
    <w:p w14:paraId="7722C1E8" w14:textId="77777777" w:rsidR="00ED5FE5" w:rsidRPr="00CD3C28" w:rsidRDefault="00000000">
      <w:pPr>
        <w:spacing w:after="0"/>
        <w:rPr>
          <w:sz w:val="18"/>
          <w:szCs w:val="18"/>
        </w:rPr>
      </w:pPr>
      <w:r w:rsidRPr="00CD3C28">
        <w:rPr>
          <w:sz w:val="18"/>
          <w:szCs w:val="18"/>
        </w:rPr>
        <w:t>_________________________________________________________________________________________________________</w:t>
      </w:r>
    </w:p>
    <w:p w14:paraId="0B75E768" w14:textId="77777777" w:rsidR="00ED5FE5" w:rsidRPr="00CD3C28" w:rsidRDefault="00000000">
      <w:pPr>
        <w:spacing w:after="0"/>
        <w:rPr>
          <w:sz w:val="18"/>
          <w:szCs w:val="18"/>
        </w:rPr>
      </w:pPr>
      <w:r w:rsidRPr="00CD3C28">
        <w:rPr>
          <w:sz w:val="18"/>
          <w:szCs w:val="18"/>
        </w:rPr>
        <w:t>_________________________________________________________________________________________________________</w:t>
      </w:r>
    </w:p>
    <w:p w14:paraId="453B39A7" w14:textId="77777777" w:rsidR="00ED5FE5" w:rsidRPr="00CD3C28" w:rsidRDefault="00000000">
      <w:pPr>
        <w:rPr>
          <w:sz w:val="18"/>
          <w:szCs w:val="18"/>
        </w:rPr>
      </w:pPr>
      <w:r w:rsidRPr="00CD3C28">
        <w:rPr>
          <w:b/>
          <w:sz w:val="18"/>
          <w:szCs w:val="18"/>
        </w:rPr>
        <w:t xml:space="preserve">13. </w:t>
      </w:r>
      <w:r w:rsidRPr="00CD3C28">
        <w:rPr>
          <w:sz w:val="18"/>
          <w:szCs w:val="18"/>
        </w:rPr>
        <w:t>Engine components and functions</w:t>
      </w:r>
      <w:r w:rsidRPr="00CD3C28">
        <w:rPr>
          <w:b/>
          <w:sz w:val="18"/>
          <w:szCs w:val="18"/>
        </w:rPr>
        <w:t xml:space="preserve"> (7 marks)</w:t>
      </w:r>
    </w:p>
    <w:p w14:paraId="0C1F9057" w14:textId="77777777" w:rsidR="00ED5FE5" w:rsidRPr="00CD3C28" w:rsidRDefault="00000000">
      <w:pPr>
        <w:rPr>
          <w:sz w:val="18"/>
          <w:szCs w:val="18"/>
        </w:rPr>
      </w:pPr>
      <w:r w:rsidRPr="00CD3C28">
        <w:rPr>
          <w:b/>
          <w:sz w:val="18"/>
          <w:szCs w:val="18"/>
        </w:rPr>
        <w:t xml:space="preserve">(a) </w:t>
      </w:r>
      <w:r w:rsidRPr="00CD3C28">
        <w:rPr>
          <w:sz w:val="18"/>
          <w:szCs w:val="18"/>
        </w:rPr>
        <w:t>Name four major components of an internal-combustion engine.</w:t>
      </w:r>
      <w:r w:rsidRPr="00CD3C28">
        <w:rPr>
          <w:b/>
          <w:sz w:val="18"/>
          <w:szCs w:val="18"/>
        </w:rPr>
        <w:t xml:space="preserve"> (4 marks)</w:t>
      </w:r>
    </w:p>
    <w:p w14:paraId="31F116D3" w14:textId="77777777" w:rsidR="00ED5FE5" w:rsidRPr="00CD3C28" w:rsidRDefault="00000000">
      <w:pPr>
        <w:spacing w:after="0"/>
        <w:rPr>
          <w:sz w:val="18"/>
          <w:szCs w:val="18"/>
        </w:rPr>
      </w:pPr>
      <w:r w:rsidRPr="00CD3C28">
        <w:rPr>
          <w:sz w:val="18"/>
          <w:szCs w:val="18"/>
        </w:rPr>
        <w:t>_________________________________________________________________________________________________________</w:t>
      </w:r>
    </w:p>
    <w:p w14:paraId="09055F7E" w14:textId="77777777" w:rsidR="00ED5FE5" w:rsidRPr="00CD3C28" w:rsidRDefault="00000000">
      <w:pPr>
        <w:spacing w:after="0"/>
        <w:rPr>
          <w:sz w:val="18"/>
          <w:szCs w:val="18"/>
        </w:rPr>
      </w:pPr>
      <w:r w:rsidRPr="00CD3C28">
        <w:rPr>
          <w:sz w:val="18"/>
          <w:szCs w:val="18"/>
        </w:rPr>
        <w:t>_________________________________________________________________________________________________________</w:t>
      </w:r>
    </w:p>
    <w:p w14:paraId="2E2D1926" w14:textId="77777777" w:rsidR="00ED5FE5" w:rsidRPr="00CD3C28" w:rsidRDefault="00000000">
      <w:pPr>
        <w:spacing w:after="0"/>
        <w:rPr>
          <w:sz w:val="18"/>
          <w:szCs w:val="18"/>
        </w:rPr>
      </w:pPr>
      <w:r w:rsidRPr="00CD3C28">
        <w:rPr>
          <w:sz w:val="18"/>
          <w:szCs w:val="18"/>
        </w:rPr>
        <w:t>_________________________________________________________________________________________________________</w:t>
      </w:r>
    </w:p>
    <w:p w14:paraId="132A9F5F" w14:textId="77777777" w:rsidR="00ED5FE5" w:rsidRPr="00CD3C28" w:rsidRDefault="00000000">
      <w:pPr>
        <w:spacing w:after="0"/>
        <w:rPr>
          <w:sz w:val="18"/>
          <w:szCs w:val="18"/>
        </w:rPr>
      </w:pPr>
      <w:r w:rsidRPr="00CD3C28">
        <w:rPr>
          <w:sz w:val="18"/>
          <w:szCs w:val="18"/>
        </w:rPr>
        <w:t>_________________________________________________________________________________________________________</w:t>
      </w:r>
    </w:p>
    <w:p w14:paraId="6530CDCF" w14:textId="77777777" w:rsidR="00ED5FE5" w:rsidRPr="00CD3C28" w:rsidRDefault="00000000">
      <w:pPr>
        <w:rPr>
          <w:sz w:val="18"/>
          <w:szCs w:val="18"/>
        </w:rPr>
      </w:pPr>
      <w:r w:rsidRPr="00CD3C28">
        <w:rPr>
          <w:b/>
          <w:sz w:val="18"/>
          <w:szCs w:val="18"/>
        </w:rPr>
        <w:t xml:space="preserve">(b) </w:t>
      </w:r>
      <w:r w:rsidRPr="00CD3C28">
        <w:rPr>
          <w:sz w:val="18"/>
          <w:szCs w:val="18"/>
        </w:rPr>
        <w:t>State the function of the crankshaft, camshaft and piston.</w:t>
      </w:r>
      <w:r w:rsidRPr="00CD3C28">
        <w:rPr>
          <w:b/>
          <w:sz w:val="18"/>
          <w:szCs w:val="18"/>
        </w:rPr>
        <w:t xml:space="preserve"> (3 marks)</w:t>
      </w:r>
    </w:p>
    <w:p w14:paraId="1C547749" w14:textId="77777777" w:rsidR="00ED5FE5" w:rsidRPr="00CD3C28" w:rsidRDefault="00000000">
      <w:pPr>
        <w:spacing w:after="0"/>
        <w:rPr>
          <w:sz w:val="18"/>
          <w:szCs w:val="18"/>
        </w:rPr>
      </w:pPr>
      <w:r w:rsidRPr="00CD3C28">
        <w:rPr>
          <w:sz w:val="18"/>
          <w:szCs w:val="18"/>
        </w:rPr>
        <w:t>_________________________________________________________________________________________________________</w:t>
      </w:r>
    </w:p>
    <w:p w14:paraId="6F70F360" w14:textId="77777777" w:rsidR="00ED5FE5" w:rsidRPr="00CD3C28" w:rsidRDefault="00000000">
      <w:pPr>
        <w:spacing w:after="0"/>
        <w:rPr>
          <w:sz w:val="18"/>
          <w:szCs w:val="18"/>
        </w:rPr>
      </w:pPr>
      <w:r w:rsidRPr="00CD3C28">
        <w:rPr>
          <w:sz w:val="18"/>
          <w:szCs w:val="18"/>
        </w:rPr>
        <w:t>_________________________________________________________________________________________________________</w:t>
      </w:r>
    </w:p>
    <w:p w14:paraId="5B358B21" w14:textId="77777777" w:rsidR="00ED5FE5" w:rsidRPr="00CD3C28" w:rsidRDefault="00000000">
      <w:pPr>
        <w:spacing w:after="0"/>
        <w:rPr>
          <w:sz w:val="18"/>
          <w:szCs w:val="18"/>
        </w:rPr>
      </w:pPr>
      <w:r w:rsidRPr="00CD3C28">
        <w:rPr>
          <w:sz w:val="18"/>
          <w:szCs w:val="18"/>
        </w:rPr>
        <w:t>_________________________________________________________________________________________________________</w:t>
      </w:r>
    </w:p>
    <w:p w14:paraId="30276880" w14:textId="77777777" w:rsidR="00ED5FE5" w:rsidRPr="00CD3C28" w:rsidRDefault="00000000">
      <w:pPr>
        <w:jc w:val="center"/>
        <w:rPr>
          <w:sz w:val="24"/>
          <w:szCs w:val="24"/>
        </w:rPr>
      </w:pPr>
      <w:r w:rsidRPr="00CD3C28">
        <w:rPr>
          <w:b/>
          <w:sz w:val="24"/>
          <w:szCs w:val="24"/>
        </w:rPr>
        <w:t>END OF QUESTION PAPER</w:t>
      </w:r>
    </w:p>
    <w:sectPr w:rsidR="00ED5FE5" w:rsidRPr="00CD3C28" w:rsidSect="00034616">
      <w:footerReference w:type="default" r:id="rId11"/>
      <w:headerReference w:type="default" r:id="rId14"/>
      <w:headerReference w:type="first" r:id="rId15"/>
      <w:headerReference w:type="even" r:id="rId16"/>
      <w:footerReference w:type="first" r:id="rId17"/>
      <w:footerReference w:type="even" r:id="rId18"/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C6B883" w14:textId="77777777" w:rsidR="00D22887" w:rsidRDefault="00D22887">
      <w:pPr>
        <w:spacing w:after="0" w:line="240" w:lineRule="auto"/>
      </w:pPr>
      <w:r>
        <w:separator/>
      </w:r>
    </w:p>
  </w:endnote>
  <w:endnote w:type="continuationSeparator" w:id="0">
    <w:p w14:paraId="20E56D56" w14:textId="77777777" w:rsidR="00D22887" w:rsidRDefault="00D228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4E7B33" w14:textId="77777777" w:rsidR="00D22887" w:rsidRDefault="00D22887">
      <w:pPr>
        <w:spacing w:after="0" w:line="240" w:lineRule="auto"/>
      </w:pPr>
      <w:r>
        <w:separator/>
      </w:r>
    </w:p>
  </w:footnote>
  <w:footnote w:type="continuationSeparator" w:id="0">
    <w:p w14:paraId="333EFF6B" w14:textId="77777777" w:rsidR="00D22887" w:rsidRDefault="00D228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24834599">
    <w:abstractNumId w:val="8"/>
  </w:num>
  <w:num w:numId="2" w16cid:durableId="1706904261">
    <w:abstractNumId w:val="6"/>
  </w:num>
  <w:num w:numId="3" w16cid:durableId="279534948">
    <w:abstractNumId w:val="5"/>
  </w:num>
  <w:num w:numId="4" w16cid:durableId="2056197168">
    <w:abstractNumId w:val="4"/>
  </w:num>
  <w:num w:numId="5" w16cid:durableId="1938907776">
    <w:abstractNumId w:val="7"/>
  </w:num>
  <w:num w:numId="6" w16cid:durableId="1117606457">
    <w:abstractNumId w:val="3"/>
  </w:num>
  <w:num w:numId="7" w16cid:durableId="1601375522">
    <w:abstractNumId w:val="2"/>
  </w:num>
  <w:num w:numId="8" w16cid:durableId="535629168">
    <w:abstractNumId w:val="1"/>
  </w:num>
  <w:num w:numId="9" w16cid:durableId="2666971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F39F6"/>
    <w:rsid w:val="00664E90"/>
    <w:rsid w:val="006C110B"/>
    <w:rsid w:val="00AA1D8D"/>
    <w:rsid w:val="00B47730"/>
    <w:rsid w:val="00CB0664"/>
    <w:rsid w:val="00CD3C28"/>
    <w:rsid w:val="00D22887"/>
    <w:rsid w:val="00ED5FE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3180D4C"/>
  <w14:defaultImageDpi w14:val="300"/>
  <w15:docId w15:val="{D108FF4B-2A41-4D7A-A98D-33AED923B5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Times New Roman" w:eastAsia="Times New Roman" w:hAnsi="Times New Roman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1.xml"/><Relationship Id="rId15" Type="http://schemas.openxmlformats.org/officeDocument/2006/relationships/header" Target="header2.xml"/><Relationship Id="rId16" Type="http://schemas.openxmlformats.org/officeDocument/2006/relationships/header" Target="header3.xml"/><Relationship Id="rId17" Type="http://schemas.openxmlformats.org/officeDocument/2006/relationships/footer" Target="footer2.xml"/><Relationship Id="rId18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6</Pages>
  <Words>2345</Words>
  <Characters>13373</Characters>
  <Application>Microsoft Office Word</Application>
  <DocSecurity>0</DocSecurity>
  <Lines>111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15687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Ondreia Thomas</cp:lastModifiedBy>
  <cp:revision>4</cp:revision>
  <dcterms:created xsi:type="dcterms:W3CDTF">2013-12-23T23:15:00Z</dcterms:created>
  <dcterms:modified xsi:type="dcterms:W3CDTF">2026-09-23T21:42:00Z</dcterms:modified>
  <cp:category/>
</cp:coreProperties>
</file>