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D13A7" w14:textId="77777777" w:rsidR="004B1C65" w:rsidRDefault="00000000">
      <w:pPr>
        <w:spacing w:after="20"/>
        <w:jc w:val="center"/>
      </w:pPr>
      <w:r>
        <w:rPr>
          <w:b/>
          <w:sz w:val="26"/>
        </w:rPr>
        <w:t>MTIHANI JUMUISHI WA MWISHO WA MUHULA WA 3 — 2026</w:t>
      </w:r>
    </w:p>
    <w:p w14:paraId="59E7E254" w14:textId="77777777" w:rsidR="004B1C65" w:rsidRDefault="00000000">
      <w:pPr>
        <w:spacing w:after="20"/>
        <w:jc w:val="center"/>
      </w:pPr>
      <w:r>
        <w:rPr>
          <w:b/>
          <w:sz w:val="26"/>
        </w:rPr>
        <w:t>GREDI YA 10</w:t>
      </w:r>
    </w:p>
    <w:p w14:paraId="2FE2A9AD" w14:textId="77777777" w:rsidR="004B1C65" w:rsidRDefault="00000000">
      <w:pPr>
        <w:spacing w:after="20"/>
        <w:jc w:val="center"/>
      </w:pPr>
      <w:r>
        <w:rPr>
          <w:b/>
          <w:sz w:val="26"/>
        </w:rPr>
        <w:t>KISWAHILI — LUGHA</w:t>
      </w:r>
    </w:p>
    <w:p w14:paraId="259420AD" w14:textId="77777777" w:rsidR="004B1C65" w:rsidRDefault="00000000">
      <w:pPr>
        <w:spacing w:after="20"/>
        <w:jc w:val="center"/>
      </w:pPr>
      <w:r>
        <w:rPr>
          <w:b/>
          <w:sz w:val="24"/>
        </w:rPr>
        <w:t>TATHMINI YA JUMLA</w:t>
      </w:r>
    </w:p>
    <w:p w14:paraId="3EB6439F" w14:textId="77777777" w:rsidR="004B1C65" w:rsidRDefault="00000000">
      <w:pPr>
        <w:spacing w:after="20"/>
        <w:jc w:val="center"/>
      </w:pPr>
      <w:r>
        <w:rPr>
          <w:b/>
          <w:sz w:val="22"/>
        </w:rPr>
        <w:t>MUDA: SAA 2 DAKIKA 30     JUMLA: ALAMA 80</w:t>
      </w:r>
    </w:p>
    <w:p w14:paraId="714CFC22" w14:textId="77777777" w:rsidR="004B1C65" w:rsidRDefault="00000000">
      <w:pPr>
        <w:spacing w:after="40"/>
      </w:pPr>
      <w:r>
        <w:rPr>
          <w:b/>
        </w:rPr>
        <w:t xml:space="preserve">Jina la Mwanafunzi: </w:t>
      </w:r>
      <w:r>
        <w:t>____________________________________________________________</w:t>
      </w:r>
    </w:p>
    <w:p w14:paraId="3171883B" w14:textId="77777777" w:rsidR="004B1C65" w:rsidRDefault="00000000">
      <w:pPr>
        <w:spacing w:after="40"/>
      </w:pPr>
      <w:r>
        <w:rPr>
          <w:b/>
        </w:rPr>
        <w:t xml:space="preserve">Nambari ya Mtihani: </w:t>
      </w:r>
      <w:r>
        <w:t>____________________________________________________________</w:t>
      </w:r>
    </w:p>
    <w:p w14:paraId="6B841E37" w14:textId="77777777" w:rsidR="004B1C65" w:rsidRDefault="00000000">
      <w:pPr>
        <w:spacing w:after="40"/>
      </w:pPr>
      <w:r>
        <w:rPr>
          <w:b/>
        </w:rPr>
        <w:t xml:space="preserve">Darasa / Mkondo: </w:t>
      </w:r>
      <w:r>
        <w:t>____________________________________________________________</w:t>
      </w:r>
    </w:p>
    <w:p w14:paraId="46881B91" w14:textId="77777777" w:rsidR="004B1C65" w:rsidRPr="001A14B7" w:rsidRDefault="00000000">
      <w:pPr>
        <w:spacing w:after="40"/>
        <w:rPr>
          <w:lang w:val="de-DE"/>
        </w:rPr>
      </w:pPr>
      <w:r w:rsidRPr="001A14B7">
        <w:rPr>
          <w:b/>
          <w:lang w:val="de-DE"/>
        </w:rPr>
        <w:t xml:space="preserve">Tarehe: </w:t>
      </w:r>
      <w:r w:rsidRPr="001A14B7">
        <w:rPr>
          <w:lang w:val="de-DE"/>
        </w:rPr>
        <w:t>____________________________________________________________</w:t>
      </w:r>
    </w:p>
    <w:p w14:paraId="19DF175A" w14:textId="77777777" w:rsidR="004B1C65" w:rsidRPr="001A14B7" w:rsidRDefault="00000000">
      <w:pPr>
        <w:rPr>
          <w:lang w:val="de-DE"/>
        </w:rPr>
      </w:pPr>
      <w:r w:rsidRPr="001A14B7">
        <w:rPr>
          <w:b/>
          <w:lang w:val="de-DE"/>
        </w:rPr>
        <w:t>MAAGIZO</w:t>
      </w:r>
    </w:p>
    <w:p w14:paraId="1E8FA15A" w14:textId="77777777" w:rsidR="004B1C65" w:rsidRPr="001A14B7" w:rsidRDefault="00000000">
      <w:pPr>
        <w:rPr>
          <w:lang w:val="de-DE"/>
        </w:rPr>
      </w:pPr>
      <w:r w:rsidRPr="001A14B7">
        <w:rPr>
          <w:lang w:val="de-DE"/>
        </w:rPr>
        <w:t>• Jibu maswali yote.</w:t>
      </w:r>
    </w:p>
    <w:p w14:paraId="072DC261" w14:textId="77777777" w:rsidR="004B1C65" w:rsidRPr="001A14B7" w:rsidRDefault="00000000">
      <w:pPr>
        <w:rPr>
          <w:lang w:val="de-DE"/>
        </w:rPr>
      </w:pPr>
      <w:r w:rsidRPr="001A14B7">
        <w:rPr>
          <w:lang w:val="de-DE"/>
        </w:rPr>
        <w:t>• Andika kwa lugha fasaha na kwa mwandiko unaosomeka.</w:t>
      </w:r>
    </w:p>
    <w:p w14:paraId="0186BE10" w14:textId="77777777" w:rsidR="004B1C65" w:rsidRPr="001A14B7" w:rsidRDefault="00000000">
      <w:pPr>
        <w:rPr>
          <w:lang w:val="de-DE"/>
        </w:rPr>
      </w:pPr>
      <w:r w:rsidRPr="001A14B7">
        <w:rPr>
          <w:lang w:val="de-DE"/>
        </w:rPr>
        <w:t>• Zingatia maagizo ya kila swali.</w:t>
      </w:r>
    </w:p>
    <w:p w14:paraId="29360F7B" w14:textId="77777777" w:rsidR="004B1C65" w:rsidRPr="001A14B7" w:rsidRDefault="00000000">
      <w:pPr>
        <w:rPr>
          <w:lang w:val="de-DE"/>
        </w:rPr>
      </w:pPr>
      <w:r w:rsidRPr="001A14B7">
        <w:rPr>
          <w:lang w:val="de-DE"/>
        </w:rPr>
        <w:t>• Toa majibu kamili pale ambapo swali linahitaji maelezo.</w:t>
      </w:r>
    </w:p>
    <w:p w14:paraId="19FCA6D9" w14:textId="77777777" w:rsidR="004B1C65" w:rsidRPr="001A14B7" w:rsidRDefault="00000000">
      <w:pPr>
        <w:rPr>
          <w:lang w:val="de-DE"/>
        </w:rPr>
      </w:pPr>
      <w:r w:rsidRPr="001A14B7">
        <w:rPr>
          <w:lang w:val="de-DE"/>
        </w:rPr>
        <w:t>• Tathmini hii inahusu kwa jumla mada na mada ndogo zote za Muundo wa Mtaala wa Kiswahili Gredi ya 10.</w:t>
      </w:r>
    </w:p>
    <w:p w14:paraId="0C99848D" w14:textId="77777777" w:rsidR="004B1C65" w:rsidRPr="001A14B7" w:rsidRDefault="00000000">
      <w:pPr>
        <w:spacing w:before="100" w:after="40"/>
        <w:rPr>
          <w:lang w:val="de-DE"/>
        </w:rPr>
      </w:pPr>
      <w:r w:rsidRPr="001A14B7">
        <w:rPr>
          <w:b/>
          <w:sz w:val="24"/>
          <w:lang w:val="de-DE"/>
        </w:rPr>
        <w:t>SEHEMU A: KUSIKILIZA NA KUZUNGUMZA — ALAMA 20</w:t>
      </w:r>
    </w:p>
    <w:p w14:paraId="787EC968" w14:textId="77777777" w:rsidR="004B1C65" w:rsidRPr="001A14B7" w:rsidRDefault="00000000">
      <w:pPr>
        <w:spacing w:before="60" w:after="20"/>
        <w:rPr>
          <w:bCs/>
        </w:rPr>
      </w:pPr>
      <w:r w:rsidRPr="001A14B7">
        <w:rPr>
          <w:bCs/>
        </w:rPr>
        <w:t>1. Eleza vipengele vinne vya fani vinavyoweza kuzingatiwa unapochambua matini simulizi. (4 alama)</w:t>
      </w:r>
    </w:p>
    <w:p w14:paraId="33019B79" w14:textId="77777777" w:rsidR="004B1C65" w:rsidRPr="001A14B7" w:rsidRDefault="00000000">
      <w:pPr>
        <w:spacing w:after="0"/>
        <w:rPr>
          <w:bCs/>
        </w:rPr>
      </w:pPr>
      <w:r w:rsidRPr="001A14B7">
        <w:rPr>
          <w:bCs/>
          <w:sz w:val="16"/>
        </w:rPr>
        <w:t>________________________________________________________________________________</w:t>
      </w:r>
    </w:p>
    <w:p w14:paraId="5FB6366A" w14:textId="77777777" w:rsidR="004B1C65" w:rsidRPr="001A14B7" w:rsidRDefault="00000000">
      <w:pPr>
        <w:spacing w:after="0"/>
        <w:rPr>
          <w:bCs/>
        </w:rPr>
      </w:pPr>
      <w:r w:rsidRPr="001A14B7">
        <w:rPr>
          <w:bCs/>
          <w:sz w:val="16"/>
        </w:rPr>
        <w:t>________________________________________________________________________________</w:t>
      </w:r>
    </w:p>
    <w:p w14:paraId="6C5268F5" w14:textId="77777777" w:rsidR="004B1C65" w:rsidRPr="001A14B7" w:rsidRDefault="00000000">
      <w:pPr>
        <w:spacing w:after="0"/>
        <w:rPr>
          <w:bCs/>
        </w:rPr>
      </w:pPr>
      <w:r w:rsidRPr="001A14B7">
        <w:rPr>
          <w:bCs/>
          <w:sz w:val="16"/>
        </w:rPr>
        <w:t>________________________________________________________________________________</w:t>
      </w:r>
    </w:p>
    <w:p w14:paraId="309160C9" w14:textId="77777777" w:rsidR="004B1C65" w:rsidRPr="001A14B7" w:rsidRDefault="00000000">
      <w:pPr>
        <w:spacing w:after="0"/>
        <w:rPr>
          <w:bCs/>
        </w:rPr>
      </w:pPr>
      <w:r w:rsidRPr="001A14B7">
        <w:rPr>
          <w:bCs/>
          <w:sz w:val="16"/>
        </w:rPr>
        <w:t>________________________________________________________________________________</w:t>
      </w:r>
    </w:p>
    <w:p w14:paraId="543ADA82" w14:textId="77777777" w:rsidR="004B1C65" w:rsidRPr="001A14B7" w:rsidRDefault="00000000">
      <w:pPr>
        <w:spacing w:after="0"/>
        <w:rPr>
          <w:bCs/>
        </w:rPr>
      </w:pPr>
      <w:r w:rsidRPr="001A14B7">
        <w:rPr>
          <w:bCs/>
          <w:sz w:val="16"/>
        </w:rPr>
        <w:t>________________________________________________________________________________</w:t>
      </w:r>
    </w:p>
    <w:p w14:paraId="70DD7EBF" w14:textId="77777777" w:rsidR="004B1C65" w:rsidRPr="001A14B7" w:rsidRDefault="00000000">
      <w:pPr>
        <w:spacing w:before="60" w:after="20"/>
        <w:rPr>
          <w:bCs/>
        </w:rPr>
      </w:pPr>
      <w:r w:rsidRPr="001A14B7">
        <w:rPr>
          <w:bCs/>
        </w:rPr>
        <w:t>2. Taja na ueleze kwa ufupi mambo manne yanayozingatiwa katika matamshi bora ili ujumbe wa msemaji ueleweke. (4 alama)</w:t>
      </w:r>
    </w:p>
    <w:p w14:paraId="7C545733" w14:textId="77777777" w:rsidR="004B1C65" w:rsidRPr="001A14B7" w:rsidRDefault="00000000">
      <w:pPr>
        <w:spacing w:after="0"/>
        <w:rPr>
          <w:bCs/>
        </w:rPr>
      </w:pPr>
      <w:r w:rsidRPr="001A14B7">
        <w:rPr>
          <w:bCs/>
          <w:sz w:val="16"/>
        </w:rPr>
        <w:t>________________________________________________________________________________</w:t>
      </w:r>
    </w:p>
    <w:p w14:paraId="4AA23C6F" w14:textId="77777777" w:rsidR="004B1C65" w:rsidRPr="001A14B7" w:rsidRDefault="00000000">
      <w:pPr>
        <w:spacing w:after="0"/>
        <w:rPr>
          <w:bCs/>
        </w:rPr>
      </w:pPr>
      <w:r w:rsidRPr="001A14B7">
        <w:rPr>
          <w:bCs/>
          <w:sz w:val="16"/>
        </w:rPr>
        <w:t>________________________________________________________________________________</w:t>
      </w:r>
    </w:p>
    <w:p w14:paraId="4CF5405F" w14:textId="77777777" w:rsidR="004B1C65" w:rsidRPr="001A14B7" w:rsidRDefault="00000000">
      <w:pPr>
        <w:spacing w:after="0"/>
        <w:rPr>
          <w:bCs/>
        </w:rPr>
      </w:pPr>
      <w:r w:rsidRPr="001A14B7">
        <w:rPr>
          <w:bCs/>
          <w:sz w:val="16"/>
        </w:rPr>
        <w:t>________________________________________________________________________________</w:t>
      </w:r>
    </w:p>
    <w:p w14:paraId="77B35260" w14:textId="77777777" w:rsidR="004B1C65" w:rsidRPr="001A14B7" w:rsidRDefault="00000000">
      <w:pPr>
        <w:spacing w:after="0"/>
        <w:rPr>
          <w:bCs/>
        </w:rPr>
      </w:pPr>
      <w:r w:rsidRPr="001A14B7">
        <w:rPr>
          <w:bCs/>
          <w:sz w:val="16"/>
        </w:rPr>
        <w:t>________________________________________________________________________________</w:t>
      </w:r>
    </w:p>
    <w:p w14:paraId="356C3339" w14:textId="77777777" w:rsidR="004B1C65" w:rsidRPr="001A14B7" w:rsidRDefault="00000000">
      <w:pPr>
        <w:spacing w:after="0"/>
        <w:rPr>
          <w:bCs/>
        </w:rPr>
      </w:pPr>
      <w:r w:rsidRPr="001A14B7">
        <w:rPr>
          <w:bCs/>
          <w:sz w:val="16"/>
        </w:rPr>
        <w:t>________________________________________________________________________________</w:t>
      </w:r>
    </w:p>
    <w:p w14:paraId="12F5DF69" w14:textId="77777777" w:rsidR="004B1C65" w:rsidRPr="001A14B7" w:rsidRDefault="00000000">
      <w:pPr>
        <w:spacing w:before="60" w:after="20"/>
        <w:rPr>
          <w:bCs/>
        </w:rPr>
      </w:pPr>
      <w:r w:rsidRPr="001A14B7">
        <w:rPr>
          <w:bCs/>
        </w:rPr>
        <w:t>3. Eleza kanuni nne za uzungumzaji wa papo kwa papo katika mawasiliano ya kila siku. (4 alama)</w:t>
      </w:r>
    </w:p>
    <w:p w14:paraId="7D88807B" w14:textId="77777777" w:rsidR="004B1C65" w:rsidRPr="001A14B7" w:rsidRDefault="00000000">
      <w:pPr>
        <w:spacing w:after="0"/>
        <w:rPr>
          <w:bCs/>
        </w:rPr>
      </w:pPr>
      <w:r w:rsidRPr="001A14B7">
        <w:rPr>
          <w:bCs/>
          <w:sz w:val="16"/>
        </w:rPr>
        <w:t>________________________________________________________________________________</w:t>
      </w:r>
    </w:p>
    <w:p w14:paraId="78B5D781" w14:textId="77777777" w:rsidR="004B1C65" w:rsidRPr="001A14B7" w:rsidRDefault="00000000">
      <w:pPr>
        <w:spacing w:after="0"/>
        <w:rPr>
          <w:bCs/>
        </w:rPr>
      </w:pPr>
      <w:r w:rsidRPr="001A14B7">
        <w:rPr>
          <w:bCs/>
          <w:sz w:val="16"/>
        </w:rPr>
        <w:t>________________________________________________________________________________</w:t>
      </w:r>
    </w:p>
    <w:p w14:paraId="7319748F" w14:textId="77777777" w:rsidR="004B1C65" w:rsidRPr="001A14B7" w:rsidRDefault="00000000">
      <w:pPr>
        <w:spacing w:after="0"/>
        <w:rPr>
          <w:bCs/>
        </w:rPr>
      </w:pPr>
      <w:r w:rsidRPr="001A14B7">
        <w:rPr>
          <w:bCs/>
          <w:sz w:val="16"/>
        </w:rPr>
        <w:t>________________________________________________________________________________</w:t>
      </w:r>
    </w:p>
    <w:p w14:paraId="3299862A" w14:textId="77777777" w:rsidR="004B1C65" w:rsidRPr="001A14B7" w:rsidRDefault="00000000">
      <w:pPr>
        <w:spacing w:after="0"/>
        <w:rPr>
          <w:bCs/>
        </w:rPr>
      </w:pPr>
      <w:r w:rsidRPr="001A14B7">
        <w:rPr>
          <w:bCs/>
          <w:sz w:val="16"/>
        </w:rPr>
        <w:t>________________________________________________________________________________</w:t>
      </w:r>
    </w:p>
    <w:p w14:paraId="46BCC89B" w14:textId="77777777" w:rsidR="004B1C65" w:rsidRPr="001A14B7" w:rsidRDefault="00000000">
      <w:pPr>
        <w:spacing w:after="0"/>
        <w:rPr>
          <w:bCs/>
        </w:rPr>
      </w:pPr>
      <w:r w:rsidRPr="001A14B7">
        <w:rPr>
          <w:bCs/>
          <w:sz w:val="16"/>
        </w:rPr>
        <w:t>________________________________________________________________________________</w:t>
      </w:r>
    </w:p>
    <w:p w14:paraId="5368C9DC" w14:textId="77777777" w:rsidR="004B1C65" w:rsidRPr="001A14B7" w:rsidRDefault="00000000">
      <w:pPr>
        <w:spacing w:before="60" w:after="20"/>
        <w:rPr>
          <w:bCs/>
        </w:rPr>
      </w:pPr>
      <w:r w:rsidRPr="001A14B7">
        <w:rPr>
          <w:bCs/>
        </w:rPr>
        <w:t>4. Eleza vipengele vinne vya usikilizaji husishi vinavyomwezesha msikilizaji kuelewa na kuitikia ujumbe ipasavyo. (4 alama)</w:t>
      </w:r>
    </w:p>
    <w:p w14:paraId="7614D7CF" w14:textId="77777777" w:rsidR="004B1C65" w:rsidRPr="001A14B7" w:rsidRDefault="00000000">
      <w:pPr>
        <w:spacing w:after="0"/>
        <w:rPr>
          <w:bCs/>
        </w:rPr>
      </w:pPr>
      <w:r w:rsidRPr="001A14B7">
        <w:rPr>
          <w:bCs/>
          <w:sz w:val="16"/>
        </w:rPr>
        <w:t>________________________________________________________________________________</w:t>
      </w:r>
    </w:p>
    <w:p w14:paraId="18A806B4" w14:textId="77777777" w:rsidR="004B1C65" w:rsidRPr="001A14B7" w:rsidRDefault="00000000">
      <w:pPr>
        <w:spacing w:after="0"/>
        <w:rPr>
          <w:bCs/>
        </w:rPr>
      </w:pPr>
      <w:r w:rsidRPr="001A14B7">
        <w:rPr>
          <w:bCs/>
          <w:sz w:val="16"/>
        </w:rPr>
        <w:t>________________________________________________________________________________</w:t>
      </w:r>
    </w:p>
    <w:p w14:paraId="0115ED74" w14:textId="77777777" w:rsidR="004B1C65" w:rsidRPr="001A14B7" w:rsidRDefault="00000000">
      <w:pPr>
        <w:spacing w:after="0"/>
        <w:rPr>
          <w:bCs/>
        </w:rPr>
      </w:pPr>
      <w:r w:rsidRPr="001A14B7">
        <w:rPr>
          <w:bCs/>
          <w:sz w:val="16"/>
        </w:rPr>
        <w:t>________________________________________________________________________________</w:t>
      </w:r>
    </w:p>
    <w:p w14:paraId="4143283F" w14:textId="77777777" w:rsidR="004B1C65" w:rsidRPr="001A14B7" w:rsidRDefault="00000000">
      <w:pPr>
        <w:spacing w:after="0"/>
        <w:rPr>
          <w:bCs/>
        </w:rPr>
      </w:pPr>
      <w:r w:rsidRPr="001A14B7">
        <w:rPr>
          <w:bCs/>
          <w:sz w:val="16"/>
        </w:rPr>
        <w:t>________________________________________________________________________________</w:t>
      </w:r>
    </w:p>
    <w:p w14:paraId="486BE010" w14:textId="77777777" w:rsidR="004B1C65" w:rsidRPr="001A14B7" w:rsidRDefault="00000000">
      <w:pPr>
        <w:spacing w:after="0"/>
        <w:rPr>
          <w:bCs/>
        </w:rPr>
      </w:pPr>
      <w:r w:rsidRPr="001A14B7">
        <w:rPr>
          <w:bCs/>
          <w:sz w:val="16"/>
        </w:rPr>
        <w:t>________________________________________________________________________________</w:t>
      </w:r>
    </w:p>
    <w:p w14:paraId="6D7FAFAF" w14:textId="77777777" w:rsidR="004B1C65" w:rsidRPr="001A14B7" w:rsidRDefault="00000000">
      <w:pPr>
        <w:spacing w:before="60" w:after="20"/>
        <w:rPr>
          <w:bCs/>
        </w:rPr>
      </w:pPr>
      <w:r w:rsidRPr="001A14B7">
        <w:rPr>
          <w:bCs/>
        </w:rPr>
        <w:t>5. Eleza mambo manne ya kuzingatia katika kusikiliza kwa kuhakiki matini ili kutofautisha hoja halisi na taarifa zisizo sahihi. (4 alama)</w:t>
      </w:r>
    </w:p>
    <w:p w14:paraId="5683BFAA" w14:textId="77777777" w:rsidR="004B1C65" w:rsidRPr="001A14B7" w:rsidRDefault="00000000">
      <w:pPr>
        <w:spacing w:after="0"/>
        <w:rPr>
          <w:bCs/>
        </w:rPr>
      </w:pPr>
      <w:r w:rsidRPr="001A14B7">
        <w:rPr>
          <w:bCs/>
          <w:sz w:val="16"/>
        </w:rPr>
        <w:lastRenderedPageBreak/>
        <w:t>________________________________________________________________________________</w:t>
      </w:r>
    </w:p>
    <w:p w14:paraId="175CB69A" w14:textId="77777777" w:rsidR="004B1C65" w:rsidRPr="001A14B7" w:rsidRDefault="00000000">
      <w:pPr>
        <w:spacing w:after="0"/>
        <w:rPr>
          <w:bCs/>
        </w:rPr>
      </w:pPr>
      <w:r w:rsidRPr="001A14B7">
        <w:rPr>
          <w:bCs/>
          <w:sz w:val="16"/>
        </w:rPr>
        <w:t>________________________________________________________________________________</w:t>
      </w:r>
    </w:p>
    <w:p w14:paraId="5AD5DD41" w14:textId="77777777" w:rsidR="004B1C65" w:rsidRPr="001A14B7" w:rsidRDefault="00000000">
      <w:pPr>
        <w:spacing w:after="0"/>
        <w:rPr>
          <w:bCs/>
        </w:rPr>
      </w:pPr>
      <w:r w:rsidRPr="001A14B7">
        <w:rPr>
          <w:bCs/>
          <w:sz w:val="16"/>
        </w:rPr>
        <w:t>________________________________________________________________________________</w:t>
      </w:r>
    </w:p>
    <w:p w14:paraId="5995E000" w14:textId="77777777" w:rsidR="004B1C65" w:rsidRPr="001A14B7" w:rsidRDefault="00000000">
      <w:pPr>
        <w:spacing w:after="0"/>
        <w:rPr>
          <w:bCs/>
        </w:rPr>
      </w:pPr>
      <w:r w:rsidRPr="001A14B7">
        <w:rPr>
          <w:bCs/>
          <w:sz w:val="16"/>
        </w:rPr>
        <w:t>________________________________________________________________________________</w:t>
      </w:r>
    </w:p>
    <w:p w14:paraId="65BF5496" w14:textId="77777777" w:rsidR="004B1C65" w:rsidRPr="001A14B7" w:rsidRDefault="00000000">
      <w:pPr>
        <w:spacing w:after="0"/>
        <w:rPr>
          <w:bCs/>
        </w:rPr>
      </w:pPr>
      <w:r w:rsidRPr="001A14B7">
        <w:rPr>
          <w:bCs/>
          <w:sz w:val="16"/>
        </w:rPr>
        <w:t>________________________________________________________________________________</w:t>
      </w:r>
    </w:p>
    <w:p w14:paraId="781CF09B" w14:textId="77777777" w:rsidR="004B1C65" w:rsidRPr="001A14B7" w:rsidRDefault="00000000">
      <w:pPr>
        <w:spacing w:before="100" w:after="40"/>
        <w:rPr>
          <w:b/>
        </w:rPr>
      </w:pPr>
      <w:r w:rsidRPr="001A14B7">
        <w:rPr>
          <w:b/>
          <w:sz w:val="24"/>
        </w:rPr>
        <w:t>SEHEMU B: KUSOMA — ALAMA 20</w:t>
      </w:r>
    </w:p>
    <w:p w14:paraId="09475CA7" w14:textId="77777777" w:rsidR="004B1C65" w:rsidRPr="001A14B7" w:rsidRDefault="00000000">
      <w:pPr>
        <w:spacing w:before="60" w:after="20"/>
        <w:rPr>
          <w:bCs/>
        </w:rPr>
      </w:pPr>
      <w:r w:rsidRPr="001A14B7">
        <w:rPr>
          <w:bCs/>
        </w:rPr>
        <w:t>6. Soma kifungu hiki kisha ujibu: “Mazingira safi huanza na maamuzi madogo ya kila siku. Mwanafunzi anayepanga taka, kutumia tena vitu vinavyofaa na kuhimiza wenzake kutunza mazingira huchangia afya ya jamii.” Eleza ujumbe mkuu na hoja tatu zinazounga mkono ujumbe huo. (4 alama)</w:t>
      </w:r>
    </w:p>
    <w:p w14:paraId="11BA2D57" w14:textId="77777777" w:rsidR="004B1C65" w:rsidRPr="001A14B7" w:rsidRDefault="00000000">
      <w:pPr>
        <w:spacing w:after="0"/>
        <w:rPr>
          <w:bCs/>
        </w:rPr>
      </w:pPr>
      <w:r w:rsidRPr="001A14B7">
        <w:rPr>
          <w:bCs/>
          <w:sz w:val="16"/>
        </w:rPr>
        <w:t>________________________________________________________________________________</w:t>
      </w:r>
    </w:p>
    <w:p w14:paraId="2E6A1EB3" w14:textId="77777777" w:rsidR="004B1C65" w:rsidRPr="001A14B7" w:rsidRDefault="00000000">
      <w:pPr>
        <w:spacing w:after="0"/>
        <w:rPr>
          <w:bCs/>
        </w:rPr>
      </w:pPr>
      <w:r w:rsidRPr="001A14B7">
        <w:rPr>
          <w:bCs/>
          <w:sz w:val="16"/>
        </w:rPr>
        <w:t>________________________________________________________________________________</w:t>
      </w:r>
    </w:p>
    <w:p w14:paraId="3828866E" w14:textId="77777777" w:rsidR="004B1C65" w:rsidRPr="001A14B7" w:rsidRDefault="00000000">
      <w:pPr>
        <w:spacing w:after="0"/>
        <w:rPr>
          <w:bCs/>
        </w:rPr>
      </w:pPr>
      <w:r w:rsidRPr="001A14B7">
        <w:rPr>
          <w:bCs/>
          <w:sz w:val="16"/>
        </w:rPr>
        <w:t>________________________________________________________________________________</w:t>
      </w:r>
    </w:p>
    <w:p w14:paraId="05B9F5CB" w14:textId="77777777" w:rsidR="004B1C65" w:rsidRPr="001A14B7" w:rsidRDefault="00000000">
      <w:pPr>
        <w:spacing w:after="0"/>
        <w:rPr>
          <w:bCs/>
        </w:rPr>
      </w:pPr>
      <w:r w:rsidRPr="001A14B7">
        <w:rPr>
          <w:bCs/>
          <w:sz w:val="16"/>
        </w:rPr>
        <w:t>________________________________________________________________________________</w:t>
      </w:r>
    </w:p>
    <w:p w14:paraId="4A171954" w14:textId="77777777" w:rsidR="004B1C65" w:rsidRPr="001A14B7" w:rsidRDefault="00000000">
      <w:pPr>
        <w:spacing w:after="0"/>
        <w:rPr>
          <w:bCs/>
        </w:rPr>
      </w:pPr>
      <w:r w:rsidRPr="001A14B7">
        <w:rPr>
          <w:bCs/>
          <w:sz w:val="16"/>
        </w:rPr>
        <w:t>________________________________________________________________________________</w:t>
      </w:r>
    </w:p>
    <w:p w14:paraId="73338846" w14:textId="77777777" w:rsidR="004B1C65" w:rsidRPr="001A14B7" w:rsidRDefault="00000000">
      <w:pPr>
        <w:spacing w:before="60" w:after="20"/>
        <w:rPr>
          <w:bCs/>
        </w:rPr>
      </w:pPr>
      <w:r w:rsidRPr="001A14B7">
        <w:rPr>
          <w:bCs/>
        </w:rPr>
        <w:t>7. Eleza hatua nne za kufuata unapofupisha kifungu cha kupasha habari bila kupoteza ujumbe muhimu. (4 alama)</w:t>
      </w:r>
    </w:p>
    <w:p w14:paraId="1AFFE0B0" w14:textId="77777777" w:rsidR="004B1C65" w:rsidRPr="001A14B7" w:rsidRDefault="00000000">
      <w:pPr>
        <w:spacing w:after="0"/>
        <w:rPr>
          <w:bCs/>
        </w:rPr>
      </w:pPr>
      <w:r w:rsidRPr="001A14B7">
        <w:rPr>
          <w:bCs/>
          <w:sz w:val="16"/>
        </w:rPr>
        <w:t>________________________________________________________________________________</w:t>
      </w:r>
    </w:p>
    <w:p w14:paraId="655B9222" w14:textId="77777777" w:rsidR="004B1C65" w:rsidRPr="001A14B7" w:rsidRDefault="00000000">
      <w:pPr>
        <w:spacing w:after="0"/>
        <w:rPr>
          <w:bCs/>
        </w:rPr>
      </w:pPr>
      <w:r w:rsidRPr="001A14B7">
        <w:rPr>
          <w:bCs/>
          <w:sz w:val="16"/>
        </w:rPr>
        <w:t>________________________________________________________________________________</w:t>
      </w:r>
    </w:p>
    <w:p w14:paraId="05020629" w14:textId="77777777" w:rsidR="004B1C65" w:rsidRPr="001A14B7" w:rsidRDefault="00000000">
      <w:pPr>
        <w:spacing w:after="0"/>
        <w:rPr>
          <w:bCs/>
        </w:rPr>
      </w:pPr>
      <w:r w:rsidRPr="001A14B7">
        <w:rPr>
          <w:bCs/>
          <w:sz w:val="16"/>
        </w:rPr>
        <w:t>________________________________________________________________________________</w:t>
      </w:r>
    </w:p>
    <w:p w14:paraId="39B30446" w14:textId="77777777" w:rsidR="004B1C65" w:rsidRPr="001A14B7" w:rsidRDefault="00000000">
      <w:pPr>
        <w:spacing w:after="0"/>
        <w:rPr>
          <w:bCs/>
        </w:rPr>
      </w:pPr>
      <w:r w:rsidRPr="001A14B7">
        <w:rPr>
          <w:bCs/>
          <w:sz w:val="16"/>
        </w:rPr>
        <w:t>________________________________________________________________________________</w:t>
      </w:r>
    </w:p>
    <w:p w14:paraId="23B7BFCF" w14:textId="77777777" w:rsidR="004B1C65" w:rsidRPr="001A14B7" w:rsidRDefault="00000000">
      <w:pPr>
        <w:spacing w:after="0"/>
        <w:rPr>
          <w:bCs/>
        </w:rPr>
      </w:pPr>
      <w:r w:rsidRPr="001A14B7">
        <w:rPr>
          <w:bCs/>
          <w:sz w:val="16"/>
        </w:rPr>
        <w:t>________________________________________________________________________________</w:t>
      </w:r>
    </w:p>
    <w:p w14:paraId="5B461B86" w14:textId="77777777" w:rsidR="004B1C65" w:rsidRPr="001A14B7" w:rsidRDefault="00000000">
      <w:pPr>
        <w:spacing w:before="60" w:after="20"/>
        <w:rPr>
          <w:bCs/>
        </w:rPr>
      </w:pPr>
      <w:r w:rsidRPr="001A14B7">
        <w:rPr>
          <w:bCs/>
        </w:rPr>
        <w:t>8. Eleza mambo manne ya kuzingatia unapochagua na kusoma matini ya kujichagulia kwa mapana. (4 alama)</w:t>
      </w:r>
    </w:p>
    <w:p w14:paraId="2B9ACDC8" w14:textId="77777777" w:rsidR="004B1C65" w:rsidRPr="001A14B7" w:rsidRDefault="00000000">
      <w:pPr>
        <w:spacing w:after="0"/>
        <w:rPr>
          <w:bCs/>
        </w:rPr>
      </w:pPr>
      <w:r w:rsidRPr="001A14B7">
        <w:rPr>
          <w:bCs/>
          <w:sz w:val="16"/>
        </w:rPr>
        <w:t>________________________________________________________________________________</w:t>
      </w:r>
    </w:p>
    <w:p w14:paraId="6CD52CEC" w14:textId="77777777" w:rsidR="004B1C65" w:rsidRPr="001A14B7" w:rsidRDefault="00000000">
      <w:pPr>
        <w:spacing w:after="0"/>
        <w:rPr>
          <w:bCs/>
        </w:rPr>
      </w:pPr>
      <w:r w:rsidRPr="001A14B7">
        <w:rPr>
          <w:bCs/>
          <w:sz w:val="16"/>
        </w:rPr>
        <w:t>________________________________________________________________________________</w:t>
      </w:r>
    </w:p>
    <w:p w14:paraId="49294D93" w14:textId="77777777" w:rsidR="004B1C65" w:rsidRPr="001A14B7" w:rsidRDefault="00000000">
      <w:pPr>
        <w:spacing w:after="0"/>
        <w:rPr>
          <w:bCs/>
        </w:rPr>
      </w:pPr>
      <w:r w:rsidRPr="001A14B7">
        <w:rPr>
          <w:bCs/>
          <w:sz w:val="16"/>
        </w:rPr>
        <w:t>________________________________________________________________________________</w:t>
      </w:r>
    </w:p>
    <w:p w14:paraId="5091D359" w14:textId="77777777" w:rsidR="004B1C65" w:rsidRPr="001A14B7" w:rsidRDefault="00000000">
      <w:pPr>
        <w:spacing w:after="0"/>
        <w:rPr>
          <w:bCs/>
        </w:rPr>
      </w:pPr>
      <w:r w:rsidRPr="001A14B7">
        <w:rPr>
          <w:bCs/>
          <w:sz w:val="16"/>
        </w:rPr>
        <w:t>________________________________________________________________________________</w:t>
      </w:r>
    </w:p>
    <w:p w14:paraId="0565DA19" w14:textId="77777777" w:rsidR="004B1C65" w:rsidRPr="001A14B7" w:rsidRDefault="00000000">
      <w:pPr>
        <w:spacing w:after="0"/>
        <w:rPr>
          <w:bCs/>
        </w:rPr>
      </w:pPr>
      <w:r w:rsidRPr="001A14B7">
        <w:rPr>
          <w:bCs/>
          <w:sz w:val="16"/>
        </w:rPr>
        <w:t>________________________________________________________________________________</w:t>
      </w:r>
    </w:p>
    <w:p w14:paraId="2F6C9F9D" w14:textId="77777777" w:rsidR="004B1C65" w:rsidRPr="001A14B7" w:rsidRDefault="00000000">
      <w:pPr>
        <w:spacing w:before="60" w:after="20"/>
        <w:rPr>
          <w:bCs/>
        </w:rPr>
      </w:pPr>
      <w:r w:rsidRPr="001A14B7">
        <w:rPr>
          <w:bCs/>
        </w:rPr>
        <w:t>9. Eleza mbinu nne zinazoweza kutumiwa katika usomaji wa kuduhushi ili kupata taarifa mahususi kwa haraka. (4 alama)</w:t>
      </w:r>
    </w:p>
    <w:p w14:paraId="75341C27" w14:textId="77777777" w:rsidR="004B1C65" w:rsidRPr="001A14B7" w:rsidRDefault="00000000">
      <w:pPr>
        <w:spacing w:after="0"/>
        <w:rPr>
          <w:bCs/>
        </w:rPr>
      </w:pPr>
      <w:r w:rsidRPr="001A14B7">
        <w:rPr>
          <w:bCs/>
          <w:sz w:val="16"/>
        </w:rPr>
        <w:t>________________________________________________________________________________</w:t>
      </w:r>
    </w:p>
    <w:p w14:paraId="6B29075D" w14:textId="77777777" w:rsidR="004B1C65" w:rsidRPr="001A14B7" w:rsidRDefault="00000000">
      <w:pPr>
        <w:spacing w:after="0"/>
        <w:rPr>
          <w:bCs/>
        </w:rPr>
      </w:pPr>
      <w:r w:rsidRPr="001A14B7">
        <w:rPr>
          <w:bCs/>
          <w:sz w:val="16"/>
        </w:rPr>
        <w:t>________________________________________________________________________________</w:t>
      </w:r>
    </w:p>
    <w:p w14:paraId="200C7D16" w14:textId="77777777" w:rsidR="004B1C65" w:rsidRPr="001A14B7" w:rsidRDefault="00000000">
      <w:pPr>
        <w:spacing w:after="0"/>
        <w:rPr>
          <w:bCs/>
        </w:rPr>
      </w:pPr>
      <w:r w:rsidRPr="001A14B7">
        <w:rPr>
          <w:bCs/>
          <w:sz w:val="16"/>
        </w:rPr>
        <w:t>________________________________________________________________________________</w:t>
      </w:r>
    </w:p>
    <w:p w14:paraId="1A278A0A" w14:textId="77777777" w:rsidR="004B1C65" w:rsidRPr="001A14B7" w:rsidRDefault="00000000">
      <w:pPr>
        <w:spacing w:after="0"/>
        <w:rPr>
          <w:bCs/>
        </w:rPr>
      </w:pPr>
      <w:r w:rsidRPr="001A14B7">
        <w:rPr>
          <w:bCs/>
          <w:sz w:val="16"/>
        </w:rPr>
        <w:t>________________________________________________________________________________</w:t>
      </w:r>
    </w:p>
    <w:p w14:paraId="79E75B53" w14:textId="77777777" w:rsidR="004B1C65" w:rsidRPr="001A14B7" w:rsidRDefault="00000000">
      <w:pPr>
        <w:spacing w:after="0"/>
        <w:rPr>
          <w:bCs/>
        </w:rPr>
      </w:pPr>
      <w:r w:rsidRPr="001A14B7">
        <w:rPr>
          <w:bCs/>
          <w:sz w:val="16"/>
        </w:rPr>
        <w:t>________________________________________________________________________________</w:t>
      </w:r>
    </w:p>
    <w:p w14:paraId="3BA77A1C" w14:textId="77777777" w:rsidR="004B1C65" w:rsidRPr="001A14B7" w:rsidRDefault="00000000">
      <w:pPr>
        <w:spacing w:before="60" w:after="20"/>
        <w:rPr>
          <w:bCs/>
        </w:rPr>
      </w:pPr>
      <w:r w:rsidRPr="001A14B7">
        <w:rPr>
          <w:bCs/>
        </w:rPr>
        <w:t>10. Eleza vipengele vinne vya kusoma kwa ufasaha vinavyopaswa kuzingatiwa wakati wa kusoma kifungu cha maelezo kwa sauti. (4 alama)</w:t>
      </w:r>
    </w:p>
    <w:p w14:paraId="230460DC" w14:textId="77777777" w:rsidR="004B1C65" w:rsidRPr="001A14B7" w:rsidRDefault="00000000">
      <w:pPr>
        <w:spacing w:after="0"/>
        <w:rPr>
          <w:bCs/>
        </w:rPr>
      </w:pPr>
      <w:r w:rsidRPr="001A14B7">
        <w:rPr>
          <w:bCs/>
          <w:sz w:val="16"/>
        </w:rPr>
        <w:t>________________________________________________________________________________</w:t>
      </w:r>
    </w:p>
    <w:p w14:paraId="7A04A5D8" w14:textId="77777777" w:rsidR="004B1C65" w:rsidRPr="001A14B7" w:rsidRDefault="00000000">
      <w:pPr>
        <w:spacing w:after="0"/>
        <w:rPr>
          <w:bCs/>
        </w:rPr>
      </w:pPr>
      <w:r w:rsidRPr="001A14B7">
        <w:rPr>
          <w:bCs/>
          <w:sz w:val="16"/>
        </w:rPr>
        <w:t>________________________________________________________________________________</w:t>
      </w:r>
    </w:p>
    <w:p w14:paraId="1F5B4C14" w14:textId="77777777" w:rsidR="004B1C65" w:rsidRPr="001A14B7" w:rsidRDefault="00000000">
      <w:pPr>
        <w:spacing w:after="0"/>
        <w:rPr>
          <w:bCs/>
        </w:rPr>
      </w:pPr>
      <w:r w:rsidRPr="001A14B7">
        <w:rPr>
          <w:bCs/>
          <w:sz w:val="16"/>
        </w:rPr>
        <w:t>________________________________________________________________________________</w:t>
      </w:r>
    </w:p>
    <w:p w14:paraId="0C825171" w14:textId="77777777" w:rsidR="004B1C65" w:rsidRPr="001A14B7" w:rsidRDefault="00000000">
      <w:pPr>
        <w:spacing w:after="0"/>
        <w:rPr>
          <w:bCs/>
        </w:rPr>
      </w:pPr>
      <w:r w:rsidRPr="001A14B7">
        <w:rPr>
          <w:bCs/>
          <w:sz w:val="16"/>
        </w:rPr>
        <w:t>________________________________________________________________________________</w:t>
      </w:r>
    </w:p>
    <w:p w14:paraId="7E7B1C09" w14:textId="77777777" w:rsidR="004B1C65" w:rsidRPr="001A14B7" w:rsidRDefault="00000000">
      <w:pPr>
        <w:spacing w:after="0"/>
        <w:rPr>
          <w:bCs/>
        </w:rPr>
      </w:pPr>
      <w:r w:rsidRPr="001A14B7">
        <w:rPr>
          <w:bCs/>
          <w:sz w:val="16"/>
        </w:rPr>
        <w:t>________________________________________________________________________________</w:t>
      </w:r>
    </w:p>
    <w:p w14:paraId="53EF8A1E" w14:textId="77777777" w:rsidR="004B1C65" w:rsidRPr="001A14B7" w:rsidRDefault="00000000">
      <w:pPr>
        <w:spacing w:before="100" w:after="40"/>
        <w:rPr>
          <w:b/>
        </w:rPr>
      </w:pPr>
      <w:r w:rsidRPr="001A14B7">
        <w:rPr>
          <w:b/>
          <w:sz w:val="24"/>
        </w:rPr>
        <w:t>SEHEMU C: KUANDIKA — ALAMA 20</w:t>
      </w:r>
    </w:p>
    <w:p w14:paraId="27927CB0" w14:textId="77777777" w:rsidR="004B1C65" w:rsidRPr="001A14B7" w:rsidRDefault="00000000">
      <w:pPr>
        <w:spacing w:before="60" w:after="20"/>
        <w:rPr>
          <w:bCs/>
        </w:rPr>
      </w:pPr>
      <w:r w:rsidRPr="001A14B7">
        <w:rPr>
          <w:bCs/>
        </w:rPr>
        <w:t>11. Andika barua ya kirafiki fupi ya kumshauri rafiki yako anayekabiliwa na shinikizo kutoka kwa marafiki kuhusu matumizi mabaya ya muda. Zingatia vipengele vinne muhimu vya barua ya kirafiki. (4 alama)</w:t>
      </w:r>
    </w:p>
    <w:p w14:paraId="39C632F8" w14:textId="77777777" w:rsidR="004B1C65" w:rsidRPr="001A14B7" w:rsidRDefault="00000000">
      <w:pPr>
        <w:spacing w:after="0"/>
        <w:rPr>
          <w:bCs/>
        </w:rPr>
      </w:pPr>
      <w:r w:rsidRPr="001A14B7">
        <w:rPr>
          <w:bCs/>
          <w:sz w:val="16"/>
        </w:rPr>
        <w:t>________________________________________________________________________________</w:t>
      </w:r>
    </w:p>
    <w:p w14:paraId="039E356E" w14:textId="77777777" w:rsidR="004B1C65" w:rsidRPr="001A14B7" w:rsidRDefault="00000000">
      <w:pPr>
        <w:spacing w:after="0"/>
        <w:rPr>
          <w:bCs/>
        </w:rPr>
      </w:pPr>
      <w:r w:rsidRPr="001A14B7">
        <w:rPr>
          <w:bCs/>
          <w:sz w:val="16"/>
        </w:rPr>
        <w:t>________________________________________________________________________________</w:t>
      </w:r>
    </w:p>
    <w:p w14:paraId="67746E90" w14:textId="77777777" w:rsidR="004B1C65" w:rsidRPr="001A14B7" w:rsidRDefault="00000000">
      <w:pPr>
        <w:spacing w:after="0"/>
        <w:rPr>
          <w:bCs/>
        </w:rPr>
      </w:pPr>
      <w:r w:rsidRPr="001A14B7">
        <w:rPr>
          <w:bCs/>
          <w:sz w:val="16"/>
        </w:rPr>
        <w:t>________________________________________________________________________________</w:t>
      </w:r>
    </w:p>
    <w:p w14:paraId="78C26D97" w14:textId="77777777" w:rsidR="004B1C65" w:rsidRPr="001A14B7" w:rsidRDefault="00000000">
      <w:pPr>
        <w:spacing w:after="0"/>
        <w:rPr>
          <w:bCs/>
        </w:rPr>
      </w:pPr>
      <w:r w:rsidRPr="001A14B7">
        <w:rPr>
          <w:bCs/>
          <w:sz w:val="16"/>
        </w:rPr>
        <w:t>________________________________________________________________________________</w:t>
      </w:r>
    </w:p>
    <w:p w14:paraId="55F32D8B" w14:textId="77777777" w:rsidR="004B1C65" w:rsidRDefault="00000000">
      <w:pPr>
        <w:spacing w:after="0"/>
        <w:rPr>
          <w:bCs/>
          <w:sz w:val="16"/>
        </w:rPr>
      </w:pPr>
      <w:r w:rsidRPr="001A14B7">
        <w:rPr>
          <w:bCs/>
          <w:sz w:val="16"/>
        </w:rPr>
        <w:t>________________________________________________________________________________</w:t>
      </w:r>
    </w:p>
    <w:p w14:paraId="0AD96491"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0F3C393"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2A2C162" w14:textId="77777777" w:rsidR="001A14B7" w:rsidRPr="001A14B7" w:rsidRDefault="001A14B7" w:rsidP="001A14B7">
      <w:pPr>
        <w:spacing w:after="0"/>
        <w:rPr>
          <w:bCs/>
        </w:rPr>
      </w:pPr>
      <w:r w:rsidRPr="001A14B7">
        <w:rPr>
          <w:bCs/>
          <w:sz w:val="16"/>
        </w:rPr>
        <w:t>________________________________________________________________________________</w:t>
      </w:r>
    </w:p>
    <w:p w14:paraId="28E1A46B"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36D723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15B027AB" w14:textId="77777777" w:rsidR="001A14B7" w:rsidRPr="001A14B7" w:rsidRDefault="001A14B7" w:rsidP="001A14B7">
      <w:pPr>
        <w:spacing w:after="0"/>
        <w:rPr>
          <w:bCs/>
        </w:rPr>
      </w:pPr>
      <w:r w:rsidRPr="001A14B7">
        <w:rPr>
          <w:bCs/>
          <w:sz w:val="16"/>
        </w:rPr>
        <w:t>________________________________________________________________________________</w:t>
      </w:r>
    </w:p>
    <w:p w14:paraId="21EE92D4"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883A25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4CF7967B"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154D35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15E99275"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CA43CC4" w14:textId="77777777" w:rsidR="001A14B7" w:rsidRPr="001A14B7" w:rsidRDefault="001A14B7" w:rsidP="001A14B7">
      <w:pPr>
        <w:spacing w:after="0"/>
        <w:rPr>
          <w:bCs/>
        </w:rPr>
      </w:pPr>
      <w:r w:rsidRPr="001A14B7">
        <w:rPr>
          <w:bCs/>
          <w:sz w:val="16"/>
        </w:rPr>
        <w:t>________________________________________________________________________________</w:t>
      </w:r>
    </w:p>
    <w:p w14:paraId="03BBEFC4" w14:textId="77777777" w:rsidR="001A14B7" w:rsidRPr="001A14B7" w:rsidRDefault="001A14B7" w:rsidP="001A14B7">
      <w:pPr>
        <w:spacing w:after="0"/>
        <w:rPr>
          <w:bCs/>
        </w:rPr>
      </w:pPr>
      <w:r w:rsidRPr="001A14B7">
        <w:rPr>
          <w:bCs/>
          <w:sz w:val="16"/>
        </w:rPr>
        <w:lastRenderedPageBreak/>
        <w:t>________________________________________________________________________________</w:t>
      </w:r>
    </w:p>
    <w:p w14:paraId="5BE9ED65"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8452890" w14:textId="77777777" w:rsidR="001A14B7" w:rsidRPr="001A14B7" w:rsidRDefault="001A14B7" w:rsidP="001A14B7">
      <w:pPr>
        <w:spacing w:after="0"/>
        <w:rPr>
          <w:bCs/>
        </w:rPr>
      </w:pPr>
      <w:r w:rsidRPr="001A14B7">
        <w:rPr>
          <w:bCs/>
          <w:sz w:val="16"/>
        </w:rPr>
        <w:t>________________________________________________________________________________</w:t>
      </w:r>
    </w:p>
    <w:p w14:paraId="6D2718B7" w14:textId="77777777" w:rsidR="004B1C65" w:rsidRPr="001A14B7" w:rsidRDefault="00000000">
      <w:pPr>
        <w:spacing w:before="60" w:after="20"/>
        <w:rPr>
          <w:bCs/>
        </w:rPr>
      </w:pPr>
      <w:r w:rsidRPr="001A14B7">
        <w:rPr>
          <w:bCs/>
        </w:rPr>
        <w:t>12. Eleza vipengele vinne muhimu vya insha ya wasifu na kisha taja aina ya taarifa zinazofaa kujumuishwa katika wasifu wa mtu. (4 alama)</w:t>
      </w:r>
    </w:p>
    <w:p w14:paraId="0FEC21EA" w14:textId="77777777" w:rsidR="004B1C65" w:rsidRPr="001A14B7" w:rsidRDefault="00000000">
      <w:pPr>
        <w:spacing w:after="0"/>
        <w:rPr>
          <w:bCs/>
        </w:rPr>
      </w:pPr>
      <w:r w:rsidRPr="001A14B7">
        <w:rPr>
          <w:bCs/>
          <w:sz w:val="16"/>
        </w:rPr>
        <w:t>________________________________________________________________________________</w:t>
      </w:r>
    </w:p>
    <w:p w14:paraId="70DDC42E" w14:textId="77777777" w:rsidR="004B1C65" w:rsidRPr="001A14B7" w:rsidRDefault="00000000">
      <w:pPr>
        <w:spacing w:after="0"/>
        <w:rPr>
          <w:bCs/>
        </w:rPr>
      </w:pPr>
      <w:r w:rsidRPr="001A14B7">
        <w:rPr>
          <w:bCs/>
          <w:sz w:val="16"/>
        </w:rPr>
        <w:t>________________________________________________________________________________</w:t>
      </w:r>
    </w:p>
    <w:p w14:paraId="06BBFF11" w14:textId="77777777" w:rsidR="004B1C65" w:rsidRPr="001A14B7" w:rsidRDefault="00000000">
      <w:pPr>
        <w:spacing w:after="0"/>
        <w:rPr>
          <w:bCs/>
        </w:rPr>
      </w:pPr>
      <w:r w:rsidRPr="001A14B7">
        <w:rPr>
          <w:bCs/>
          <w:sz w:val="16"/>
        </w:rPr>
        <w:t>________________________________________________________________________________</w:t>
      </w:r>
    </w:p>
    <w:p w14:paraId="7534E772" w14:textId="77777777" w:rsidR="004B1C65" w:rsidRPr="001A14B7" w:rsidRDefault="00000000">
      <w:pPr>
        <w:spacing w:after="0"/>
        <w:rPr>
          <w:bCs/>
        </w:rPr>
      </w:pPr>
      <w:r w:rsidRPr="001A14B7">
        <w:rPr>
          <w:bCs/>
          <w:sz w:val="16"/>
        </w:rPr>
        <w:t>________________________________________________________________________________</w:t>
      </w:r>
    </w:p>
    <w:p w14:paraId="099FEA11" w14:textId="77777777" w:rsidR="004B1C65" w:rsidRPr="001A14B7" w:rsidRDefault="00000000">
      <w:pPr>
        <w:spacing w:after="0"/>
        <w:rPr>
          <w:bCs/>
        </w:rPr>
      </w:pPr>
      <w:r w:rsidRPr="001A14B7">
        <w:rPr>
          <w:bCs/>
          <w:sz w:val="16"/>
        </w:rPr>
        <w:t>________________________________________________________________________________</w:t>
      </w:r>
    </w:p>
    <w:p w14:paraId="56E34625" w14:textId="77777777" w:rsidR="004B1C65" w:rsidRPr="001A14B7" w:rsidRDefault="00000000">
      <w:pPr>
        <w:spacing w:before="60" w:after="20"/>
        <w:rPr>
          <w:bCs/>
        </w:rPr>
      </w:pPr>
      <w:r w:rsidRPr="001A14B7">
        <w:rPr>
          <w:bCs/>
        </w:rPr>
        <w:t>13. Andika notisi fupi ya shule inayowajulisha wanafunzi kuhusu zoezi la usafi wa mazingira litakalofanyika siku ya Ijumaa. Hakikisha notisi yako ina taarifa nne muhimu. (4 alama)</w:t>
      </w:r>
    </w:p>
    <w:p w14:paraId="6806ED94" w14:textId="77777777" w:rsidR="004B1C65" w:rsidRPr="001A14B7" w:rsidRDefault="00000000">
      <w:pPr>
        <w:spacing w:after="0"/>
        <w:rPr>
          <w:bCs/>
        </w:rPr>
      </w:pPr>
      <w:r w:rsidRPr="001A14B7">
        <w:rPr>
          <w:bCs/>
          <w:sz w:val="16"/>
        </w:rPr>
        <w:t>________________________________________________________________________________</w:t>
      </w:r>
    </w:p>
    <w:p w14:paraId="6CD5356F" w14:textId="77777777" w:rsidR="004B1C65" w:rsidRPr="001A14B7" w:rsidRDefault="00000000">
      <w:pPr>
        <w:spacing w:after="0"/>
        <w:rPr>
          <w:bCs/>
        </w:rPr>
      </w:pPr>
      <w:r w:rsidRPr="001A14B7">
        <w:rPr>
          <w:bCs/>
          <w:sz w:val="16"/>
        </w:rPr>
        <w:t>________________________________________________________________________________</w:t>
      </w:r>
    </w:p>
    <w:p w14:paraId="4A6FC807" w14:textId="77777777" w:rsidR="004B1C65" w:rsidRPr="001A14B7" w:rsidRDefault="00000000">
      <w:pPr>
        <w:spacing w:after="0"/>
        <w:rPr>
          <w:bCs/>
        </w:rPr>
      </w:pPr>
      <w:r w:rsidRPr="001A14B7">
        <w:rPr>
          <w:bCs/>
          <w:sz w:val="16"/>
        </w:rPr>
        <w:t>________________________________________________________________________________</w:t>
      </w:r>
    </w:p>
    <w:p w14:paraId="3D59932E" w14:textId="77777777" w:rsidR="004B1C65" w:rsidRPr="001A14B7" w:rsidRDefault="00000000">
      <w:pPr>
        <w:spacing w:after="0"/>
        <w:rPr>
          <w:bCs/>
        </w:rPr>
      </w:pPr>
      <w:r w:rsidRPr="001A14B7">
        <w:rPr>
          <w:bCs/>
          <w:sz w:val="16"/>
        </w:rPr>
        <w:t>________________________________________________________________________________</w:t>
      </w:r>
    </w:p>
    <w:p w14:paraId="30700EFF" w14:textId="77777777" w:rsidR="004B1C65" w:rsidRDefault="00000000">
      <w:pPr>
        <w:spacing w:after="0"/>
        <w:rPr>
          <w:bCs/>
          <w:sz w:val="16"/>
        </w:rPr>
      </w:pPr>
      <w:r w:rsidRPr="001A14B7">
        <w:rPr>
          <w:bCs/>
          <w:sz w:val="16"/>
        </w:rPr>
        <w:t>________________________________________________________________________________</w:t>
      </w:r>
    </w:p>
    <w:p w14:paraId="441F234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9991C6D" w14:textId="77777777" w:rsidR="001A14B7" w:rsidRPr="001A14B7" w:rsidRDefault="001A14B7" w:rsidP="001A14B7">
      <w:pPr>
        <w:spacing w:after="0"/>
        <w:rPr>
          <w:bCs/>
        </w:rPr>
      </w:pPr>
      <w:r w:rsidRPr="001A14B7">
        <w:rPr>
          <w:bCs/>
          <w:sz w:val="16"/>
        </w:rPr>
        <w:t>________________________________________________________________________________</w:t>
      </w:r>
    </w:p>
    <w:p w14:paraId="01E4864D"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700DF7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7898125" w14:textId="77777777" w:rsidR="001A14B7" w:rsidRPr="001A14B7" w:rsidRDefault="001A14B7" w:rsidP="001A14B7">
      <w:pPr>
        <w:spacing w:after="0"/>
        <w:rPr>
          <w:bCs/>
        </w:rPr>
      </w:pPr>
      <w:r w:rsidRPr="001A14B7">
        <w:rPr>
          <w:bCs/>
          <w:sz w:val="16"/>
        </w:rPr>
        <w:t>________________________________________________________________________________</w:t>
      </w:r>
    </w:p>
    <w:p w14:paraId="2A83AFCD" w14:textId="77777777" w:rsidR="001A14B7" w:rsidRPr="001A14B7" w:rsidRDefault="001A14B7" w:rsidP="001A14B7">
      <w:pPr>
        <w:spacing w:after="0"/>
        <w:rPr>
          <w:bCs/>
        </w:rPr>
      </w:pPr>
      <w:r w:rsidRPr="001A14B7">
        <w:rPr>
          <w:bCs/>
          <w:sz w:val="16"/>
        </w:rPr>
        <w:t>________________________________________________________________________________</w:t>
      </w:r>
    </w:p>
    <w:p w14:paraId="18FC0279" w14:textId="77777777" w:rsidR="001A14B7" w:rsidRPr="001A14B7" w:rsidRDefault="001A14B7" w:rsidP="001A14B7">
      <w:pPr>
        <w:spacing w:after="0"/>
        <w:rPr>
          <w:bCs/>
        </w:rPr>
      </w:pPr>
      <w:r w:rsidRPr="001A14B7">
        <w:rPr>
          <w:bCs/>
          <w:sz w:val="16"/>
        </w:rPr>
        <w:t>________________________________________________________________________________</w:t>
      </w:r>
    </w:p>
    <w:p w14:paraId="16F79BE0"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4239187"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392C7E0"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4944F1A"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8AB920D" w14:textId="77777777" w:rsidR="001A14B7" w:rsidRPr="001A14B7" w:rsidRDefault="001A14B7" w:rsidP="001A14B7">
      <w:pPr>
        <w:spacing w:after="0"/>
        <w:rPr>
          <w:bCs/>
        </w:rPr>
      </w:pPr>
      <w:r w:rsidRPr="001A14B7">
        <w:rPr>
          <w:bCs/>
          <w:sz w:val="16"/>
        </w:rPr>
        <w:t>________________________________________________________________________________</w:t>
      </w:r>
    </w:p>
    <w:p w14:paraId="690EF56E"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DEA6EC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25A89EC3"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C92C636" w14:textId="77777777" w:rsidR="001A14B7" w:rsidRPr="001A14B7" w:rsidRDefault="001A14B7" w:rsidP="001A14B7">
      <w:pPr>
        <w:spacing w:after="0"/>
        <w:rPr>
          <w:bCs/>
        </w:rPr>
      </w:pPr>
      <w:r w:rsidRPr="001A14B7">
        <w:rPr>
          <w:bCs/>
          <w:sz w:val="16"/>
        </w:rPr>
        <w:t>________________________________________________________________________________</w:t>
      </w:r>
    </w:p>
    <w:p w14:paraId="05CAFBDC"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72CCC29" w14:textId="77777777" w:rsidR="001A14B7" w:rsidRPr="001A14B7" w:rsidRDefault="001A14B7" w:rsidP="001A14B7">
      <w:pPr>
        <w:spacing w:after="0"/>
        <w:rPr>
          <w:bCs/>
        </w:rPr>
      </w:pPr>
      <w:r w:rsidRPr="001A14B7">
        <w:rPr>
          <w:bCs/>
          <w:sz w:val="16"/>
        </w:rPr>
        <w:t>________________________________________________________________________________</w:t>
      </w:r>
    </w:p>
    <w:p w14:paraId="6CA1254C" w14:textId="77777777" w:rsidR="001A14B7" w:rsidRPr="001A14B7" w:rsidRDefault="001A14B7" w:rsidP="001A14B7">
      <w:pPr>
        <w:spacing w:after="0"/>
        <w:rPr>
          <w:bCs/>
        </w:rPr>
      </w:pPr>
      <w:r w:rsidRPr="001A14B7">
        <w:rPr>
          <w:bCs/>
          <w:sz w:val="16"/>
        </w:rPr>
        <w:t>________________________________________________________________________________</w:t>
      </w:r>
    </w:p>
    <w:p w14:paraId="7D20BDBB" w14:textId="77777777" w:rsidR="001A14B7" w:rsidRPr="001A14B7" w:rsidRDefault="001A14B7" w:rsidP="001A14B7">
      <w:pPr>
        <w:spacing w:after="0"/>
        <w:rPr>
          <w:bCs/>
        </w:rPr>
      </w:pPr>
      <w:r w:rsidRPr="001A14B7">
        <w:rPr>
          <w:bCs/>
          <w:sz w:val="16"/>
        </w:rPr>
        <w:t>________________________________________________________________________________</w:t>
      </w:r>
    </w:p>
    <w:p w14:paraId="55FC2AD2" w14:textId="77777777" w:rsidR="004B1C65" w:rsidRPr="001A14B7" w:rsidRDefault="00000000">
      <w:pPr>
        <w:spacing w:before="60" w:after="20"/>
        <w:rPr>
          <w:bCs/>
        </w:rPr>
      </w:pPr>
      <w:r w:rsidRPr="001A14B7">
        <w:rPr>
          <w:bCs/>
        </w:rPr>
        <w:t>14. Eleza hatua nne za kuhariri matini yako kabla ya kuwasilisha kazi ya mwisho. (4 alama)</w:t>
      </w:r>
    </w:p>
    <w:p w14:paraId="4603A07E" w14:textId="77777777" w:rsidR="004B1C65" w:rsidRPr="001A14B7" w:rsidRDefault="00000000">
      <w:pPr>
        <w:spacing w:after="0"/>
        <w:rPr>
          <w:bCs/>
        </w:rPr>
      </w:pPr>
      <w:r w:rsidRPr="001A14B7">
        <w:rPr>
          <w:bCs/>
          <w:sz w:val="16"/>
        </w:rPr>
        <w:t>________________________________________________________________________________</w:t>
      </w:r>
    </w:p>
    <w:p w14:paraId="1430D253" w14:textId="77777777" w:rsidR="004B1C65" w:rsidRPr="001A14B7" w:rsidRDefault="00000000">
      <w:pPr>
        <w:spacing w:after="0"/>
        <w:rPr>
          <w:bCs/>
        </w:rPr>
      </w:pPr>
      <w:r w:rsidRPr="001A14B7">
        <w:rPr>
          <w:bCs/>
          <w:sz w:val="16"/>
        </w:rPr>
        <w:t>________________________________________________________________________________</w:t>
      </w:r>
    </w:p>
    <w:p w14:paraId="300177BF" w14:textId="77777777" w:rsidR="004B1C65" w:rsidRPr="001A14B7" w:rsidRDefault="00000000">
      <w:pPr>
        <w:spacing w:after="0"/>
        <w:rPr>
          <w:bCs/>
        </w:rPr>
      </w:pPr>
      <w:r w:rsidRPr="001A14B7">
        <w:rPr>
          <w:bCs/>
          <w:sz w:val="16"/>
        </w:rPr>
        <w:t>________________________________________________________________________________</w:t>
      </w:r>
    </w:p>
    <w:p w14:paraId="435B99B4" w14:textId="77777777" w:rsidR="004B1C65" w:rsidRPr="001A14B7" w:rsidRDefault="00000000">
      <w:pPr>
        <w:spacing w:after="0"/>
        <w:rPr>
          <w:bCs/>
        </w:rPr>
      </w:pPr>
      <w:r w:rsidRPr="001A14B7">
        <w:rPr>
          <w:bCs/>
          <w:sz w:val="16"/>
        </w:rPr>
        <w:t>________________________________________________________________________________</w:t>
      </w:r>
    </w:p>
    <w:p w14:paraId="2C245486" w14:textId="77777777" w:rsidR="004B1C65" w:rsidRPr="001A14B7" w:rsidRDefault="00000000">
      <w:pPr>
        <w:spacing w:after="0"/>
        <w:rPr>
          <w:bCs/>
        </w:rPr>
      </w:pPr>
      <w:r w:rsidRPr="001A14B7">
        <w:rPr>
          <w:bCs/>
          <w:sz w:val="16"/>
        </w:rPr>
        <w:t>________________________________________________________________________________</w:t>
      </w:r>
    </w:p>
    <w:p w14:paraId="08CB731F" w14:textId="77777777" w:rsidR="004B1C65" w:rsidRPr="001A14B7" w:rsidRDefault="00000000">
      <w:pPr>
        <w:spacing w:before="60" w:after="20"/>
        <w:rPr>
          <w:bCs/>
        </w:rPr>
      </w:pPr>
      <w:r w:rsidRPr="001A14B7">
        <w:rPr>
          <w:bCs/>
        </w:rPr>
        <w:t>15. Eleza vipengele vinne muhimu vya kuzingatia unapoandika tafsiri kutoka lugha moja hadi nyingine ili ujumbe wa matini chanzi uhifadhiwe. (4 alama)</w:t>
      </w:r>
    </w:p>
    <w:p w14:paraId="000C28F5" w14:textId="77777777" w:rsidR="004B1C65" w:rsidRPr="001A14B7" w:rsidRDefault="00000000">
      <w:pPr>
        <w:spacing w:after="0"/>
        <w:rPr>
          <w:bCs/>
        </w:rPr>
      </w:pPr>
      <w:r w:rsidRPr="001A14B7">
        <w:rPr>
          <w:bCs/>
          <w:sz w:val="16"/>
        </w:rPr>
        <w:t>________________________________________________________________________________</w:t>
      </w:r>
    </w:p>
    <w:p w14:paraId="6D8BF76C" w14:textId="77777777" w:rsidR="004B1C65" w:rsidRPr="001A14B7" w:rsidRDefault="00000000">
      <w:pPr>
        <w:spacing w:after="0"/>
        <w:rPr>
          <w:bCs/>
        </w:rPr>
      </w:pPr>
      <w:r w:rsidRPr="001A14B7">
        <w:rPr>
          <w:bCs/>
          <w:sz w:val="16"/>
        </w:rPr>
        <w:t>________________________________________________________________________________</w:t>
      </w:r>
    </w:p>
    <w:p w14:paraId="2D9FE1D3" w14:textId="77777777" w:rsidR="004B1C65" w:rsidRPr="001A14B7" w:rsidRDefault="00000000">
      <w:pPr>
        <w:spacing w:after="0"/>
        <w:rPr>
          <w:bCs/>
        </w:rPr>
      </w:pPr>
      <w:r w:rsidRPr="001A14B7">
        <w:rPr>
          <w:bCs/>
          <w:sz w:val="16"/>
        </w:rPr>
        <w:t>________________________________________________________________________________</w:t>
      </w:r>
    </w:p>
    <w:p w14:paraId="69A71904" w14:textId="77777777" w:rsidR="004B1C65" w:rsidRPr="001A14B7" w:rsidRDefault="00000000">
      <w:pPr>
        <w:spacing w:after="0"/>
        <w:rPr>
          <w:bCs/>
        </w:rPr>
      </w:pPr>
      <w:r w:rsidRPr="001A14B7">
        <w:rPr>
          <w:bCs/>
          <w:sz w:val="16"/>
        </w:rPr>
        <w:t>________________________________________________________________________________</w:t>
      </w:r>
    </w:p>
    <w:p w14:paraId="4A77A597" w14:textId="77777777" w:rsidR="004B1C65" w:rsidRPr="001A14B7" w:rsidRDefault="00000000">
      <w:pPr>
        <w:spacing w:after="0"/>
        <w:rPr>
          <w:bCs/>
        </w:rPr>
      </w:pPr>
      <w:r w:rsidRPr="001A14B7">
        <w:rPr>
          <w:bCs/>
          <w:sz w:val="16"/>
        </w:rPr>
        <w:t>________________________________________________________________________________</w:t>
      </w:r>
    </w:p>
    <w:p w14:paraId="6B186459" w14:textId="77777777" w:rsidR="004B1C65" w:rsidRPr="001A14B7" w:rsidRDefault="00000000">
      <w:pPr>
        <w:spacing w:before="100" w:after="40"/>
        <w:rPr>
          <w:bCs/>
        </w:rPr>
      </w:pPr>
      <w:r w:rsidRPr="001A14B7">
        <w:rPr>
          <w:bCs/>
          <w:sz w:val="24"/>
        </w:rPr>
        <w:t>SEHEMU D: MATUMIZI YA LUGHA — ALAMA 20</w:t>
      </w:r>
    </w:p>
    <w:p w14:paraId="21CEAA03" w14:textId="77777777" w:rsidR="004B1C65" w:rsidRPr="001A14B7" w:rsidRDefault="00000000">
      <w:pPr>
        <w:spacing w:before="60" w:after="20"/>
        <w:rPr>
          <w:bCs/>
        </w:rPr>
      </w:pPr>
      <w:r w:rsidRPr="001A14B7">
        <w:rPr>
          <w:bCs/>
        </w:rPr>
        <w:t>16. Tambua aina za maneno katika sentensi hii: “Mwanafunzi mchapakazi alisoma kitabu kizuri kwa makini darasani.” Chagua maneno manne na ueleze aina yake. (4 alama)</w:t>
      </w:r>
    </w:p>
    <w:p w14:paraId="105CFC5A" w14:textId="77777777" w:rsidR="004B1C65" w:rsidRPr="001A14B7" w:rsidRDefault="00000000">
      <w:pPr>
        <w:spacing w:after="0"/>
        <w:rPr>
          <w:bCs/>
        </w:rPr>
      </w:pPr>
      <w:r w:rsidRPr="001A14B7">
        <w:rPr>
          <w:bCs/>
          <w:sz w:val="16"/>
        </w:rPr>
        <w:t>________________________________________________________________________________</w:t>
      </w:r>
    </w:p>
    <w:p w14:paraId="5A49B234" w14:textId="77777777" w:rsidR="004B1C65" w:rsidRPr="001A14B7" w:rsidRDefault="00000000">
      <w:pPr>
        <w:spacing w:after="0"/>
        <w:rPr>
          <w:bCs/>
        </w:rPr>
      </w:pPr>
      <w:r w:rsidRPr="001A14B7">
        <w:rPr>
          <w:bCs/>
          <w:sz w:val="16"/>
        </w:rPr>
        <w:t>________________________________________________________________________________</w:t>
      </w:r>
    </w:p>
    <w:p w14:paraId="584666DB" w14:textId="77777777" w:rsidR="004B1C65" w:rsidRPr="001A14B7" w:rsidRDefault="00000000">
      <w:pPr>
        <w:spacing w:after="0"/>
        <w:rPr>
          <w:bCs/>
        </w:rPr>
      </w:pPr>
      <w:r w:rsidRPr="001A14B7">
        <w:rPr>
          <w:bCs/>
          <w:sz w:val="16"/>
        </w:rPr>
        <w:t>________________________________________________________________________________</w:t>
      </w:r>
    </w:p>
    <w:p w14:paraId="1FE4C3F7" w14:textId="77777777" w:rsidR="004B1C65" w:rsidRPr="001A14B7" w:rsidRDefault="00000000">
      <w:pPr>
        <w:spacing w:after="0"/>
        <w:rPr>
          <w:bCs/>
        </w:rPr>
      </w:pPr>
      <w:r w:rsidRPr="001A14B7">
        <w:rPr>
          <w:bCs/>
          <w:sz w:val="16"/>
        </w:rPr>
        <w:t>________________________________________________________________________________</w:t>
      </w:r>
    </w:p>
    <w:p w14:paraId="263E9D7E" w14:textId="77777777" w:rsidR="004B1C65" w:rsidRPr="001A14B7" w:rsidRDefault="00000000">
      <w:pPr>
        <w:spacing w:after="0"/>
        <w:rPr>
          <w:bCs/>
        </w:rPr>
      </w:pPr>
      <w:r w:rsidRPr="001A14B7">
        <w:rPr>
          <w:bCs/>
          <w:sz w:val="16"/>
        </w:rPr>
        <w:t>________________________________________________________________________________</w:t>
      </w:r>
    </w:p>
    <w:p w14:paraId="4B2CBE8B" w14:textId="77777777" w:rsidR="004B1C65" w:rsidRPr="001A14B7" w:rsidRDefault="00000000">
      <w:pPr>
        <w:spacing w:before="60" w:after="20"/>
        <w:rPr>
          <w:bCs/>
        </w:rPr>
      </w:pPr>
      <w:r w:rsidRPr="001A14B7">
        <w:rPr>
          <w:bCs/>
        </w:rPr>
        <w:lastRenderedPageBreak/>
        <w:t>17. Tunga sentensi moja kwa kila wakati ufuatao: wakati uliopo, wakati uliopita, wakati ujao na wakati uliopo unaoendelea. Tumia vitenzi vinavyofaa. (4 alama)</w:t>
      </w:r>
    </w:p>
    <w:p w14:paraId="0E96B730" w14:textId="77777777" w:rsidR="004B1C65" w:rsidRPr="001A14B7" w:rsidRDefault="00000000">
      <w:pPr>
        <w:spacing w:after="0"/>
        <w:rPr>
          <w:bCs/>
        </w:rPr>
      </w:pPr>
      <w:r w:rsidRPr="001A14B7">
        <w:rPr>
          <w:bCs/>
          <w:sz w:val="16"/>
        </w:rPr>
        <w:t>________________________________________________________________________________</w:t>
      </w:r>
    </w:p>
    <w:p w14:paraId="46FE5400" w14:textId="77777777" w:rsidR="004B1C65" w:rsidRPr="001A14B7" w:rsidRDefault="00000000">
      <w:pPr>
        <w:spacing w:after="0"/>
        <w:rPr>
          <w:bCs/>
        </w:rPr>
      </w:pPr>
      <w:r w:rsidRPr="001A14B7">
        <w:rPr>
          <w:bCs/>
          <w:sz w:val="16"/>
        </w:rPr>
        <w:t>________________________________________________________________________________</w:t>
      </w:r>
    </w:p>
    <w:p w14:paraId="25E95A3F" w14:textId="77777777" w:rsidR="004B1C65" w:rsidRPr="001A14B7" w:rsidRDefault="00000000">
      <w:pPr>
        <w:spacing w:after="0"/>
        <w:rPr>
          <w:bCs/>
        </w:rPr>
      </w:pPr>
      <w:r w:rsidRPr="001A14B7">
        <w:rPr>
          <w:bCs/>
          <w:sz w:val="16"/>
        </w:rPr>
        <w:t>________________________________________________________________________________</w:t>
      </w:r>
    </w:p>
    <w:p w14:paraId="0437D8FD" w14:textId="77777777" w:rsidR="004B1C65" w:rsidRPr="001A14B7" w:rsidRDefault="00000000">
      <w:pPr>
        <w:spacing w:after="0"/>
        <w:rPr>
          <w:bCs/>
        </w:rPr>
      </w:pPr>
      <w:r w:rsidRPr="001A14B7">
        <w:rPr>
          <w:bCs/>
          <w:sz w:val="16"/>
        </w:rPr>
        <w:t>________________________________________________________________________________</w:t>
      </w:r>
    </w:p>
    <w:p w14:paraId="6D8C1AEE" w14:textId="77777777" w:rsidR="004B1C65" w:rsidRPr="001A14B7" w:rsidRDefault="00000000">
      <w:pPr>
        <w:spacing w:after="0"/>
        <w:rPr>
          <w:bCs/>
        </w:rPr>
      </w:pPr>
      <w:r w:rsidRPr="001A14B7">
        <w:rPr>
          <w:bCs/>
          <w:sz w:val="16"/>
        </w:rPr>
        <w:t>________________________________________________________________________________</w:t>
      </w:r>
    </w:p>
    <w:p w14:paraId="32F1FF11" w14:textId="77777777" w:rsidR="004B1C65" w:rsidRPr="001A14B7" w:rsidRDefault="00000000">
      <w:pPr>
        <w:spacing w:before="60" w:after="20"/>
        <w:rPr>
          <w:bCs/>
        </w:rPr>
      </w:pPr>
      <w:r w:rsidRPr="001A14B7">
        <w:rPr>
          <w:bCs/>
        </w:rPr>
        <w:t>18. Tumia maneno yafuatayo katika sentensi zinazoonyesha kauli husika za vitenzi: kutenda, kutendea, kutendwa na kutendewa. (4 alama)</w:t>
      </w:r>
    </w:p>
    <w:p w14:paraId="08D30A84" w14:textId="77777777" w:rsidR="004B1C65" w:rsidRPr="001A14B7" w:rsidRDefault="00000000">
      <w:pPr>
        <w:spacing w:after="0"/>
        <w:rPr>
          <w:bCs/>
        </w:rPr>
      </w:pPr>
      <w:r w:rsidRPr="001A14B7">
        <w:rPr>
          <w:bCs/>
          <w:sz w:val="16"/>
        </w:rPr>
        <w:t>________________________________________________________________________________</w:t>
      </w:r>
    </w:p>
    <w:p w14:paraId="23472D8A" w14:textId="77777777" w:rsidR="004B1C65" w:rsidRPr="001A14B7" w:rsidRDefault="00000000">
      <w:pPr>
        <w:spacing w:after="0"/>
        <w:rPr>
          <w:bCs/>
        </w:rPr>
      </w:pPr>
      <w:r w:rsidRPr="001A14B7">
        <w:rPr>
          <w:bCs/>
          <w:sz w:val="16"/>
        </w:rPr>
        <w:t>________________________________________________________________________________</w:t>
      </w:r>
    </w:p>
    <w:p w14:paraId="7CAADAD3" w14:textId="77777777" w:rsidR="004B1C65" w:rsidRPr="001A14B7" w:rsidRDefault="00000000">
      <w:pPr>
        <w:spacing w:after="0"/>
        <w:rPr>
          <w:bCs/>
        </w:rPr>
      </w:pPr>
      <w:r w:rsidRPr="001A14B7">
        <w:rPr>
          <w:bCs/>
          <w:sz w:val="16"/>
        </w:rPr>
        <w:t>________________________________________________________________________________</w:t>
      </w:r>
    </w:p>
    <w:p w14:paraId="4199CCBC" w14:textId="77777777" w:rsidR="004B1C65" w:rsidRPr="001A14B7" w:rsidRDefault="00000000">
      <w:pPr>
        <w:spacing w:after="0"/>
        <w:rPr>
          <w:bCs/>
        </w:rPr>
      </w:pPr>
      <w:r w:rsidRPr="001A14B7">
        <w:rPr>
          <w:bCs/>
          <w:sz w:val="16"/>
        </w:rPr>
        <w:t>________________________________________________________________________________</w:t>
      </w:r>
    </w:p>
    <w:p w14:paraId="44501A58" w14:textId="77777777" w:rsidR="004B1C65" w:rsidRPr="001A14B7" w:rsidRDefault="00000000">
      <w:pPr>
        <w:spacing w:after="0"/>
        <w:rPr>
          <w:bCs/>
        </w:rPr>
      </w:pPr>
      <w:r w:rsidRPr="001A14B7">
        <w:rPr>
          <w:bCs/>
          <w:sz w:val="16"/>
        </w:rPr>
        <w:t>________________________________________________________________________________</w:t>
      </w:r>
    </w:p>
    <w:p w14:paraId="500F77D6" w14:textId="77777777" w:rsidR="004B1C65" w:rsidRPr="001A14B7" w:rsidRDefault="00000000">
      <w:pPr>
        <w:spacing w:before="60" w:after="20"/>
        <w:rPr>
          <w:bCs/>
        </w:rPr>
      </w:pPr>
      <w:r w:rsidRPr="001A14B7">
        <w:rPr>
          <w:bCs/>
        </w:rPr>
        <w:t>19. Tunga sentensi nne sahihi ukitumia: (a) kinyume cha nomino, (b) kinyume cha kitenzi, (c) kinyume cha kivumishi, na (d) kinyume cha kihusishi. (4 alama)</w:t>
      </w:r>
    </w:p>
    <w:p w14:paraId="7C752CB9" w14:textId="77777777" w:rsidR="004B1C65" w:rsidRPr="001A14B7" w:rsidRDefault="00000000">
      <w:pPr>
        <w:spacing w:after="0"/>
        <w:rPr>
          <w:bCs/>
        </w:rPr>
      </w:pPr>
      <w:r w:rsidRPr="001A14B7">
        <w:rPr>
          <w:bCs/>
          <w:sz w:val="16"/>
        </w:rPr>
        <w:t>________________________________________________________________________________</w:t>
      </w:r>
    </w:p>
    <w:p w14:paraId="3641A932" w14:textId="77777777" w:rsidR="004B1C65" w:rsidRPr="001A14B7" w:rsidRDefault="00000000">
      <w:pPr>
        <w:spacing w:after="0"/>
        <w:rPr>
          <w:bCs/>
        </w:rPr>
      </w:pPr>
      <w:r w:rsidRPr="001A14B7">
        <w:rPr>
          <w:bCs/>
          <w:sz w:val="16"/>
        </w:rPr>
        <w:t>________________________________________________________________________________</w:t>
      </w:r>
    </w:p>
    <w:p w14:paraId="1004C3E6" w14:textId="77777777" w:rsidR="004B1C65" w:rsidRPr="001A14B7" w:rsidRDefault="00000000">
      <w:pPr>
        <w:spacing w:after="0"/>
        <w:rPr>
          <w:bCs/>
        </w:rPr>
      </w:pPr>
      <w:r w:rsidRPr="001A14B7">
        <w:rPr>
          <w:bCs/>
          <w:sz w:val="16"/>
        </w:rPr>
        <w:t>________________________________________________________________________________</w:t>
      </w:r>
    </w:p>
    <w:p w14:paraId="21DC1524" w14:textId="77777777" w:rsidR="004B1C65" w:rsidRPr="001A14B7" w:rsidRDefault="00000000">
      <w:pPr>
        <w:spacing w:after="0"/>
        <w:rPr>
          <w:bCs/>
        </w:rPr>
      </w:pPr>
      <w:r w:rsidRPr="001A14B7">
        <w:rPr>
          <w:bCs/>
          <w:sz w:val="16"/>
        </w:rPr>
        <w:t>________________________________________________________________________________</w:t>
      </w:r>
    </w:p>
    <w:p w14:paraId="1323BD9A" w14:textId="77777777" w:rsidR="004B1C65" w:rsidRPr="001A14B7" w:rsidRDefault="00000000">
      <w:pPr>
        <w:spacing w:after="0"/>
        <w:rPr>
          <w:bCs/>
        </w:rPr>
      </w:pPr>
      <w:r w:rsidRPr="001A14B7">
        <w:rPr>
          <w:bCs/>
          <w:sz w:val="16"/>
        </w:rPr>
        <w:t>________________________________________________________________________________</w:t>
      </w:r>
    </w:p>
    <w:p w14:paraId="5D2D8746" w14:textId="77777777" w:rsidR="004B1C65" w:rsidRPr="001A14B7" w:rsidRDefault="00000000">
      <w:pPr>
        <w:spacing w:before="60" w:after="20"/>
        <w:rPr>
          <w:bCs/>
        </w:rPr>
      </w:pPr>
      <w:r w:rsidRPr="001A14B7">
        <w:rPr>
          <w:bCs/>
        </w:rPr>
        <w:t>20. (a) Tofautisha sentensi sahili, ambatano na changamano. (b) Eleza kwa ufupi maana ya isimujamii na sajili katika matumizi ya lugha. (4 alama)</w:t>
      </w:r>
    </w:p>
    <w:p w14:paraId="36AB6976" w14:textId="77777777" w:rsidR="004B1C65" w:rsidRPr="001A14B7" w:rsidRDefault="00000000">
      <w:pPr>
        <w:spacing w:after="0"/>
        <w:rPr>
          <w:bCs/>
        </w:rPr>
      </w:pPr>
      <w:r w:rsidRPr="001A14B7">
        <w:rPr>
          <w:bCs/>
          <w:sz w:val="16"/>
        </w:rPr>
        <w:t>________________________________________________________________________________</w:t>
      </w:r>
    </w:p>
    <w:p w14:paraId="68F9B652" w14:textId="77777777" w:rsidR="004B1C65" w:rsidRPr="001A14B7" w:rsidRDefault="00000000">
      <w:pPr>
        <w:spacing w:after="0"/>
        <w:rPr>
          <w:bCs/>
        </w:rPr>
      </w:pPr>
      <w:r w:rsidRPr="001A14B7">
        <w:rPr>
          <w:bCs/>
          <w:sz w:val="16"/>
        </w:rPr>
        <w:t>________________________________________________________________________________</w:t>
      </w:r>
    </w:p>
    <w:p w14:paraId="4ED45B8D" w14:textId="77777777" w:rsidR="004B1C65" w:rsidRPr="001A14B7" w:rsidRDefault="00000000">
      <w:pPr>
        <w:spacing w:after="0"/>
        <w:rPr>
          <w:bCs/>
        </w:rPr>
      </w:pPr>
      <w:r w:rsidRPr="001A14B7">
        <w:rPr>
          <w:bCs/>
          <w:sz w:val="16"/>
        </w:rPr>
        <w:t>________________________________________________________________________________</w:t>
      </w:r>
    </w:p>
    <w:p w14:paraId="43C9226A" w14:textId="77777777" w:rsidR="004B1C65" w:rsidRPr="001A14B7" w:rsidRDefault="00000000">
      <w:pPr>
        <w:spacing w:after="0"/>
        <w:rPr>
          <w:bCs/>
        </w:rPr>
      </w:pPr>
      <w:r w:rsidRPr="001A14B7">
        <w:rPr>
          <w:bCs/>
          <w:sz w:val="16"/>
        </w:rPr>
        <w:t>________________________________________________________________________________</w:t>
      </w:r>
    </w:p>
    <w:p w14:paraId="163A0F75" w14:textId="77777777" w:rsidR="004B1C65" w:rsidRPr="001A14B7" w:rsidRDefault="00000000">
      <w:pPr>
        <w:spacing w:after="0"/>
        <w:rPr>
          <w:bCs/>
        </w:rPr>
      </w:pPr>
      <w:r w:rsidRPr="001A14B7">
        <w:rPr>
          <w:bCs/>
          <w:sz w:val="16"/>
        </w:rPr>
        <w:t>________________________________________________________________________________</w:t>
      </w:r>
    </w:p>
    <w:p w14:paraId="73300581" w14:textId="77777777" w:rsidR="001A14B7" w:rsidRPr="001A14B7" w:rsidRDefault="001A14B7" w:rsidP="001A14B7">
      <w:pPr>
        <w:spacing w:after="0"/>
        <w:rPr>
          <w:bCs/>
        </w:rPr>
      </w:pPr>
      <w:r w:rsidRPr="001A14B7">
        <w:rPr>
          <w:bCs/>
          <w:sz w:val="16"/>
        </w:rPr>
        <w:t>________________________________________________________________________________</w:t>
      </w:r>
    </w:p>
    <w:p w14:paraId="14502D90" w14:textId="77777777" w:rsidR="001A14B7" w:rsidRPr="001A14B7" w:rsidRDefault="001A14B7" w:rsidP="001A14B7">
      <w:pPr>
        <w:spacing w:after="0"/>
        <w:rPr>
          <w:bCs/>
        </w:rPr>
      </w:pPr>
      <w:r w:rsidRPr="001A14B7">
        <w:rPr>
          <w:bCs/>
          <w:sz w:val="16"/>
        </w:rPr>
        <w:t>________________________________________________________________________________</w:t>
      </w:r>
    </w:p>
    <w:p w14:paraId="62F09EFD" w14:textId="77777777" w:rsidR="001A14B7" w:rsidRPr="001A14B7" w:rsidRDefault="001A14B7" w:rsidP="001A14B7">
      <w:pPr>
        <w:spacing w:after="0"/>
        <w:rPr>
          <w:bCs/>
        </w:rPr>
      </w:pPr>
      <w:r w:rsidRPr="001A14B7">
        <w:rPr>
          <w:bCs/>
          <w:sz w:val="16"/>
        </w:rPr>
        <w:t>________________________________________________________________________________</w:t>
      </w:r>
    </w:p>
    <w:p w14:paraId="44103A29" w14:textId="77777777" w:rsidR="001A14B7" w:rsidRPr="001A14B7" w:rsidRDefault="001A14B7" w:rsidP="001A14B7">
      <w:pPr>
        <w:spacing w:after="0"/>
        <w:rPr>
          <w:bCs/>
        </w:rPr>
      </w:pPr>
      <w:r w:rsidRPr="001A14B7">
        <w:rPr>
          <w:bCs/>
          <w:sz w:val="16"/>
        </w:rPr>
        <w:t>________________________________________________________________________________</w:t>
      </w:r>
    </w:p>
    <w:p w14:paraId="3D94001A" w14:textId="77777777" w:rsidR="001A14B7" w:rsidRDefault="001A14B7" w:rsidP="001A14B7">
      <w:pPr>
        <w:spacing w:after="0"/>
        <w:rPr>
          <w:bCs/>
          <w:sz w:val="16"/>
        </w:rPr>
      </w:pPr>
      <w:r w:rsidRPr="001A14B7">
        <w:rPr>
          <w:bCs/>
          <w:sz w:val="16"/>
        </w:rPr>
        <w:t>________________________________________________________________________________</w:t>
      </w:r>
    </w:p>
    <w:p w14:paraId="41E441A9" w14:textId="77777777" w:rsidR="001A14B7" w:rsidRDefault="001A14B7" w:rsidP="001A14B7">
      <w:pPr>
        <w:spacing w:before="120"/>
        <w:rPr>
          <w:b/>
        </w:rPr>
      </w:pPr>
      <w:r>
        <w:rPr>
          <w:b/>
        </w:rPr>
        <w:t>MWISHO WA KARATASI YA MASWALI</w:t>
      </w:r>
    </w:p>
    <w:sectPr w:rsidR="001A14B7" w:rsidSect="00034616">
      <w:footerReference w:type="default" r:id="rId8"/>
      <w:headerReference w:type="default" r:id="rId11"/>
      <w:headerReference w:type="first" r:id="rId12"/>
      <w:headerReference w:type="even" r:id="rId13"/>
      <w:footerReference w:type="first" r:id="rId14"/>
      <w:footerReference w:type="even" r:id="rId15"/>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D59BE" w14:textId="77777777" w:rsidR="009A2674" w:rsidRDefault="009A2674">
      <w:pPr>
        <w:spacing w:after="0" w:line="240" w:lineRule="auto"/>
      </w:pPr>
      <w:r>
        <w:separator/>
      </w:r>
    </w:p>
  </w:endnote>
  <w:endnote w:type="continuationSeparator" w:id="0">
    <w:p w14:paraId="79EB7896" w14:textId="77777777" w:rsidR="009A2674" w:rsidRDefault="009A2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99A21" w14:textId="77777777" w:rsidR="009A2674" w:rsidRDefault="009A2674">
      <w:pPr>
        <w:spacing w:after="0" w:line="240" w:lineRule="auto"/>
      </w:pPr>
      <w:r>
        <w:separator/>
      </w:r>
    </w:p>
  </w:footnote>
  <w:footnote w:type="continuationSeparator" w:id="0">
    <w:p w14:paraId="0F7C1122" w14:textId="77777777" w:rsidR="009A2674" w:rsidRDefault="009A2674">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4015693">
    <w:abstractNumId w:val="8"/>
  </w:num>
  <w:num w:numId="2" w16cid:durableId="132868299">
    <w:abstractNumId w:val="6"/>
  </w:num>
  <w:num w:numId="3" w16cid:durableId="594939300">
    <w:abstractNumId w:val="5"/>
  </w:num>
  <w:num w:numId="4" w16cid:durableId="1972636456">
    <w:abstractNumId w:val="4"/>
  </w:num>
  <w:num w:numId="5" w16cid:durableId="462504083">
    <w:abstractNumId w:val="7"/>
  </w:num>
  <w:num w:numId="6" w16cid:durableId="2084064085">
    <w:abstractNumId w:val="3"/>
  </w:num>
  <w:num w:numId="7" w16cid:durableId="1410153679">
    <w:abstractNumId w:val="2"/>
  </w:num>
  <w:num w:numId="8" w16cid:durableId="358242478">
    <w:abstractNumId w:val="1"/>
  </w:num>
  <w:num w:numId="9" w16cid:durableId="1544976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14B7"/>
    <w:rsid w:val="0029639D"/>
    <w:rsid w:val="002E559D"/>
    <w:rsid w:val="00326F90"/>
    <w:rsid w:val="004B1C65"/>
    <w:rsid w:val="009A267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38FF2D"/>
  <w14:defaultImageDpi w14:val="300"/>
  <w15:docId w15:val="{90B1491C-BB25-4FA5-87B9-1A98DD6CA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4B7"/>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2252</Words>
  <Characters>12841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15063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Ondreia Thomas</cp:lastModifiedBy>
  <cp:revision>2</cp:revision>
  <dcterms:created xsi:type="dcterms:W3CDTF">2013-12-23T23:15:00Z</dcterms:created>
  <dcterms:modified xsi:type="dcterms:W3CDTF">2026-09-23T14:34:00Z</dcterms:modified>
  <cp:category/>
</cp:coreProperties>
</file>