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E073" w14:textId="77777777" w:rsidR="000C29B1" w:rsidRDefault="00000000">
      <w:pPr>
        <w:jc w:val="center"/>
      </w:pPr>
      <w:r>
        <w:rPr>
          <w:b/>
          <w:sz w:val="28"/>
        </w:rPr>
        <w:t>END TERM 3 2026</w:t>
      </w:r>
    </w:p>
    <w:p w14:paraId="3DF55F23" w14:textId="77777777" w:rsidR="000C29B1" w:rsidRDefault="00000000">
      <w:pPr>
        <w:jc w:val="center"/>
      </w:pPr>
      <w:r>
        <w:rPr>
          <w:b/>
          <w:sz w:val="26"/>
        </w:rPr>
        <w:t>GRADE 10</w:t>
      </w:r>
    </w:p>
    <w:p w14:paraId="094FA6DF" w14:textId="77777777" w:rsidR="000C29B1" w:rsidRDefault="00000000">
      <w:pPr>
        <w:jc w:val="center"/>
      </w:pPr>
      <w:r>
        <w:rPr>
          <w:b/>
          <w:sz w:val="26"/>
        </w:rPr>
        <w:t>ISLAMIC RELIGIOUS EDUCATION (IRE)</w:t>
      </w:r>
    </w:p>
    <w:p w14:paraId="4FC174BB" w14:textId="77777777" w:rsidR="000C29B1" w:rsidRDefault="00000000">
      <w:pPr>
        <w:jc w:val="center"/>
      </w:pPr>
      <w:r>
        <w:rPr>
          <w:b/>
          <w:sz w:val="24"/>
        </w:rPr>
        <w:t>SUMMATIVE ASSESSMENT</w:t>
      </w:r>
    </w:p>
    <w:p w14:paraId="4BA7FADB" w14:textId="77777777" w:rsidR="000C29B1" w:rsidRDefault="00000000">
      <w:pPr>
        <w:jc w:val="center"/>
      </w:pPr>
      <w:r>
        <w:rPr>
          <w:b/>
          <w:sz w:val="22"/>
        </w:rPr>
        <w:t>TIME: 2 HOURS 30 MINUTES     TOTAL MARKS: 80</w:t>
      </w:r>
    </w:p>
    <w:p w14:paraId="064F83FF" w14:textId="77777777" w:rsidR="000C29B1" w:rsidRDefault="00000000">
      <w:r>
        <w:rPr>
          <w:b/>
        </w:rPr>
        <w:t xml:space="preserve">Name: </w:t>
      </w:r>
      <w:r>
        <w:t>____________________________________________________________</w:t>
      </w:r>
    </w:p>
    <w:p w14:paraId="33877859" w14:textId="77777777" w:rsidR="000C29B1" w:rsidRDefault="00000000">
      <w:r>
        <w:rPr>
          <w:b/>
        </w:rPr>
        <w:t xml:space="preserve">Assessment Number: </w:t>
      </w:r>
      <w:r>
        <w:t>____________________________________________________________</w:t>
      </w:r>
    </w:p>
    <w:p w14:paraId="6F20B656" w14:textId="77777777" w:rsidR="000C29B1" w:rsidRDefault="00000000">
      <w:r>
        <w:rPr>
          <w:b/>
        </w:rPr>
        <w:t xml:space="preserve">Class / Stream: </w:t>
      </w:r>
      <w:r>
        <w:t>____________________________________________________________</w:t>
      </w:r>
    </w:p>
    <w:p w14:paraId="54FFF06F" w14:textId="77777777" w:rsidR="000C29B1" w:rsidRDefault="00000000">
      <w:r>
        <w:rPr>
          <w:b/>
        </w:rPr>
        <w:t xml:space="preserve">Date: </w:t>
      </w:r>
      <w:r>
        <w:t>____________________________________________________________</w:t>
      </w:r>
    </w:p>
    <w:p w14:paraId="1984F434" w14:textId="77777777" w:rsidR="000C29B1" w:rsidRDefault="00000000">
      <w:r>
        <w:rPr>
          <w:b/>
        </w:rPr>
        <w:t>INSTRUCTIONS TO CANDIDATES</w:t>
      </w:r>
    </w:p>
    <w:p w14:paraId="1C9934F3" w14:textId="77777777" w:rsidR="000C29B1" w:rsidRDefault="00000000">
      <w:r>
        <w:t>• Answer ALL questions.</w:t>
      </w:r>
    </w:p>
    <w:p w14:paraId="3C9121BF" w14:textId="77777777" w:rsidR="000C29B1" w:rsidRDefault="00000000">
      <w:r>
        <w:t>• Write your answers clearly and use appropriate Islamic Religious Education terminology.</w:t>
      </w:r>
    </w:p>
    <w:p w14:paraId="26C88391" w14:textId="77777777" w:rsidR="000C29B1" w:rsidRDefault="00000000">
      <w:r>
        <w:t>• Where a question asks for explanation, give complete and relevant explanations.</w:t>
      </w:r>
    </w:p>
    <w:p w14:paraId="756C09B8" w14:textId="77777777" w:rsidR="000C29B1" w:rsidRDefault="00000000">
      <w:r>
        <w:t>• Show all working where a calculation is required.</w:t>
      </w:r>
    </w:p>
    <w:p w14:paraId="4CBDD2F3" w14:textId="77777777" w:rsidR="000C29B1" w:rsidRDefault="00000000">
      <w:r>
        <w:t>• Read each question carefully before answering.</w:t>
      </w:r>
    </w:p>
    <w:p w14:paraId="29529EE7" w14:textId="77777777" w:rsidR="000C29B1" w:rsidRDefault="00000000">
      <w:pPr>
        <w:spacing w:before="100" w:after="40"/>
      </w:pPr>
      <w:r>
        <w:rPr>
          <w:b/>
          <w:sz w:val="24"/>
        </w:rPr>
        <w:t>SECTION A — STUDY OF THE QUR'AN AND HADITH (20 MARKS)</w:t>
      </w:r>
    </w:p>
    <w:p w14:paraId="61A6C999" w14:textId="77777777" w:rsidR="000C29B1" w:rsidRPr="00015A97" w:rsidRDefault="00000000">
      <w:pPr>
        <w:spacing w:before="60" w:after="20"/>
        <w:rPr>
          <w:bCs/>
        </w:rPr>
      </w:pPr>
      <w:r w:rsidRPr="00015A97">
        <w:rPr>
          <w:bCs/>
        </w:rPr>
        <w:t>1. State four circumstances that led to the compilation and standardisation of the Qur'an during the reigns of Caliphs Abubakar (R.A.) and Uthman (R.A.). (4 marks)</w:t>
      </w:r>
    </w:p>
    <w:p w14:paraId="5690EFF0" w14:textId="77777777" w:rsidR="000C29B1" w:rsidRPr="00015A97" w:rsidRDefault="00000000">
      <w:pPr>
        <w:spacing w:after="0"/>
        <w:rPr>
          <w:bCs/>
        </w:rPr>
      </w:pPr>
      <w:r w:rsidRPr="00015A97">
        <w:rPr>
          <w:bCs/>
          <w:sz w:val="16"/>
        </w:rPr>
        <w:t>________________________________________________________________________________</w:t>
      </w:r>
    </w:p>
    <w:p w14:paraId="11519F9C" w14:textId="77777777" w:rsidR="000C29B1" w:rsidRPr="00015A97" w:rsidRDefault="00000000">
      <w:pPr>
        <w:spacing w:after="0"/>
        <w:rPr>
          <w:bCs/>
        </w:rPr>
      </w:pPr>
      <w:r w:rsidRPr="00015A97">
        <w:rPr>
          <w:bCs/>
          <w:sz w:val="16"/>
        </w:rPr>
        <w:t>________________________________________________________________________________</w:t>
      </w:r>
    </w:p>
    <w:p w14:paraId="0364D9D9" w14:textId="77777777" w:rsidR="000C29B1" w:rsidRPr="00015A97" w:rsidRDefault="00000000">
      <w:pPr>
        <w:spacing w:after="0"/>
        <w:rPr>
          <w:bCs/>
        </w:rPr>
      </w:pPr>
      <w:r w:rsidRPr="00015A97">
        <w:rPr>
          <w:bCs/>
          <w:sz w:val="16"/>
        </w:rPr>
        <w:t>________________________________________________________________________________</w:t>
      </w:r>
    </w:p>
    <w:p w14:paraId="4F0619D2" w14:textId="77777777" w:rsidR="000C29B1" w:rsidRPr="00015A97" w:rsidRDefault="00000000">
      <w:pPr>
        <w:spacing w:after="0"/>
        <w:rPr>
          <w:bCs/>
        </w:rPr>
      </w:pPr>
      <w:r w:rsidRPr="00015A97">
        <w:rPr>
          <w:bCs/>
          <w:sz w:val="16"/>
        </w:rPr>
        <w:t>________________________________________________________________________________</w:t>
      </w:r>
    </w:p>
    <w:p w14:paraId="38196BC6" w14:textId="77777777" w:rsidR="000C29B1" w:rsidRPr="00015A97" w:rsidRDefault="00000000">
      <w:pPr>
        <w:spacing w:after="0"/>
        <w:rPr>
          <w:bCs/>
        </w:rPr>
      </w:pPr>
      <w:r w:rsidRPr="00015A97">
        <w:rPr>
          <w:bCs/>
          <w:sz w:val="16"/>
        </w:rPr>
        <w:t>________________________________________________________________________________</w:t>
      </w:r>
    </w:p>
    <w:p w14:paraId="424866A4" w14:textId="77777777" w:rsidR="000C29B1" w:rsidRPr="00015A97" w:rsidRDefault="00000000">
      <w:pPr>
        <w:spacing w:before="60" w:after="20"/>
        <w:rPr>
          <w:bCs/>
        </w:rPr>
      </w:pPr>
      <w:r w:rsidRPr="00015A97">
        <w:rPr>
          <w:bCs/>
        </w:rPr>
        <w:t>2. (a) Explain two reasons why diacriticalisation of the Qur'an was important for ease of reading. (b) Distinguish between mukhamat and mutashabihat verses. (4 marks)</w:t>
      </w:r>
    </w:p>
    <w:p w14:paraId="6E968801" w14:textId="77777777" w:rsidR="000C29B1" w:rsidRPr="00015A97" w:rsidRDefault="00000000">
      <w:pPr>
        <w:spacing w:after="0"/>
        <w:rPr>
          <w:bCs/>
        </w:rPr>
      </w:pPr>
      <w:r w:rsidRPr="00015A97">
        <w:rPr>
          <w:bCs/>
          <w:sz w:val="16"/>
        </w:rPr>
        <w:t>________________________________________________________________________________</w:t>
      </w:r>
    </w:p>
    <w:p w14:paraId="1FEC73D2" w14:textId="77777777" w:rsidR="000C29B1" w:rsidRPr="00015A97" w:rsidRDefault="00000000">
      <w:pPr>
        <w:spacing w:after="0"/>
        <w:rPr>
          <w:bCs/>
        </w:rPr>
      </w:pPr>
      <w:r w:rsidRPr="00015A97">
        <w:rPr>
          <w:bCs/>
          <w:sz w:val="16"/>
        </w:rPr>
        <w:t>________________________________________________________________________________</w:t>
      </w:r>
    </w:p>
    <w:p w14:paraId="4D23F0AB" w14:textId="77777777" w:rsidR="000C29B1" w:rsidRPr="00015A97" w:rsidRDefault="00000000">
      <w:pPr>
        <w:spacing w:after="0"/>
        <w:rPr>
          <w:bCs/>
        </w:rPr>
      </w:pPr>
      <w:r w:rsidRPr="00015A97">
        <w:rPr>
          <w:bCs/>
          <w:sz w:val="16"/>
        </w:rPr>
        <w:t>________________________________________________________________________________</w:t>
      </w:r>
    </w:p>
    <w:p w14:paraId="76D49E7E" w14:textId="77777777" w:rsidR="000C29B1" w:rsidRPr="00015A97" w:rsidRDefault="00000000">
      <w:pPr>
        <w:spacing w:after="0"/>
        <w:rPr>
          <w:bCs/>
        </w:rPr>
      </w:pPr>
      <w:r w:rsidRPr="00015A97">
        <w:rPr>
          <w:bCs/>
          <w:sz w:val="16"/>
        </w:rPr>
        <w:t>________________________________________________________________________________</w:t>
      </w:r>
    </w:p>
    <w:p w14:paraId="55D147D3" w14:textId="77777777" w:rsidR="000C29B1" w:rsidRPr="00015A97" w:rsidRDefault="00000000">
      <w:pPr>
        <w:spacing w:after="0"/>
        <w:rPr>
          <w:bCs/>
        </w:rPr>
      </w:pPr>
      <w:r w:rsidRPr="00015A97">
        <w:rPr>
          <w:bCs/>
          <w:sz w:val="16"/>
        </w:rPr>
        <w:t>________________________________________________________________________________</w:t>
      </w:r>
    </w:p>
    <w:p w14:paraId="58BD53D3" w14:textId="77777777" w:rsidR="000C29B1" w:rsidRPr="00015A97" w:rsidRDefault="00000000">
      <w:pPr>
        <w:spacing w:before="60" w:after="20"/>
        <w:rPr>
          <w:bCs/>
        </w:rPr>
      </w:pPr>
      <w:r w:rsidRPr="00015A97">
        <w:rPr>
          <w:bCs/>
        </w:rPr>
        <w:t>3. (a) Explain two reasons why knowledge of Asbaabu an-nuzuul (reasons for revelation) is important to a Muslim. (b) State two qualities of the servants of Allah (S.W.T.) taught in Surah al-Furqan (Q. 25:61–77). (4 marks)</w:t>
      </w:r>
    </w:p>
    <w:p w14:paraId="7245AE40" w14:textId="77777777" w:rsidR="000C29B1" w:rsidRPr="00015A97" w:rsidRDefault="00000000">
      <w:pPr>
        <w:spacing w:after="0"/>
        <w:rPr>
          <w:bCs/>
        </w:rPr>
      </w:pPr>
      <w:r w:rsidRPr="00015A97">
        <w:rPr>
          <w:bCs/>
          <w:sz w:val="16"/>
        </w:rPr>
        <w:t>________________________________________________________________________________</w:t>
      </w:r>
    </w:p>
    <w:p w14:paraId="763ABCF7" w14:textId="77777777" w:rsidR="000C29B1" w:rsidRPr="00015A97" w:rsidRDefault="00000000">
      <w:pPr>
        <w:spacing w:after="0"/>
        <w:rPr>
          <w:bCs/>
        </w:rPr>
      </w:pPr>
      <w:r w:rsidRPr="00015A97">
        <w:rPr>
          <w:bCs/>
          <w:sz w:val="16"/>
        </w:rPr>
        <w:t>________________________________________________________________________________</w:t>
      </w:r>
    </w:p>
    <w:p w14:paraId="46704957" w14:textId="77777777" w:rsidR="000C29B1" w:rsidRPr="00015A97" w:rsidRDefault="00000000">
      <w:pPr>
        <w:spacing w:after="0"/>
        <w:rPr>
          <w:bCs/>
        </w:rPr>
      </w:pPr>
      <w:r w:rsidRPr="00015A97">
        <w:rPr>
          <w:bCs/>
          <w:sz w:val="16"/>
        </w:rPr>
        <w:t>________________________________________________________________________________</w:t>
      </w:r>
    </w:p>
    <w:p w14:paraId="5CBA60F3" w14:textId="77777777" w:rsidR="000C29B1" w:rsidRPr="00015A97" w:rsidRDefault="00000000">
      <w:pPr>
        <w:spacing w:after="0"/>
        <w:rPr>
          <w:bCs/>
        </w:rPr>
      </w:pPr>
      <w:r w:rsidRPr="00015A97">
        <w:rPr>
          <w:bCs/>
          <w:sz w:val="16"/>
        </w:rPr>
        <w:t>________________________________________________________________________________</w:t>
      </w:r>
    </w:p>
    <w:p w14:paraId="75263C04" w14:textId="77777777" w:rsidR="000C29B1" w:rsidRPr="00015A97" w:rsidRDefault="00000000">
      <w:pPr>
        <w:spacing w:after="0"/>
        <w:rPr>
          <w:bCs/>
        </w:rPr>
      </w:pPr>
      <w:r w:rsidRPr="00015A97">
        <w:rPr>
          <w:bCs/>
          <w:sz w:val="16"/>
        </w:rPr>
        <w:t>________________________________________________________________________________</w:t>
      </w:r>
    </w:p>
    <w:p w14:paraId="56D95B50" w14:textId="77777777" w:rsidR="000C29B1" w:rsidRPr="00015A97" w:rsidRDefault="00000000">
      <w:pPr>
        <w:spacing w:before="60" w:after="20"/>
        <w:rPr>
          <w:bCs/>
        </w:rPr>
      </w:pPr>
      <w:r w:rsidRPr="00015A97">
        <w:rPr>
          <w:bCs/>
        </w:rPr>
        <w:lastRenderedPageBreak/>
        <w:t>4. (a) Distinguish between isnad and matn in Hadith. (b) State two criteria used to determine the authenticity of a Hadith based on isnad and matn. (4 marks)</w:t>
      </w:r>
    </w:p>
    <w:p w14:paraId="6B91019F" w14:textId="77777777" w:rsidR="000C29B1" w:rsidRPr="00015A97" w:rsidRDefault="00000000">
      <w:pPr>
        <w:spacing w:after="0"/>
        <w:rPr>
          <w:bCs/>
        </w:rPr>
      </w:pPr>
      <w:r w:rsidRPr="00015A97">
        <w:rPr>
          <w:bCs/>
          <w:sz w:val="16"/>
        </w:rPr>
        <w:t>________________________________________________________________________________</w:t>
      </w:r>
    </w:p>
    <w:p w14:paraId="34F830BE" w14:textId="77777777" w:rsidR="000C29B1" w:rsidRPr="00015A97" w:rsidRDefault="00000000">
      <w:pPr>
        <w:spacing w:after="0"/>
        <w:rPr>
          <w:bCs/>
        </w:rPr>
      </w:pPr>
      <w:r w:rsidRPr="00015A97">
        <w:rPr>
          <w:bCs/>
          <w:sz w:val="16"/>
        </w:rPr>
        <w:t>________________________________________________________________________________</w:t>
      </w:r>
    </w:p>
    <w:p w14:paraId="3072A5CB" w14:textId="77777777" w:rsidR="000C29B1" w:rsidRPr="00015A97" w:rsidRDefault="00000000">
      <w:pPr>
        <w:spacing w:after="0"/>
        <w:rPr>
          <w:bCs/>
        </w:rPr>
      </w:pPr>
      <w:r w:rsidRPr="00015A97">
        <w:rPr>
          <w:bCs/>
          <w:sz w:val="16"/>
        </w:rPr>
        <w:t>________________________________________________________________________________</w:t>
      </w:r>
    </w:p>
    <w:p w14:paraId="394F1C23" w14:textId="77777777" w:rsidR="000C29B1" w:rsidRPr="00015A97" w:rsidRDefault="00000000">
      <w:pPr>
        <w:spacing w:after="0"/>
        <w:rPr>
          <w:bCs/>
        </w:rPr>
      </w:pPr>
      <w:r w:rsidRPr="00015A97">
        <w:rPr>
          <w:bCs/>
          <w:sz w:val="16"/>
        </w:rPr>
        <w:t>________________________________________________________________________________</w:t>
      </w:r>
    </w:p>
    <w:p w14:paraId="2AF737D1" w14:textId="77777777" w:rsidR="000C29B1" w:rsidRPr="00015A97" w:rsidRDefault="00000000">
      <w:pPr>
        <w:spacing w:after="0"/>
        <w:rPr>
          <w:bCs/>
        </w:rPr>
      </w:pPr>
      <w:r w:rsidRPr="00015A97">
        <w:rPr>
          <w:bCs/>
          <w:sz w:val="16"/>
        </w:rPr>
        <w:t>________________________________________________________________________________</w:t>
      </w:r>
    </w:p>
    <w:p w14:paraId="6925233E" w14:textId="77777777" w:rsidR="000C29B1" w:rsidRPr="00015A97" w:rsidRDefault="00000000">
      <w:pPr>
        <w:spacing w:before="60" w:after="20"/>
        <w:rPr>
          <w:bCs/>
        </w:rPr>
      </w:pPr>
      <w:r w:rsidRPr="00015A97">
        <w:rPr>
          <w:bCs/>
        </w:rPr>
        <w:t>5. State four teachings from the selected Hadith on the environment, kinship or brotherhood and explain how one of the teachings can be applied in daily life. (4 marks)</w:t>
      </w:r>
    </w:p>
    <w:p w14:paraId="50C5E4F4" w14:textId="77777777" w:rsidR="000C29B1" w:rsidRDefault="00000000">
      <w:pPr>
        <w:spacing w:after="0"/>
      </w:pPr>
      <w:r>
        <w:rPr>
          <w:sz w:val="16"/>
        </w:rPr>
        <w:t>________________________________________________________________________________</w:t>
      </w:r>
    </w:p>
    <w:p w14:paraId="52ED3FE7" w14:textId="77777777" w:rsidR="000C29B1" w:rsidRDefault="00000000">
      <w:pPr>
        <w:spacing w:after="0"/>
      </w:pPr>
      <w:r>
        <w:rPr>
          <w:sz w:val="16"/>
        </w:rPr>
        <w:t>________________________________________________________________________________</w:t>
      </w:r>
    </w:p>
    <w:p w14:paraId="72B963E5" w14:textId="77777777" w:rsidR="000C29B1" w:rsidRDefault="00000000">
      <w:pPr>
        <w:spacing w:after="0"/>
      </w:pPr>
      <w:r>
        <w:rPr>
          <w:sz w:val="16"/>
        </w:rPr>
        <w:t>________________________________________________________________________________</w:t>
      </w:r>
    </w:p>
    <w:p w14:paraId="4D3A465F" w14:textId="77777777" w:rsidR="000C29B1" w:rsidRDefault="00000000">
      <w:pPr>
        <w:spacing w:after="0"/>
      </w:pPr>
      <w:r>
        <w:rPr>
          <w:sz w:val="16"/>
        </w:rPr>
        <w:t>________________________________________________________________________________</w:t>
      </w:r>
    </w:p>
    <w:p w14:paraId="4FAA7FDB" w14:textId="77777777" w:rsidR="000C29B1" w:rsidRDefault="00000000">
      <w:pPr>
        <w:spacing w:after="0"/>
      </w:pPr>
      <w:r>
        <w:rPr>
          <w:sz w:val="16"/>
        </w:rPr>
        <w:t>________________________________________________________________________________</w:t>
      </w:r>
    </w:p>
    <w:p w14:paraId="5AF7CA20" w14:textId="77777777" w:rsidR="000C29B1" w:rsidRDefault="00000000">
      <w:pPr>
        <w:spacing w:before="100" w:after="40"/>
      </w:pPr>
      <w:r>
        <w:rPr>
          <w:b/>
          <w:sz w:val="24"/>
        </w:rPr>
        <w:t>SECTION B — FIQH AL-IBADAT WAL MUAMALAT (32 MARKS)</w:t>
      </w:r>
    </w:p>
    <w:p w14:paraId="6F121818" w14:textId="77777777" w:rsidR="000C29B1" w:rsidRPr="00015A97" w:rsidRDefault="00000000">
      <w:pPr>
        <w:spacing w:before="60" w:after="20"/>
        <w:rPr>
          <w:bCs/>
        </w:rPr>
      </w:pPr>
      <w:r w:rsidRPr="00015A97">
        <w:rPr>
          <w:bCs/>
        </w:rPr>
        <w:t>6. Explain four reasons why Muslims perform swalatul-Jum'a and swalatul Idd. (4 marks)</w:t>
      </w:r>
    </w:p>
    <w:p w14:paraId="24335532" w14:textId="77777777" w:rsidR="000C29B1" w:rsidRPr="00015A97" w:rsidRDefault="00000000">
      <w:pPr>
        <w:spacing w:after="0"/>
        <w:rPr>
          <w:bCs/>
        </w:rPr>
      </w:pPr>
      <w:r w:rsidRPr="00015A97">
        <w:rPr>
          <w:bCs/>
          <w:sz w:val="16"/>
        </w:rPr>
        <w:t>________________________________________________________________________________</w:t>
      </w:r>
    </w:p>
    <w:p w14:paraId="60581808" w14:textId="77777777" w:rsidR="000C29B1" w:rsidRPr="00015A97" w:rsidRDefault="00000000">
      <w:pPr>
        <w:spacing w:after="0"/>
        <w:rPr>
          <w:bCs/>
        </w:rPr>
      </w:pPr>
      <w:r w:rsidRPr="00015A97">
        <w:rPr>
          <w:bCs/>
          <w:sz w:val="16"/>
        </w:rPr>
        <w:t>________________________________________________________________________________</w:t>
      </w:r>
    </w:p>
    <w:p w14:paraId="2E9EE5F1" w14:textId="77777777" w:rsidR="000C29B1" w:rsidRPr="00015A97" w:rsidRDefault="00000000">
      <w:pPr>
        <w:spacing w:after="0"/>
        <w:rPr>
          <w:bCs/>
        </w:rPr>
      </w:pPr>
      <w:r w:rsidRPr="00015A97">
        <w:rPr>
          <w:bCs/>
          <w:sz w:val="16"/>
        </w:rPr>
        <w:t>________________________________________________________________________________</w:t>
      </w:r>
    </w:p>
    <w:p w14:paraId="20E80BC5" w14:textId="77777777" w:rsidR="000C29B1" w:rsidRPr="00015A97" w:rsidRDefault="00000000">
      <w:pPr>
        <w:spacing w:after="0"/>
        <w:rPr>
          <w:bCs/>
        </w:rPr>
      </w:pPr>
      <w:r w:rsidRPr="00015A97">
        <w:rPr>
          <w:bCs/>
          <w:sz w:val="16"/>
        </w:rPr>
        <w:t>________________________________________________________________________________</w:t>
      </w:r>
    </w:p>
    <w:p w14:paraId="01184768" w14:textId="77777777" w:rsidR="000C29B1" w:rsidRPr="00015A97" w:rsidRDefault="00000000">
      <w:pPr>
        <w:spacing w:after="0"/>
        <w:rPr>
          <w:bCs/>
        </w:rPr>
      </w:pPr>
      <w:r w:rsidRPr="00015A97">
        <w:rPr>
          <w:bCs/>
          <w:sz w:val="16"/>
        </w:rPr>
        <w:t>________________________________________________________________________________</w:t>
      </w:r>
    </w:p>
    <w:p w14:paraId="1B781529" w14:textId="77777777" w:rsidR="000C29B1" w:rsidRPr="00015A97" w:rsidRDefault="00000000">
      <w:pPr>
        <w:spacing w:before="60" w:after="20"/>
        <w:rPr>
          <w:bCs/>
        </w:rPr>
      </w:pPr>
      <w:r w:rsidRPr="00015A97">
        <w:rPr>
          <w:bCs/>
        </w:rPr>
        <w:t>7. Describe the four major stages of the funeral rites of a deceased Muslim: ghusul, kafan, swalah and dafan. (4 marks)</w:t>
      </w:r>
    </w:p>
    <w:p w14:paraId="68D07818" w14:textId="77777777" w:rsidR="000C29B1" w:rsidRPr="00015A97" w:rsidRDefault="00000000">
      <w:pPr>
        <w:spacing w:after="0"/>
        <w:rPr>
          <w:bCs/>
        </w:rPr>
      </w:pPr>
      <w:r w:rsidRPr="00015A97">
        <w:rPr>
          <w:bCs/>
          <w:sz w:val="16"/>
        </w:rPr>
        <w:t>________________________________________________________________________________</w:t>
      </w:r>
    </w:p>
    <w:p w14:paraId="209C30E3" w14:textId="77777777" w:rsidR="000C29B1" w:rsidRPr="00015A97" w:rsidRDefault="00000000">
      <w:pPr>
        <w:spacing w:after="0"/>
        <w:rPr>
          <w:bCs/>
        </w:rPr>
      </w:pPr>
      <w:r w:rsidRPr="00015A97">
        <w:rPr>
          <w:bCs/>
          <w:sz w:val="16"/>
        </w:rPr>
        <w:t>________________________________________________________________________________</w:t>
      </w:r>
    </w:p>
    <w:p w14:paraId="230C2F83" w14:textId="77777777" w:rsidR="000C29B1" w:rsidRPr="00015A97" w:rsidRDefault="00000000">
      <w:pPr>
        <w:spacing w:after="0"/>
        <w:rPr>
          <w:bCs/>
        </w:rPr>
      </w:pPr>
      <w:r w:rsidRPr="00015A97">
        <w:rPr>
          <w:bCs/>
          <w:sz w:val="16"/>
        </w:rPr>
        <w:t>________________________________________________________________________________</w:t>
      </w:r>
    </w:p>
    <w:p w14:paraId="25876D2A" w14:textId="77777777" w:rsidR="000C29B1" w:rsidRPr="00015A97" w:rsidRDefault="00000000">
      <w:pPr>
        <w:spacing w:after="0"/>
        <w:rPr>
          <w:bCs/>
        </w:rPr>
      </w:pPr>
      <w:r w:rsidRPr="00015A97">
        <w:rPr>
          <w:bCs/>
          <w:sz w:val="16"/>
        </w:rPr>
        <w:t>________________________________________________________________________________</w:t>
      </w:r>
    </w:p>
    <w:p w14:paraId="57739D0D" w14:textId="77777777" w:rsidR="000C29B1" w:rsidRPr="00015A97" w:rsidRDefault="00000000">
      <w:pPr>
        <w:spacing w:after="0"/>
        <w:rPr>
          <w:bCs/>
        </w:rPr>
      </w:pPr>
      <w:r w:rsidRPr="00015A97">
        <w:rPr>
          <w:bCs/>
          <w:sz w:val="16"/>
        </w:rPr>
        <w:t>________________________________________________________________________________</w:t>
      </w:r>
    </w:p>
    <w:p w14:paraId="095CEFCA" w14:textId="77777777" w:rsidR="000C29B1" w:rsidRPr="00015A97" w:rsidRDefault="00000000">
      <w:pPr>
        <w:spacing w:before="60" w:after="20"/>
        <w:rPr>
          <w:bCs/>
        </w:rPr>
      </w:pPr>
      <w:r w:rsidRPr="00015A97">
        <w:rPr>
          <w:bCs/>
        </w:rPr>
        <w:t>8. (a) State two challenges associated with the collection and distribution of Zakat in Kenya. (b) State two benefits of Zakat to socio-economic development. (4 marks)</w:t>
      </w:r>
    </w:p>
    <w:p w14:paraId="4D67D9B8" w14:textId="77777777" w:rsidR="000C29B1" w:rsidRPr="00015A97" w:rsidRDefault="00000000">
      <w:pPr>
        <w:spacing w:after="0"/>
        <w:rPr>
          <w:bCs/>
        </w:rPr>
      </w:pPr>
      <w:r w:rsidRPr="00015A97">
        <w:rPr>
          <w:bCs/>
          <w:sz w:val="16"/>
        </w:rPr>
        <w:t>________________________________________________________________________________</w:t>
      </w:r>
    </w:p>
    <w:p w14:paraId="241850AC" w14:textId="77777777" w:rsidR="000C29B1" w:rsidRPr="00015A97" w:rsidRDefault="00000000">
      <w:pPr>
        <w:spacing w:after="0"/>
        <w:rPr>
          <w:bCs/>
        </w:rPr>
      </w:pPr>
      <w:r w:rsidRPr="00015A97">
        <w:rPr>
          <w:bCs/>
          <w:sz w:val="16"/>
        </w:rPr>
        <w:t>________________________________________________________________________________</w:t>
      </w:r>
    </w:p>
    <w:p w14:paraId="53DB8E61" w14:textId="77777777" w:rsidR="000C29B1" w:rsidRPr="00015A97" w:rsidRDefault="00000000">
      <w:pPr>
        <w:spacing w:after="0"/>
        <w:rPr>
          <w:bCs/>
        </w:rPr>
      </w:pPr>
      <w:r w:rsidRPr="00015A97">
        <w:rPr>
          <w:bCs/>
          <w:sz w:val="16"/>
        </w:rPr>
        <w:t>________________________________________________________________________________</w:t>
      </w:r>
    </w:p>
    <w:p w14:paraId="28F20C69" w14:textId="77777777" w:rsidR="000C29B1" w:rsidRPr="00015A97" w:rsidRDefault="00000000">
      <w:pPr>
        <w:spacing w:after="0"/>
        <w:rPr>
          <w:bCs/>
        </w:rPr>
      </w:pPr>
      <w:r w:rsidRPr="00015A97">
        <w:rPr>
          <w:bCs/>
          <w:sz w:val="16"/>
        </w:rPr>
        <w:t>________________________________________________________________________________</w:t>
      </w:r>
    </w:p>
    <w:p w14:paraId="68D2E492" w14:textId="77777777" w:rsidR="000C29B1" w:rsidRPr="00015A97" w:rsidRDefault="00000000">
      <w:pPr>
        <w:spacing w:after="0"/>
        <w:rPr>
          <w:bCs/>
        </w:rPr>
      </w:pPr>
      <w:r w:rsidRPr="00015A97">
        <w:rPr>
          <w:bCs/>
          <w:sz w:val="16"/>
        </w:rPr>
        <w:t>________________________________________________________________________________</w:t>
      </w:r>
    </w:p>
    <w:p w14:paraId="7D97995D" w14:textId="77777777" w:rsidR="000C29B1" w:rsidRPr="00015A97" w:rsidRDefault="00000000">
      <w:pPr>
        <w:spacing w:before="60" w:after="20"/>
        <w:rPr>
          <w:bCs/>
        </w:rPr>
      </w:pPr>
      <w:r w:rsidRPr="00015A97">
        <w:rPr>
          <w:bCs/>
        </w:rPr>
        <w:t>9. Explain four possible ways through which l'an, mubar'at and faskh nikah can help address marital disputes or difficulties in accordance with Islamic teachings. (4 marks)</w:t>
      </w:r>
    </w:p>
    <w:p w14:paraId="3BE38D4E" w14:textId="77777777" w:rsidR="000C29B1" w:rsidRPr="00015A97" w:rsidRDefault="00000000">
      <w:pPr>
        <w:spacing w:after="0"/>
        <w:rPr>
          <w:bCs/>
        </w:rPr>
      </w:pPr>
      <w:r w:rsidRPr="00015A97">
        <w:rPr>
          <w:bCs/>
          <w:sz w:val="16"/>
        </w:rPr>
        <w:t>________________________________________________________________________________</w:t>
      </w:r>
    </w:p>
    <w:p w14:paraId="23B0C161" w14:textId="77777777" w:rsidR="000C29B1" w:rsidRPr="00015A97" w:rsidRDefault="00000000">
      <w:pPr>
        <w:spacing w:after="0"/>
        <w:rPr>
          <w:bCs/>
        </w:rPr>
      </w:pPr>
      <w:r w:rsidRPr="00015A97">
        <w:rPr>
          <w:bCs/>
          <w:sz w:val="16"/>
        </w:rPr>
        <w:t>________________________________________________________________________________</w:t>
      </w:r>
    </w:p>
    <w:p w14:paraId="4EF76A1F" w14:textId="77777777" w:rsidR="000C29B1" w:rsidRPr="00015A97" w:rsidRDefault="00000000">
      <w:pPr>
        <w:spacing w:after="0"/>
        <w:rPr>
          <w:bCs/>
        </w:rPr>
      </w:pPr>
      <w:r w:rsidRPr="00015A97">
        <w:rPr>
          <w:bCs/>
          <w:sz w:val="16"/>
        </w:rPr>
        <w:t>________________________________________________________________________________</w:t>
      </w:r>
    </w:p>
    <w:p w14:paraId="04AF16D5" w14:textId="77777777" w:rsidR="000C29B1" w:rsidRPr="00015A97" w:rsidRDefault="00000000">
      <w:pPr>
        <w:spacing w:after="0"/>
        <w:rPr>
          <w:bCs/>
        </w:rPr>
      </w:pPr>
      <w:r w:rsidRPr="00015A97">
        <w:rPr>
          <w:bCs/>
          <w:sz w:val="16"/>
        </w:rPr>
        <w:t>________________________________________________________________________________</w:t>
      </w:r>
    </w:p>
    <w:p w14:paraId="4C0BAE9D" w14:textId="77777777" w:rsidR="000C29B1" w:rsidRPr="00015A97" w:rsidRDefault="00000000">
      <w:pPr>
        <w:spacing w:after="0"/>
        <w:rPr>
          <w:bCs/>
        </w:rPr>
      </w:pPr>
      <w:r w:rsidRPr="00015A97">
        <w:rPr>
          <w:bCs/>
          <w:sz w:val="16"/>
        </w:rPr>
        <w:t>________________________________________________________________________________</w:t>
      </w:r>
    </w:p>
    <w:p w14:paraId="77369094" w14:textId="77777777" w:rsidR="000C29B1" w:rsidRPr="00015A97" w:rsidRDefault="00000000">
      <w:pPr>
        <w:spacing w:before="60" w:after="20"/>
        <w:rPr>
          <w:bCs/>
        </w:rPr>
      </w:pPr>
      <w:r w:rsidRPr="00015A97">
        <w:rPr>
          <w:bCs/>
        </w:rPr>
        <w:t>10. State four Islamic teachings on the treatment and care of widows and explain why caring for widows is important in society. (4 marks)</w:t>
      </w:r>
    </w:p>
    <w:p w14:paraId="03556BEA" w14:textId="77777777" w:rsidR="000C29B1" w:rsidRPr="00015A97" w:rsidRDefault="00000000">
      <w:pPr>
        <w:spacing w:after="0"/>
        <w:rPr>
          <w:bCs/>
        </w:rPr>
      </w:pPr>
      <w:r w:rsidRPr="00015A97">
        <w:rPr>
          <w:bCs/>
          <w:sz w:val="16"/>
        </w:rPr>
        <w:t>________________________________________________________________________________</w:t>
      </w:r>
    </w:p>
    <w:p w14:paraId="7F19A414" w14:textId="77777777" w:rsidR="000C29B1" w:rsidRPr="00015A97" w:rsidRDefault="00000000">
      <w:pPr>
        <w:spacing w:after="0"/>
        <w:rPr>
          <w:bCs/>
        </w:rPr>
      </w:pPr>
      <w:r w:rsidRPr="00015A97">
        <w:rPr>
          <w:bCs/>
          <w:sz w:val="16"/>
        </w:rPr>
        <w:t>________________________________________________________________________________</w:t>
      </w:r>
    </w:p>
    <w:p w14:paraId="15B89CB0" w14:textId="77777777" w:rsidR="000C29B1" w:rsidRPr="00015A97" w:rsidRDefault="00000000">
      <w:pPr>
        <w:spacing w:after="0"/>
        <w:rPr>
          <w:bCs/>
        </w:rPr>
      </w:pPr>
      <w:r w:rsidRPr="00015A97">
        <w:rPr>
          <w:bCs/>
          <w:sz w:val="16"/>
        </w:rPr>
        <w:t>________________________________________________________________________________</w:t>
      </w:r>
    </w:p>
    <w:p w14:paraId="665FDB6F" w14:textId="77777777" w:rsidR="000C29B1" w:rsidRPr="00015A97" w:rsidRDefault="00000000">
      <w:pPr>
        <w:spacing w:after="0"/>
        <w:rPr>
          <w:bCs/>
        </w:rPr>
      </w:pPr>
      <w:r w:rsidRPr="00015A97">
        <w:rPr>
          <w:bCs/>
          <w:sz w:val="16"/>
        </w:rPr>
        <w:t>________________________________________________________________________________</w:t>
      </w:r>
    </w:p>
    <w:p w14:paraId="067226D1" w14:textId="77777777" w:rsidR="000C29B1" w:rsidRPr="00015A97" w:rsidRDefault="00000000">
      <w:pPr>
        <w:spacing w:after="0"/>
        <w:rPr>
          <w:bCs/>
        </w:rPr>
      </w:pPr>
      <w:r w:rsidRPr="00015A97">
        <w:rPr>
          <w:bCs/>
          <w:sz w:val="16"/>
        </w:rPr>
        <w:t>________________________________________________________________________________</w:t>
      </w:r>
    </w:p>
    <w:p w14:paraId="6447CC35" w14:textId="77777777" w:rsidR="000C29B1" w:rsidRPr="00015A97" w:rsidRDefault="00000000">
      <w:pPr>
        <w:spacing w:before="60" w:after="20"/>
        <w:rPr>
          <w:bCs/>
        </w:rPr>
      </w:pPr>
      <w:r w:rsidRPr="00015A97">
        <w:rPr>
          <w:bCs/>
        </w:rPr>
        <w:t>11. (a) State two features of governance in Islam: shura, accountability, justice and participation. (b) Give two qualities of a good leader according to Islamic teachings. (4 marks)</w:t>
      </w:r>
    </w:p>
    <w:p w14:paraId="3171F482" w14:textId="77777777" w:rsidR="000C29B1" w:rsidRPr="00015A97" w:rsidRDefault="00000000">
      <w:pPr>
        <w:spacing w:after="0"/>
        <w:rPr>
          <w:bCs/>
        </w:rPr>
      </w:pPr>
      <w:r w:rsidRPr="00015A97">
        <w:rPr>
          <w:bCs/>
          <w:sz w:val="16"/>
        </w:rPr>
        <w:t>________________________________________________________________________________</w:t>
      </w:r>
    </w:p>
    <w:p w14:paraId="7BBDDE3D" w14:textId="77777777" w:rsidR="000C29B1" w:rsidRPr="00015A97" w:rsidRDefault="00000000">
      <w:pPr>
        <w:spacing w:after="0"/>
        <w:rPr>
          <w:bCs/>
        </w:rPr>
      </w:pPr>
      <w:r w:rsidRPr="00015A97">
        <w:rPr>
          <w:bCs/>
          <w:sz w:val="16"/>
        </w:rPr>
        <w:t>________________________________________________________________________________</w:t>
      </w:r>
    </w:p>
    <w:p w14:paraId="3E03C126" w14:textId="77777777" w:rsidR="000C29B1" w:rsidRPr="00015A97" w:rsidRDefault="00000000">
      <w:pPr>
        <w:spacing w:after="0"/>
        <w:rPr>
          <w:bCs/>
        </w:rPr>
      </w:pPr>
      <w:r w:rsidRPr="00015A97">
        <w:rPr>
          <w:bCs/>
          <w:sz w:val="16"/>
        </w:rPr>
        <w:t>________________________________________________________________________________</w:t>
      </w:r>
    </w:p>
    <w:p w14:paraId="3115935E" w14:textId="77777777" w:rsidR="000C29B1" w:rsidRPr="00015A97" w:rsidRDefault="00000000">
      <w:pPr>
        <w:spacing w:after="0"/>
        <w:rPr>
          <w:bCs/>
        </w:rPr>
      </w:pPr>
      <w:r w:rsidRPr="00015A97">
        <w:rPr>
          <w:bCs/>
          <w:sz w:val="16"/>
        </w:rPr>
        <w:t>________________________________________________________________________________</w:t>
      </w:r>
    </w:p>
    <w:p w14:paraId="23C33858" w14:textId="77777777" w:rsidR="000C29B1" w:rsidRPr="00015A97" w:rsidRDefault="00000000">
      <w:pPr>
        <w:spacing w:after="0"/>
        <w:rPr>
          <w:bCs/>
        </w:rPr>
      </w:pPr>
      <w:r w:rsidRPr="00015A97">
        <w:rPr>
          <w:bCs/>
          <w:sz w:val="16"/>
        </w:rPr>
        <w:t>________________________________________________________________________________</w:t>
      </w:r>
    </w:p>
    <w:p w14:paraId="13554E7B" w14:textId="77777777" w:rsidR="000C29B1" w:rsidRPr="00015A97" w:rsidRDefault="00000000">
      <w:pPr>
        <w:spacing w:before="60" w:after="20"/>
        <w:rPr>
          <w:bCs/>
        </w:rPr>
      </w:pPr>
      <w:r w:rsidRPr="00015A97">
        <w:rPr>
          <w:bCs/>
        </w:rPr>
        <w:t>12. State four rights or conditions that should guide the relationship between an employer and an employee according to Islamic teachings. (4 marks)</w:t>
      </w:r>
    </w:p>
    <w:p w14:paraId="4AB0753D" w14:textId="77777777" w:rsidR="000C29B1" w:rsidRPr="00015A97" w:rsidRDefault="00000000">
      <w:pPr>
        <w:spacing w:after="0"/>
        <w:rPr>
          <w:bCs/>
        </w:rPr>
      </w:pPr>
      <w:r w:rsidRPr="00015A97">
        <w:rPr>
          <w:bCs/>
          <w:sz w:val="16"/>
        </w:rPr>
        <w:lastRenderedPageBreak/>
        <w:t>________________________________________________________________________________</w:t>
      </w:r>
    </w:p>
    <w:p w14:paraId="6E8E739C" w14:textId="77777777" w:rsidR="000C29B1" w:rsidRPr="00015A97" w:rsidRDefault="00000000">
      <w:pPr>
        <w:spacing w:after="0"/>
        <w:rPr>
          <w:bCs/>
        </w:rPr>
      </w:pPr>
      <w:r w:rsidRPr="00015A97">
        <w:rPr>
          <w:bCs/>
          <w:sz w:val="16"/>
        </w:rPr>
        <w:t>________________________________________________________________________________</w:t>
      </w:r>
    </w:p>
    <w:p w14:paraId="69F60854" w14:textId="77777777" w:rsidR="000C29B1" w:rsidRPr="00015A97" w:rsidRDefault="00000000">
      <w:pPr>
        <w:spacing w:after="0"/>
        <w:rPr>
          <w:bCs/>
        </w:rPr>
      </w:pPr>
      <w:r w:rsidRPr="00015A97">
        <w:rPr>
          <w:bCs/>
          <w:sz w:val="16"/>
        </w:rPr>
        <w:t>________________________________________________________________________________</w:t>
      </w:r>
    </w:p>
    <w:p w14:paraId="1EAA64A5" w14:textId="77777777" w:rsidR="000C29B1" w:rsidRPr="00015A97" w:rsidRDefault="00000000">
      <w:pPr>
        <w:spacing w:after="0"/>
        <w:rPr>
          <w:bCs/>
        </w:rPr>
      </w:pPr>
      <w:r w:rsidRPr="00015A97">
        <w:rPr>
          <w:bCs/>
          <w:sz w:val="16"/>
        </w:rPr>
        <w:t>________________________________________________________________________________</w:t>
      </w:r>
    </w:p>
    <w:p w14:paraId="09E3D786" w14:textId="77777777" w:rsidR="000C29B1" w:rsidRPr="00015A97" w:rsidRDefault="00000000">
      <w:pPr>
        <w:spacing w:after="0"/>
        <w:rPr>
          <w:bCs/>
        </w:rPr>
      </w:pPr>
      <w:r w:rsidRPr="00015A97">
        <w:rPr>
          <w:bCs/>
          <w:sz w:val="16"/>
        </w:rPr>
        <w:t>________________________________________________________________________________</w:t>
      </w:r>
    </w:p>
    <w:p w14:paraId="04CFF165" w14:textId="77777777" w:rsidR="000C29B1" w:rsidRPr="00015A97" w:rsidRDefault="00000000">
      <w:pPr>
        <w:spacing w:before="60" w:after="20"/>
        <w:rPr>
          <w:bCs/>
        </w:rPr>
      </w:pPr>
      <w:r w:rsidRPr="00015A97">
        <w:rPr>
          <w:bCs/>
        </w:rPr>
        <w:t>13. Explain four ethical principles that a da'i should observe when conducting da'wa. (4 marks)</w:t>
      </w:r>
    </w:p>
    <w:p w14:paraId="386C6EA2" w14:textId="77777777" w:rsidR="000C29B1" w:rsidRPr="00015A97" w:rsidRDefault="00000000">
      <w:pPr>
        <w:spacing w:after="0"/>
        <w:rPr>
          <w:bCs/>
        </w:rPr>
      </w:pPr>
      <w:r w:rsidRPr="00015A97">
        <w:rPr>
          <w:bCs/>
          <w:sz w:val="16"/>
        </w:rPr>
        <w:t>________________________________________________________________________________</w:t>
      </w:r>
    </w:p>
    <w:p w14:paraId="32DD0682" w14:textId="77777777" w:rsidR="000C29B1" w:rsidRPr="00015A97" w:rsidRDefault="00000000">
      <w:pPr>
        <w:spacing w:after="0"/>
        <w:rPr>
          <w:bCs/>
        </w:rPr>
      </w:pPr>
      <w:r w:rsidRPr="00015A97">
        <w:rPr>
          <w:bCs/>
          <w:sz w:val="16"/>
        </w:rPr>
        <w:t>________________________________________________________________________________</w:t>
      </w:r>
    </w:p>
    <w:p w14:paraId="644F71E8" w14:textId="77777777" w:rsidR="000C29B1" w:rsidRPr="00015A97" w:rsidRDefault="00000000">
      <w:pPr>
        <w:spacing w:after="0"/>
        <w:rPr>
          <w:bCs/>
        </w:rPr>
      </w:pPr>
      <w:r w:rsidRPr="00015A97">
        <w:rPr>
          <w:bCs/>
          <w:sz w:val="16"/>
        </w:rPr>
        <w:t>________________________________________________________________________________</w:t>
      </w:r>
    </w:p>
    <w:p w14:paraId="56D1B276" w14:textId="77777777" w:rsidR="000C29B1" w:rsidRPr="00015A97" w:rsidRDefault="00000000">
      <w:pPr>
        <w:spacing w:after="0"/>
        <w:rPr>
          <w:bCs/>
        </w:rPr>
      </w:pPr>
      <w:r w:rsidRPr="00015A97">
        <w:rPr>
          <w:bCs/>
          <w:sz w:val="16"/>
        </w:rPr>
        <w:t>________________________________________________________________________________</w:t>
      </w:r>
    </w:p>
    <w:p w14:paraId="45B84942" w14:textId="77777777" w:rsidR="000C29B1" w:rsidRPr="00015A97" w:rsidRDefault="00000000">
      <w:pPr>
        <w:spacing w:after="0"/>
        <w:rPr>
          <w:bCs/>
        </w:rPr>
      </w:pPr>
      <w:r w:rsidRPr="00015A97">
        <w:rPr>
          <w:bCs/>
          <w:sz w:val="16"/>
        </w:rPr>
        <w:t>________________________________________________________________________________</w:t>
      </w:r>
    </w:p>
    <w:p w14:paraId="49DF5480" w14:textId="77777777" w:rsidR="000C29B1" w:rsidRDefault="00000000">
      <w:pPr>
        <w:spacing w:before="100" w:after="40"/>
      </w:pPr>
      <w:r>
        <w:rPr>
          <w:b/>
          <w:sz w:val="24"/>
        </w:rPr>
        <w:t>SECTION C — AKHLAQ (MORAL TEACHINGS) (16 MARKS)</w:t>
      </w:r>
    </w:p>
    <w:p w14:paraId="17B97F14" w14:textId="77777777" w:rsidR="000C29B1" w:rsidRPr="00015A97" w:rsidRDefault="00000000">
      <w:pPr>
        <w:spacing w:before="60" w:after="20"/>
        <w:rPr>
          <w:bCs/>
        </w:rPr>
      </w:pPr>
      <w:r w:rsidRPr="00015A97">
        <w:rPr>
          <w:bCs/>
        </w:rPr>
        <w:t>14. Explain four reasons why Islam prohibits carrion, blood, pork and animals dedicated to other than Allah (S.W.T.). (4 marks)</w:t>
      </w:r>
    </w:p>
    <w:p w14:paraId="424CEE2B" w14:textId="77777777" w:rsidR="000C29B1" w:rsidRPr="00015A97" w:rsidRDefault="00000000">
      <w:pPr>
        <w:spacing w:after="0"/>
        <w:rPr>
          <w:bCs/>
        </w:rPr>
      </w:pPr>
      <w:r w:rsidRPr="00015A97">
        <w:rPr>
          <w:bCs/>
          <w:sz w:val="16"/>
        </w:rPr>
        <w:t>________________________________________________________________________________</w:t>
      </w:r>
    </w:p>
    <w:p w14:paraId="1C59C18A" w14:textId="77777777" w:rsidR="000C29B1" w:rsidRPr="00015A97" w:rsidRDefault="00000000">
      <w:pPr>
        <w:spacing w:after="0"/>
        <w:rPr>
          <w:bCs/>
        </w:rPr>
      </w:pPr>
      <w:r w:rsidRPr="00015A97">
        <w:rPr>
          <w:bCs/>
          <w:sz w:val="16"/>
        </w:rPr>
        <w:t>________________________________________________________________________________</w:t>
      </w:r>
    </w:p>
    <w:p w14:paraId="3A627D69" w14:textId="77777777" w:rsidR="000C29B1" w:rsidRPr="00015A97" w:rsidRDefault="00000000">
      <w:pPr>
        <w:spacing w:after="0"/>
        <w:rPr>
          <w:bCs/>
        </w:rPr>
      </w:pPr>
      <w:r w:rsidRPr="00015A97">
        <w:rPr>
          <w:bCs/>
          <w:sz w:val="16"/>
        </w:rPr>
        <w:t>________________________________________________________________________________</w:t>
      </w:r>
    </w:p>
    <w:p w14:paraId="6F71FA69" w14:textId="77777777" w:rsidR="000C29B1" w:rsidRPr="00015A97" w:rsidRDefault="00000000">
      <w:pPr>
        <w:spacing w:after="0"/>
        <w:rPr>
          <w:bCs/>
        </w:rPr>
      </w:pPr>
      <w:r w:rsidRPr="00015A97">
        <w:rPr>
          <w:bCs/>
          <w:sz w:val="16"/>
        </w:rPr>
        <w:t>________________________________________________________________________________</w:t>
      </w:r>
    </w:p>
    <w:p w14:paraId="02A0831D" w14:textId="77777777" w:rsidR="000C29B1" w:rsidRPr="00015A97" w:rsidRDefault="00000000">
      <w:pPr>
        <w:spacing w:after="0"/>
        <w:rPr>
          <w:bCs/>
        </w:rPr>
      </w:pPr>
      <w:r w:rsidRPr="00015A97">
        <w:rPr>
          <w:bCs/>
          <w:sz w:val="16"/>
        </w:rPr>
        <w:t>________________________________________________________________________________</w:t>
      </w:r>
    </w:p>
    <w:p w14:paraId="62D2917A" w14:textId="77777777" w:rsidR="000C29B1" w:rsidRPr="00015A97" w:rsidRDefault="00000000">
      <w:pPr>
        <w:spacing w:before="60" w:after="20"/>
        <w:rPr>
          <w:bCs/>
        </w:rPr>
      </w:pPr>
      <w:r w:rsidRPr="00015A97">
        <w:rPr>
          <w:bCs/>
        </w:rPr>
        <w:t>15. State four Islamic rules or regulations governing clothing and adornment and explain how they safeguard modesty. (4 marks)</w:t>
      </w:r>
    </w:p>
    <w:p w14:paraId="4323DA07" w14:textId="77777777" w:rsidR="000C29B1" w:rsidRPr="00015A97" w:rsidRDefault="00000000">
      <w:pPr>
        <w:spacing w:after="0"/>
        <w:rPr>
          <w:bCs/>
        </w:rPr>
      </w:pPr>
      <w:r w:rsidRPr="00015A97">
        <w:rPr>
          <w:bCs/>
          <w:sz w:val="16"/>
        </w:rPr>
        <w:t>________________________________________________________________________________</w:t>
      </w:r>
    </w:p>
    <w:p w14:paraId="51700DD1" w14:textId="77777777" w:rsidR="000C29B1" w:rsidRPr="00015A97" w:rsidRDefault="00000000">
      <w:pPr>
        <w:spacing w:after="0"/>
        <w:rPr>
          <w:bCs/>
        </w:rPr>
      </w:pPr>
      <w:r w:rsidRPr="00015A97">
        <w:rPr>
          <w:bCs/>
          <w:sz w:val="16"/>
        </w:rPr>
        <w:t>________________________________________________________________________________</w:t>
      </w:r>
    </w:p>
    <w:p w14:paraId="52CEEB82" w14:textId="77777777" w:rsidR="000C29B1" w:rsidRPr="00015A97" w:rsidRDefault="00000000">
      <w:pPr>
        <w:spacing w:after="0"/>
        <w:rPr>
          <w:bCs/>
        </w:rPr>
      </w:pPr>
      <w:r w:rsidRPr="00015A97">
        <w:rPr>
          <w:bCs/>
          <w:sz w:val="16"/>
        </w:rPr>
        <w:t>________________________________________________________________________________</w:t>
      </w:r>
    </w:p>
    <w:p w14:paraId="672DB93C" w14:textId="77777777" w:rsidR="000C29B1" w:rsidRPr="00015A97" w:rsidRDefault="00000000">
      <w:pPr>
        <w:spacing w:after="0"/>
        <w:rPr>
          <w:bCs/>
        </w:rPr>
      </w:pPr>
      <w:r w:rsidRPr="00015A97">
        <w:rPr>
          <w:bCs/>
          <w:sz w:val="16"/>
        </w:rPr>
        <w:t>________________________________________________________________________________</w:t>
      </w:r>
    </w:p>
    <w:p w14:paraId="602818EC" w14:textId="77777777" w:rsidR="000C29B1" w:rsidRPr="00015A97" w:rsidRDefault="00000000">
      <w:pPr>
        <w:spacing w:after="0"/>
        <w:rPr>
          <w:bCs/>
        </w:rPr>
      </w:pPr>
      <w:r w:rsidRPr="00015A97">
        <w:rPr>
          <w:bCs/>
          <w:sz w:val="16"/>
        </w:rPr>
        <w:t>________________________________________________________________________________</w:t>
      </w:r>
    </w:p>
    <w:p w14:paraId="7D5105AC" w14:textId="77777777" w:rsidR="000C29B1" w:rsidRPr="00015A97" w:rsidRDefault="00000000">
      <w:pPr>
        <w:spacing w:before="60" w:after="20"/>
        <w:rPr>
          <w:bCs/>
        </w:rPr>
      </w:pPr>
      <w:r w:rsidRPr="00015A97">
        <w:rPr>
          <w:bCs/>
        </w:rPr>
        <w:t>16. (a) State two Islamic manners of walking. (b) Explain two ways in which honesty promotes character formation and ethical society. (4 marks)</w:t>
      </w:r>
    </w:p>
    <w:p w14:paraId="2853A5ED" w14:textId="77777777" w:rsidR="000C29B1" w:rsidRPr="00015A97" w:rsidRDefault="00000000">
      <w:pPr>
        <w:spacing w:after="0"/>
        <w:rPr>
          <w:bCs/>
        </w:rPr>
      </w:pPr>
      <w:r w:rsidRPr="00015A97">
        <w:rPr>
          <w:bCs/>
          <w:sz w:val="16"/>
        </w:rPr>
        <w:t>________________________________________________________________________________</w:t>
      </w:r>
    </w:p>
    <w:p w14:paraId="2C11341D" w14:textId="77777777" w:rsidR="000C29B1" w:rsidRPr="00015A97" w:rsidRDefault="00000000">
      <w:pPr>
        <w:spacing w:after="0"/>
        <w:rPr>
          <w:bCs/>
        </w:rPr>
      </w:pPr>
      <w:r w:rsidRPr="00015A97">
        <w:rPr>
          <w:bCs/>
          <w:sz w:val="16"/>
        </w:rPr>
        <w:t>________________________________________________________________________________</w:t>
      </w:r>
    </w:p>
    <w:p w14:paraId="2B090D29" w14:textId="77777777" w:rsidR="000C29B1" w:rsidRPr="00015A97" w:rsidRDefault="00000000">
      <w:pPr>
        <w:spacing w:after="0"/>
        <w:rPr>
          <w:bCs/>
        </w:rPr>
      </w:pPr>
      <w:r w:rsidRPr="00015A97">
        <w:rPr>
          <w:bCs/>
          <w:sz w:val="16"/>
        </w:rPr>
        <w:t>________________________________________________________________________________</w:t>
      </w:r>
    </w:p>
    <w:p w14:paraId="154AA275" w14:textId="77777777" w:rsidR="000C29B1" w:rsidRPr="00015A97" w:rsidRDefault="00000000">
      <w:pPr>
        <w:spacing w:after="0"/>
        <w:rPr>
          <w:bCs/>
        </w:rPr>
      </w:pPr>
      <w:r w:rsidRPr="00015A97">
        <w:rPr>
          <w:bCs/>
          <w:sz w:val="16"/>
        </w:rPr>
        <w:t>________________________________________________________________________________</w:t>
      </w:r>
    </w:p>
    <w:p w14:paraId="6B471DB2" w14:textId="77777777" w:rsidR="000C29B1" w:rsidRPr="00015A97" w:rsidRDefault="00000000">
      <w:pPr>
        <w:spacing w:after="0"/>
        <w:rPr>
          <w:bCs/>
        </w:rPr>
      </w:pPr>
      <w:r w:rsidRPr="00015A97">
        <w:rPr>
          <w:bCs/>
          <w:sz w:val="16"/>
        </w:rPr>
        <w:t>________________________________________________________________________________</w:t>
      </w:r>
    </w:p>
    <w:p w14:paraId="224B2289" w14:textId="77777777" w:rsidR="000C29B1" w:rsidRPr="00015A97" w:rsidRDefault="00000000">
      <w:pPr>
        <w:spacing w:before="60" w:after="20"/>
        <w:rPr>
          <w:bCs/>
        </w:rPr>
      </w:pPr>
      <w:r w:rsidRPr="00015A97">
        <w:rPr>
          <w:bCs/>
        </w:rPr>
        <w:t>17. Explain four effects of hasad (envy) and kibr (pride) on individuals and society. (4 marks)</w:t>
      </w:r>
    </w:p>
    <w:p w14:paraId="3778B8C3" w14:textId="77777777" w:rsidR="000C29B1" w:rsidRPr="00015A97" w:rsidRDefault="00000000">
      <w:pPr>
        <w:spacing w:after="0"/>
        <w:rPr>
          <w:bCs/>
        </w:rPr>
      </w:pPr>
      <w:r w:rsidRPr="00015A97">
        <w:rPr>
          <w:bCs/>
          <w:sz w:val="16"/>
        </w:rPr>
        <w:t>________________________________________________________________________________</w:t>
      </w:r>
    </w:p>
    <w:p w14:paraId="2D54E642" w14:textId="77777777" w:rsidR="000C29B1" w:rsidRPr="00015A97" w:rsidRDefault="00000000">
      <w:pPr>
        <w:spacing w:after="0"/>
        <w:rPr>
          <w:bCs/>
        </w:rPr>
      </w:pPr>
      <w:r w:rsidRPr="00015A97">
        <w:rPr>
          <w:bCs/>
          <w:sz w:val="16"/>
        </w:rPr>
        <w:t>________________________________________________________________________________</w:t>
      </w:r>
    </w:p>
    <w:p w14:paraId="2D124E84" w14:textId="77777777" w:rsidR="000C29B1" w:rsidRPr="00015A97" w:rsidRDefault="00000000">
      <w:pPr>
        <w:spacing w:after="0"/>
        <w:rPr>
          <w:bCs/>
        </w:rPr>
      </w:pPr>
      <w:r w:rsidRPr="00015A97">
        <w:rPr>
          <w:bCs/>
          <w:sz w:val="16"/>
        </w:rPr>
        <w:t>________________________________________________________________________________</w:t>
      </w:r>
    </w:p>
    <w:p w14:paraId="325ADDF1" w14:textId="77777777" w:rsidR="000C29B1" w:rsidRPr="00015A97" w:rsidRDefault="00000000">
      <w:pPr>
        <w:spacing w:after="0"/>
        <w:rPr>
          <w:bCs/>
        </w:rPr>
      </w:pPr>
      <w:r w:rsidRPr="00015A97">
        <w:rPr>
          <w:bCs/>
          <w:sz w:val="16"/>
        </w:rPr>
        <w:t>________________________________________________________________________________</w:t>
      </w:r>
    </w:p>
    <w:p w14:paraId="63014509" w14:textId="77777777" w:rsidR="000C29B1" w:rsidRDefault="00000000">
      <w:pPr>
        <w:spacing w:after="0"/>
      </w:pPr>
      <w:r w:rsidRPr="00015A97">
        <w:rPr>
          <w:bCs/>
          <w:sz w:val="16"/>
        </w:rPr>
        <w:t>________________________________________________________________________________</w:t>
      </w:r>
    </w:p>
    <w:p w14:paraId="42C245FB" w14:textId="77777777" w:rsidR="000C29B1" w:rsidRDefault="00000000">
      <w:pPr>
        <w:spacing w:before="100" w:after="40"/>
      </w:pPr>
      <w:r>
        <w:rPr>
          <w:b/>
          <w:sz w:val="24"/>
        </w:rPr>
        <w:t>SECTION D — ISLAMIC HISTORY AND CIVILISATION (12 MARKS)</w:t>
      </w:r>
    </w:p>
    <w:p w14:paraId="3203949D" w14:textId="77777777" w:rsidR="000C29B1" w:rsidRPr="00015A97" w:rsidRDefault="00000000">
      <w:pPr>
        <w:spacing w:before="60" w:after="20"/>
        <w:rPr>
          <w:bCs/>
        </w:rPr>
      </w:pPr>
      <w:r w:rsidRPr="00015A97">
        <w:rPr>
          <w:bCs/>
        </w:rPr>
        <w:t>18. Explain four factors that contributed to the rise or spread of the Umayyad Dynasty and state one contribution of any one of the selected Umayyad Caliphs: Muawiya ibn Abu Sufyan, Abdulmalik ibn Marwan or Umar ibn Abdulaziz. (4 marks)</w:t>
      </w:r>
    </w:p>
    <w:p w14:paraId="4E690A20" w14:textId="77777777" w:rsidR="000C29B1" w:rsidRPr="00015A97" w:rsidRDefault="00000000">
      <w:pPr>
        <w:spacing w:after="0"/>
        <w:rPr>
          <w:bCs/>
        </w:rPr>
      </w:pPr>
      <w:r w:rsidRPr="00015A97">
        <w:rPr>
          <w:bCs/>
          <w:sz w:val="16"/>
        </w:rPr>
        <w:t>________________________________________________________________________________</w:t>
      </w:r>
    </w:p>
    <w:p w14:paraId="2EB64538" w14:textId="77777777" w:rsidR="000C29B1" w:rsidRPr="00015A97" w:rsidRDefault="00000000">
      <w:pPr>
        <w:spacing w:after="0"/>
        <w:rPr>
          <w:bCs/>
        </w:rPr>
      </w:pPr>
      <w:r w:rsidRPr="00015A97">
        <w:rPr>
          <w:bCs/>
          <w:sz w:val="16"/>
        </w:rPr>
        <w:t>________________________________________________________________________________</w:t>
      </w:r>
    </w:p>
    <w:p w14:paraId="218A35C9" w14:textId="77777777" w:rsidR="000C29B1" w:rsidRPr="00015A97" w:rsidRDefault="00000000">
      <w:pPr>
        <w:spacing w:after="0"/>
        <w:rPr>
          <w:bCs/>
        </w:rPr>
      </w:pPr>
      <w:r w:rsidRPr="00015A97">
        <w:rPr>
          <w:bCs/>
          <w:sz w:val="16"/>
        </w:rPr>
        <w:t>________________________________________________________________________________</w:t>
      </w:r>
    </w:p>
    <w:p w14:paraId="4E3E1B96" w14:textId="77777777" w:rsidR="000C29B1" w:rsidRPr="00015A97" w:rsidRDefault="00000000">
      <w:pPr>
        <w:spacing w:after="0"/>
        <w:rPr>
          <w:bCs/>
        </w:rPr>
      </w:pPr>
      <w:r w:rsidRPr="00015A97">
        <w:rPr>
          <w:bCs/>
          <w:sz w:val="16"/>
        </w:rPr>
        <w:t>________________________________________________________________________________</w:t>
      </w:r>
    </w:p>
    <w:p w14:paraId="3FB532D7" w14:textId="77777777" w:rsidR="000C29B1" w:rsidRPr="00015A97" w:rsidRDefault="00000000">
      <w:pPr>
        <w:spacing w:after="0"/>
        <w:rPr>
          <w:bCs/>
        </w:rPr>
      </w:pPr>
      <w:r w:rsidRPr="00015A97">
        <w:rPr>
          <w:bCs/>
          <w:sz w:val="16"/>
        </w:rPr>
        <w:t>________________________________________________________________________________</w:t>
      </w:r>
    </w:p>
    <w:p w14:paraId="256C4AC8" w14:textId="77777777" w:rsidR="000C29B1" w:rsidRPr="00015A97" w:rsidRDefault="00000000">
      <w:pPr>
        <w:spacing w:before="60" w:after="20"/>
        <w:rPr>
          <w:bCs/>
        </w:rPr>
      </w:pPr>
      <w:r w:rsidRPr="00015A97">
        <w:rPr>
          <w:bCs/>
        </w:rPr>
        <w:t>19. (a) Explain two factors that led to the spread of Islam in Tanzania and Uganda up to the 19th century. (b) State two social, political or economic impacts of Islam in Tanzania and Uganda. (4 marks)</w:t>
      </w:r>
    </w:p>
    <w:p w14:paraId="467DAAFB" w14:textId="77777777" w:rsidR="000C29B1" w:rsidRPr="00015A97" w:rsidRDefault="00000000">
      <w:pPr>
        <w:spacing w:after="0"/>
        <w:rPr>
          <w:bCs/>
        </w:rPr>
      </w:pPr>
      <w:r w:rsidRPr="00015A97">
        <w:rPr>
          <w:bCs/>
          <w:sz w:val="16"/>
        </w:rPr>
        <w:t>________________________________________________________________________________</w:t>
      </w:r>
    </w:p>
    <w:p w14:paraId="5E152E3B" w14:textId="77777777" w:rsidR="000C29B1" w:rsidRPr="00015A97" w:rsidRDefault="00000000">
      <w:pPr>
        <w:spacing w:after="0"/>
        <w:rPr>
          <w:bCs/>
        </w:rPr>
      </w:pPr>
      <w:r w:rsidRPr="00015A97">
        <w:rPr>
          <w:bCs/>
          <w:sz w:val="16"/>
        </w:rPr>
        <w:t>________________________________________________________________________________</w:t>
      </w:r>
    </w:p>
    <w:p w14:paraId="6D9B7F79" w14:textId="77777777" w:rsidR="000C29B1" w:rsidRPr="00015A97" w:rsidRDefault="00000000">
      <w:pPr>
        <w:spacing w:after="0"/>
        <w:rPr>
          <w:bCs/>
        </w:rPr>
      </w:pPr>
      <w:r w:rsidRPr="00015A97">
        <w:rPr>
          <w:bCs/>
          <w:sz w:val="16"/>
        </w:rPr>
        <w:t>________________________________________________________________________________</w:t>
      </w:r>
    </w:p>
    <w:p w14:paraId="01763055" w14:textId="77777777" w:rsidR="000C29B1" w:rsidRPr="00015A97" w:rsidRDefault="00000000">
      <w:pPr>
        <w:spacing w:after="0"/>
        <w:rPr>
          <w:bCs/>
        </w:rPr>
      </w:pPr>
      <w:r w:rsidRPr="00015A97">
        <w:rPr>
          <w:bCs/>
          <w:sz w:val="16"/>
        </w:rPr>
        <w:t>________________________________________________________________________________</w:t>
      </w:r>
    </w:p>
    <w:p w14:paraId="2E28EB98" w14:textId="77777777" w:rsidR="000C29B1" w:rsidRPr="00015A97" w:rsidRDefault="00000000">
      <w:pPr>
        <w:spacing w:after="0"/>
        <w:rPr>
          <w:bCs/>
        </w:rPr>
      </w:pPr>
      <w:r w:rsidRPr="00015A97">
        <w:rPr>
          <w:bCs/>
          <w:sz w:val="16"/>
        </w:rPr>
        <w:t>________________________________________________________________________________</w:t>
      </w:r>
    </w:p>
    <w:p w14:paraId="72E30154" w14:textId="77777777" w:rsidR="000C29B1" w:rsidRPr="00015A97" w:rsidRDefault="00000000">
      <w:pPr>
        <w:spacing w:before="60" w:after="20"/>
        <w:rPr>
          <w:bCs/>
        </w:rPr>
      </w:pPr>
      <w:r w:rsidRPr="00015A97">
        <w:rPr>
          <w:bCs/>
        </w:rPr>
        <w:t>20. State four contributions or lessons that can be learnt from the biographies of Sheikh Abdallah Saleh Al-Farsy (1912–1982) and Aisha Lemu (1940–2019). (4 marks)</w:t>
      </w:r>
    </w:p>
    <w:p w14:paraId="09B6FA6D" w14:textId="77777777" w:rsidR="000C29B1" w:rsidRPr="00015A97" w:rsidRDefault="00000000">
      <w:pPr>
        <w:spacing w:after="0"/>
        <w:rPr>
          <w:bCs/>
        </w:rPr>
      </w:pPr>
      <w:r w:rsidRPr="00015A97">
        <w:rPr>
          <w:bCs/>
          <w:sz w:val="16"/>
        </w:rPr>
        <w:lastRenderedPageBreak/>
        <w:t>________________________________________________________________________________</w:t>
      </w:r>
    </w:p>
    <w:p w14:paraId="4BB1F00E" w14:textId="77777777" w:rsidR="000C29B1" w:rsidRPr="00015A97" w:rsidRDefault="00000000">
      <w:pPr>
        <w:spacing w:after="0"/>
        <w:rPr>
          <w:bCs/>
        </w:rPr>
      </w:pPr>
      <w:r w:rsidRPr="00015A97">
        <w:rPr>
          <w:bCs/>
          <w:sz w:val="16"/>
        </w:rPr>
        <w:t>________________________________________________________________________________</w:t>
      </w:r>
    </w:p>
    <w:p w14:paraId="0453155E" w14:textId="77777777" w:rsidR="000C29B1" w:rsidRPr="00015A97" w:rsidRDefault="00000000">
      <w:pPr>
        <w:spacing w:after="0"/>
        <w:rPr>
          <w:bCs/>
        </w:rPr>
      </w:pPr>
      <w:r w:rsidRPr="00015A97">
        <w:rPr>
          <w:bCs/>
          <w:sz w:val="16"/>
        </w:rPr>
        <w:t>________________________________________________________________________________</w:t>
      </w:r>
    </w:p>
    <w:p w14:paraId="0267672E" w14:textId="77777777" w:rsidR="000C29B1" w:rsidRPr="00015A97" w:rsidRDefault="00000000">
      <w:pPr>
        <w:spacing w:after="0"/>
        <w:rPr>
          <w:bCs/>
        </w:rPr>
      </w:pPr>
      <w:r w:rsidRPr="00015A97">
        <w:rPr>
          <w:bCs/>
          <w:sz w:val="16"/>
        </w:rPr>
        <w:t>________________________________________________________________________________</w:t>
      </w:r>
    </w:p>
    <w:p w14:paraId="53EE13BF" w14:textId="77777777" w:rsidR="000C29B1" w:rsidRPr="00015A97" w:rsidRDefault="00000000">
      <w:pPr>
        <w:spacing w:after="0"/>
        <w:rPr>
          <w:bCs/>
        </w:rPr>
      </w:pPr>
      <w:r w:rsidRPr="00015A97">
        <w:rPr>
          <w:bCs/>
          <w:sz w:val="16"/>
        </w:rPr>
        <w:t>________________________________________________________________________________</w:t>
      </w:r>
    </w:p>
    <w:p w14:paraId="6F785D87" w14:textId="77777777" w:rsidR="000C29B1" w:rsidRDefault="00000000">
      <w:r>
        <w:rPr>
          <w:b/>
        </w:rPr>
        <w:t>END OF QUESTION PAPER</w:t>
      </w:r>
    </w:p>
    <w:sectPr w:rsidR="000C29B1" w:rsidSect="00034616">
      <w:footerReference w:type="default" r:id="rId8"/>
      <w:headerReference w:type="default" r:id="rId11"/>
      <w:headerReference w:type="first" r:id="rId12"/>
      <w:headerReference w:type="even" r:id="rId13"/>
      <w:footerReference w:type="first" r:id="rId14"/>
      <w:footerReference w:type="even"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9375" w14:textId="77777777" w:rsidR="00A034A9" w:rsidRDefault="00A034A9">
      <w:pPr>
        <w:spacing w:after="0" w:line="240" w:lineRule="auto"/>
      </w:pPr>
      <w:r>
        <w:separator/>
      </w:r>
    </w:p>
  </w:endnote>
  <w:endnote w:type="continuationSeparator" w:id="0">
    <w:p w14:paraId="4FA5D953" w14:textId="77777777" w:rsidR="00A034A9" w:rsidRDefault="00A03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5AE85" w14:textId="77777777" w:rsidR="00A034A9" w:rsidRDefault="00A034A9">
      <w:pPr>
        <w:spacing w:after="0" w:line="240" w:lineRule="auto"/>
      </w:pPr>
      <w:r>
        <w:separator/>
      </w:r>
    </w:p>
  </w:footnote>
  <w:footnote w:type="continuationSeparator" w:id="0">
    <w:p w14:paraId="4DDB1EAB" w14:textId="77777777" w:rsidR="00A034A9" w:rsidRDefault="00A034A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1042889">
    <w:abstractNumId w:val="8"/>
  </w:num>
  <w:num w:numId="2" w16cid:durableId="87775442">
    <w:abstractNumId w:val="6"/>
  </w:num>
  <w:num w:numId="3" w16cid:durableId="636492182">
    <w:abstractNumId w:val="5"/>
  </w:num>
  <w:num w:numId="4" w16cid:durableId="508525120">
    <w:abstractNumId w:val="4"/>
  </w:num>
  <w:num w:numId="5" w16cid:durableId="754522443">
    <w:abstractNumId w:val="7"/>
  </w:num>
  <w:num w:numId="6" w16cid:durableId="1390224926">
    <w:abstractNumId w:val="3"/>
  </w:num>
  <w:num w:numId="7" w16cid:durableId="796412424">
    <w:abstractNumId w:val="2"/>
  </w:num>
  <w:num w:numId="8" w16cid:durableId="1872300331">
    <w:abstractNumId w:val="1"/>
  </w:num>
  <w:num w:numId="9" w16cid:durableId="663973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A97"/>
    <w:rsid w:val="00034616"/>
    <w:rsid w:val="0006063C"/>
    <w:rsid w:val="000C29B1"/>
    <w:rsid w:val="000D5131"/>
    <w:rsid w:val="0015074B"/>
    <w:rsid w:val="0029639D"/>
    <w:rsid w:val="00326F90"/>
    <w:rsid w:val="00A034A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E8F13"/>
  <w14:defaultImageDpi w14:val="300"/>
  <w15:docId w15:val="{0CAFD4E5-C939-47B2-98E5-D0FB83E5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2026-09-23T14:25:00Z</dcterms:modified>
  <cp:category/>
</cp:coreProperties>
</file>