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12AE1" w14:textId="77777777" w:rsidR="00412355" w:rsidRDefault="00000000">
      <w:pPr>
        <w:jc w:val="center"/>
      </w:pPr>
      <w:r>
        <w:rPr>
          <w:b/>
          <w:sz w:val="32"/>
        </w:rPr>
        <w:t>END TERM 3 2026</w:t>
      </w:r>
    </w:p>
    <w:p w14:paraId="6536F54B" w14:textId="77777777" w:rsidR="00412355" w:rsidRDefault="00000000">
      <w:pPr>
        <w:jc w:val="center"/>
      </w:pPr>
      <w:r>
        <w:rPr>
          <w:b/>
          <w:sz w:val="30"/>
        </w:rPr>
        <w:t>GRADE 10</w:t>
      </w:r>
    </w:p>
    <w:p w14:paraId="086D2C52" w14:textId="77777777" w:rsidR="00412355" w:rsidRDefault="00000000">
      <w:pPr>
        <w:jc w:val="center"/>
      </w:pPr>
      <w:r>
        <w:rPr>
          <w:b/>
          <w:sz w:val="32"/>
        </w:rPr>
        <w:t>HISTORY AND CITIZENSHIP</w:t>
      </w:r>
    </w:p>
    <w:p w14:paraId="5F49F2BF" w14:textId="77777777" w:rsidR="00412355" w:rsidRDefault="00000000">
      <w:pPr>
        <w:jc w:val="center"/>
      </w:pPr>
      <w:r>
        <w:rPr>
          <w:b/>
          <w:sz w:val="26"/>
        </w:rPr>
        <w:t>PAPER 1</w:t>
      </w:r>
    </w:p>
    <w:p w14:paraId="32F262A1" w14:textId="77777777" w:rsidR="00412355" w:rsidRDefault="00000000">
      <w:pPr>
        <w:jc w:val="center"/>
      </w:pPr>
      <w:r>
        <w:rPr>
          <w:b/>
          <w:sz w:val="24"/>
        </w:rPr>
        <w:t>TIME: 2 HOURS 30 MINUTES    |    TOTAL MARKS: 100</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24"/>
        <w:gridCol w:w="7916"/>
      </w:tblGrid>
      <w:tr w:rsidR="00412355" w14:paraId="7D5CEC18" w14:textId="77777777">
        <w:trPr>
          <w:jc w:val="center"/>
        </w:trPr>
        <w:tc>
          <w:tcPr>
            <w:tcW w:w="5112" w:type="dxa"/>
          </w:tcPr>
          <w:p w14:paraId="0178F84B" w14:textId="77777777" w:rsidR="00412355" w:rsidRDefault="00000000">
            <w:r>
              <w:rPr>
                <w:b/>
              </w:rPr>
              <w:t>Name</w:t>
            </w:r>
          </w:p>
        </w:tc>
        <w:tc>
          <w:tcPr>
            <w:tcW w:w="5112" w:type="dxa"/>
          </w:tcPr>
          <w:p w14:paraId="18D9FA1D" w14:textId="77777777" w:rsidR="00412355" w:rsidRDefault="00000000">
            <w:r>
              <w:t>______________________________________________________________________</w:t>
            </w:r>
          </w:p>
        </w:tc>
      </w:tr>
      <w:tr w:rsidR="00412355" w14:paraId="022DBE03" w14:textId="77777777">
        <w:trPr>
          <w:jc w:val="center"/>
        </w:trPr>
        <w:tc>
          <w:tcPr>
            <w:tcW w:w="5112" w:type="dxa"/>
          </w:tcPr>
          <w:p w14:paraId="70DA5DF2" w14:textId="77777777" w:rsidR="00412355" w:rsidRDefault="00000000">
            <w:r>
              <w:rPr>
                <w:b/>
              </w:rPr>
              <w:t>Assessment Number</w:t>
            </w:r>
          </w:p>
        </w:tc>
        <w:tc>
          <w:tcPr>
            <w:tcW w:w="5112" w:type="dxa"/>
          </w:tcPr>
          <w:p w14:paraId="045313DD" w14:textId="77777777" w:rsidR="00412355" w:rsidRDefault="00000000">
            <w:r>
              <w:t>______________________________________________________________________</w:t>
            </w:r>
          </w:p>
        </w:tc>
      </w:tr>
      <w:tr w:rsidR="00412355" w14:paraId="6D01349A" w14:textId="77777777">
        <w:trPr>
          <w:jc w:val="center"/>
        </w:trPr>
        <w:tc>
          <w:tcPr>
            <w:tcW w:w="5112" w:type="dxa"/>
          </w:tcPr>
          <w:p w14:paraId="2FDF1976" w14:textId="77777777" w:rsidR="00412355" w:rsidRDefault="00000000">
            <w:r>
              <w:rPr>
                <w:b/>
              </w:rPr>
              <w:t>Class / Stream</w:t>
            </w:r>
          </w:p>
        </w:tc>
        <w:tc>
          <w:tcPr>
            <w:tcW w:w="5112" w:type="dxa"/>
          </w:tcPr>
          <w:p w14:paraId="1CE08955" w14:textId="77777777" w:rsidR="00412355" w:rsidRDefault="00000000">
            <w:r>
              <w:t>______________________________________________________________________</w:t>
            </w:r>
          </w:p>
        </w:tc>
      </w:tr>
      <w:tr w:rsidR="00412355" w14:paraId="05E83C5B" w14:textId="77777777">
        <w:trPr>
          <w:jc w:val="center"/>
        </w:trPr>
        <w:tc>
          <w:tcPr>
            <w:tcW w:w="5112" w:type="dxa"/>
          </w:tcPr>
          <w:p w14:paraId="624BF706" w14:textId="77777777" w:rsidR="00412355" w:rsidRDefault="00000000">
            <w:r>
              <w:rPr>
                <w:b/>
              </w:rPr>
              <w:t>Date</w:t>
            </w:r>
          </w:p>
        </w:tc>
        <w:tc>
          <w:tcPr>
            <w:tcW w:w="5112" w:type="dxa"/>
          </w:tcPr>
          <w:p w14:paraId="17507D6B" w14:textId="77777777" w:rsidR="00412355" w:rsidRDefault="00000000">
            <w:r>
              <w:t>______________________________________________________________________</w:t>
            </w:r>
          </w:p>
        </w:tc>
      </w:tr>
    </w:tbl>
    <w:p w14:paraId="35849130" w14:textId="77777777" w:rsidR="00412355" w:rsidRDefault="00000000">
      <w:r>
        <w:rPr>
          <w:b/>
          <w:sz w:val="24"/>
        </w:rPr>
        <w:t>INSTRUCTIONS TO CANDIDATES</w:t>
      </w:r>
    </w:p>
    <w:p w14:paraId="39C2AC97" w14:textId="77777777" w:rsidR="00412355" w:rsidRDefault="00000000">
      <w:pPr>
        <w:ind w:left="288"/>
      </w:pPr>
      <w:r>
        <w:t>• Write your name and assessment details in the spaces provided.</w:t>
      </w:r>
    </w:p>
    <w:p w14:paraId="7C63E1A3" w14:textId="77777777" w:rsidR="00412355" w:rsidRDefault="00000000">
      <w:pPr>
        <w:ind w:left="288"/>
      </w:pPr>
      <w:r>
        <w:t>• Read all questions carefully before answering.</w:t>
      </w:r>
    </w:p>
    <w:p w14:paraId="1ED420AE" w14:textId="77777777" w:rsidR="00412355" w:rsidRDefault="00000000">
      <w:pPr>
        <w:ind w:left="288"/>
      </w:pPr>
      <w:r>
        <w:t>• Answer all questions.</w:t>
      </w:r>
    </w:p>
    <w:p w14:paraId="4AF66D6E" w14:textId="77777777" w:rsidR="00412355" w:rsidRDefault="00000000">
      <w:pPr>
        <w:ind w:left="288"/>
      </w:pPr>
      <w:r>
        <w:t>• Support answers with relevant historical evidence and examples where required.</w:t>
      </w:r>
    </w:p>
    <w:p w14:paraId="6AD0F3F8" w14:textId="77777777" w:rsidR="00412355" w:rsidRDefault="00000000">
      <w:pPr>
        <w:ind w:left="288"/>
      </w:pPr>
      <w:r>
        <w:t>• Where a source or case study is provided, base your response on the information given and your historical knowledge.</w:t>
      </w:r>
    </w:p>
    <w:p w14:paraId="6D2C5738" w14:textId="77777777" w:rsidR="00412355" w:rsidRDefault="00000000">
      <w:pPr>
        <w:ind w:left="288"/>
      </w:pPr>
      <w:r>
        <w:t>• Write clearly and use complete responses.</w:t>
      </w:r>
    </w:p>
    <w:p w14:paraId="591AEF5C" w14:textId="77777777" w:rsidR="00412355" w:rsidRDefault="00000000">
      <w:pPr>
        <w:ind w:left="288"/>
      </w:pPr>
      <w:r>
        <w:t>• All answers should be written in the spaces provided where applicable.</w:t>
      </w:r>
    </w:p>
    <w:p w14:paraId="795D8B8A" w14:textId="77777777" w:rsidR="00412355" w:rsidRDefault="00000000">
      <w:pPr>
        <w:ind w:left="288"/>
      </w:pPr>
      <w:r>
        <w:t>• Check the paper to ensure that all pages and questions are present.</w:t>
      </w:r>
    </w:p>
    <w:p w14:paraId="01A05795" w14:textId="77777777" w:rsidR="00412355" w:rsidRDefault="00000000">
      <w:pPr>
        <w:spacing w:before="120"/>
      </w:pPr>
      <w:r>
        <w:rPr>
          <w:b/>
          <w:sz w:val="26"/>
        </w:rPr>
        <w:t>EXAMINER'S USE ONLY</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6"/>
        <w:gridCol w:w="2556"/>
        <w:gridCol w:w="2556"/>
        <w:gridCol w:w="2556"/>
      </w:tblGrid>
      <w:tr w:rsidR="00412355" w14:paraId="1D6C06EE" w14:textId="77777777">
        <w:trPr>
          <w:jc w:val="center"/>
        </w:trPr>
        <w:tc>
          <w:tcPr>
            <w:tcW w:w="2556" w:type="dxa"/>
            <w:shd w:val="clear" w:color="auto" w:fill="D9E1F2"/>
          </w:tcPr>
          <w:p w14:paraId="7F4C9C3B" w14:textId="77777777" w:rsidR="00412355" w:rsidRDefault="00000000">
            <w:r>
              <w:rPr>
                <w:b/>
                <w:sz w:val="18"/>
              </w:rPr>
              <w:t>Section</w:t>
            </w:r>
          </w:p>
        </w:tc>
        <w:tc>
          <w:tcPr>
            <w:tcW w:w="2556" w:type="dxa"/>
            <w:shd w:val="clear" w:color="auto" w:fill="D9E1F2"/>
          </w:tcPr>
          <w:p w14:paraId="391290FA" w14:textId="77777777" w:rsidR="00412355" w:rsidRDefault="00000000">
            <w:r>
              <w:rPr>
                <w:b/>
                <w:sz w:val="18"/>
              </w:rPr>
              <w:t>Question Numbers</w:t>
            </w:r>
          </w:p>
        </w:tc>
        <w:tc>
          <w:tcPr>
            <w:tcW w:w="2556" w:type="dxa"/>
            <w:shd w:val="clear" w:color="auto" w:fill="D9E1F2"/>
          </w:tcPr>
          <w:p w14:paraId="18508A7C" w14:textId="77777777" w:rsidR="00412355" w:rsidRDefault="00000000">
            <w:r>
              <w:rPr>
                <w:b/>
                <w:sz w:val="18"/>
              </w:rPr>
              <w:t>Maximum Score</w:t>
            </w:r>
          </w:p>
        </w:tc>
        <w:tc>
          <w:tcPr>
            <w:tcW w:w="2556" w:type="dxa"/>
            <w:shd w:val="clear" w:color="auto" w:fill="D9E1F2"/>
          </w:tcPr>
          <w:p w14:paraId="64DD6B58" w14:textId="77777777" w:rsidR="00412355" w:rsidRDefault="00000000">
            <w:r>
              <w:rPr>
                <w:b/>
                <w:sz w:val="18"/>
              </w:rPr>
              <w:t>Candidate's Score</w:t>
            </w:r>
          </w:p>
        </w:tc>
      </w:tr>
      <w:tr w:rsidR="00412355" w14:paraId="5581A808" w14:textId="77777777">
        <w:trPr>
          <w:jc w:val="center"/>
        </w:trPr>
        <w:tc>
          <w:tcPr>
            <w:tcW w:w="2556" w:type="dxa"/>
          </w:tcPr>
          <w:p w14:paraId="5452AAE2" w14:textId="77777777" w:rsidR="00412355" w:rsidRDefault="00000000">
            <w:r>
              <w:rPr>
                <w:sz w:val="18"/>
              </w:rPr>
              <w:t>A</w:t>
            </w:r>
          </w:p>
        </w:tc>
        <w:tc>
          <w:tcPr>
            <w:tcW w:w="2556" w:type="dxa"/>
          </w:tcPr>
          <w:p w14:paraId="02727274" w14:textId="77777777" w:rsidR="00412355" w:rsidRDefault="00000000">
            <w:r>
              <w:rPr>
                <w:sz w:val="18"/>
              </w:rPr>
              <w:t>1–10</w:t>
            </w:r>
          </w:p>
        </w:tc>
        <w:tc>
          <w:tcPr>
            <w:tcW w:w="2556" w:type="dxa"/>
          </w:tcPr>
          <w:p w14:paraId="7B9D7127" w14:textId="77777777" w:rsidR="00412355" w:rsidRDefault="00000000">
            <w:r>
              <w:rPr>
                <w:sz w:val="18"/>
              </w:rPr>
              <w:t>20</w:t>
            </w:r>
          </w:p>
        </w:tc>
        <w:tc>
          <w:tcPr>
            <w:tcW w:w="2556" w:type="dxa"/>
          </w:tcPr>
          <w:p w14:paraId="620ADB08" w14:textId="77777777" w:rsidR="00412355" w:rsidRDefault="00412355"/>
        </w:tc>
      </w:tr>
      <w:tr w:rsidR="00412355" w14:paraId="710E457C" w14:textId="77777777">
        <w:trPr>
          <w:jc w:val="center"/>
        </w:trPr>
        <w:tc>
          <w:tcPr>
            <w:tcW w:w="2556" w:type="dxa"/>
          </w:tcPr>
          <w:p w14:paraId="6A182AD9" w14:textId="77777777" w:rsidR="00412355" w:rsidRDefault="00000000">
            <w:r>
              <w:rPr>
                <w:sz w:val="18"/>
              </w:rPr>
              <w:t>B</w:t>
            </w:r>
          </w:p>
        </w:tc>
        <w:tc>
          <w:tcPr>
            <w:tcW w:w="2556" w:type="dxa"/>
          </w:tcPr>
          <w:p w14:paraId="3C30AEE8" w14:textId="77777777" w:rsidR="00412355" w:rsidRDefault="00000000">
            <w:r>
              <w:rPr>
                <w:sz w:val="18"/>
              </w:rPr>
              <w:t>11–15</w:t>
            </w:r>
          </w:p>
        </w:tc>
        <w:tc>
          <w:tcPr>
            <w:tcW w:w="2556" w:type="dxa"/>
          </w:tcPr>
          <w:p w14:paraId="32B2DF96" w14:textId="77777777" w:rsidR="00412355" w:rsidRDefault="00000000">
            <w:r>
              <w:rPr>
                <w:sz w:val="18"/>
              </w:rPr>
              <w:t>40</w:t>
            </w:r>
          </w:p>
        </w:tc>
        <w:tc>
          <w:tcPr>
            <w:tcW w:w="2556" w:type="dxa"/>
          </w:tcPr>
          <w:p w14:paraId="13384726" w14:textId="77777777" w:rsidR="00412355" w:rsidRDefault="00412355"/>
        </w:tc>
      </w:tr>
      <w:tr w:rsidR="00412355" w14:paraId="183BCE77" w14:textId="77777777">
        <w:trPr>
          <w:jc w:val="center"/>
        </w:trPr>
        <w:tc>
          <w:tcPr>
            <w:tcW w:w="2556" w:type="dxa"/>
          </w:tcPr>
          <w:p w14:paraId="4B8C873A" w14:textId="77777777" w:rsidR="00412355" w:rsidRDefault="00000000">
            <w:r>
              <w:rPr>
                <w:sz w:val="18"/>
              </w:rPr>
              <w:t>C</w:t>
            </w:r>
          </w:p>
        </w:tc>
        <w:tc>
          <w:tcPr>
            <w:tcW w:w="2556" w:type="dxa"/>
          </w:tcPr>
          <w:p w14:paraId="692CAC89" w14:textId="77777777" w:rsidR="00412355" w:rsidRDefault="00000000">
            <w:r>
              <w:rPr>
                <w:sz w:val="18"/>
              </w:rPr>
              <w:t>16–19</w:t>
            </w:r>
          </w:p>
        </w:tc>
        <w:tc>
          <w:tcPr>
            <w:tcW w:w="2556" w:type="dxa"/>
          </w:tcPr>
          <w:p w14:paraId="71E3F642" w14:textId="77777777" w:rsidR="00412355" w:rsidRDefault="00000000">
            <w:r>
              <w:rPr>
                <w:sz w:val="18"/>
              </w:rPr>
              <w:t>40</w:t>
            </w:r>
          </w:p>
        </w:tc>
        <w:tc>
          <w:tcPr>
            <w:tcW w:w="2556" w:type="dxa"/>
          </w:tcPr>
          <w:p w14:paraId="516B30CB" w14:textId="77777777" w:rsidR="00412355" w:rsidRDefault="00412355"/>
        </w:tc>
      </w:tr>
      <w:tr w:rsidR="00412355" w14:paraId="0C8FFDE3" w14:textId="77777777">
        <w:trPr>
          <w:jc w:val="center"/>
        </w:trPr>
        <w:tc>
          <w:tcPr>
            <w:tcW w:w="2556" w:type="dxa"/>
          </w:tcPr>
          <w:p w14:paraId="496C623A" w14:textId="77777777" w:rsidR="00412355" w:rsidRDefault="00000000">
            <w:r>
              <w:rPr>
                <w:b/>
                <w:sz w:val="18"/>
              </w:rPr>
              <w:t>TOTAL</w:t>
            </w:r>
          </w:p>
        </w:tc>
        <w:tc>
          <w:tcPr>
            <w:tcW w:w="2556" w:type="dxa"/>
          </w:tcPr>
          <w:p w14:paraId="5E013159" w14:textId="77777777" w:rsidR="00412355" w:rsidRDefault="00412355"/>
        </w:tc>
        <w:tc>
          <w:tcPr>
            <w:tcW w:w="2556" w:type="dxa"/>
          </w:tcPr>
          <w:p w14:paraId="6ECEFAD9" w14:textId="77777777" w:rsidR="00412355" w:rsidRDefault="00000000">
            <w:r>
              <w:rPr>
                <w:sz w:val="18"/>
              </w:rPr>
              <w:t>100</w:t>
            </w:r>
          </w:p>
        </w:tc>
        <w:tc>
          <w:tcPr>
            <w:tcW w:w="2556" w:type="dxa"/>
          </w:tcPr>
          <w:p w14:paraId="157A36AB" w14:textId="77777777" w:rsidR="00412355" w:rsidRDefault="00412355"/>
        </w:tc>
      </w:tr>
    </w:tbl>
    <w:p w14:paraId="0B0BB70C" w14:textId="77777777" w:rsidR="00412355" w:rsidRDefault="00000000">
      <w:pPr>
        <w:spacing w:before="120"/>
      </w:pPr>
      <w:r>
        <w:rPr>
          <w:b/>
          <w:sz w:val="26"/>
        </w:rPr>
        <w:t>SECTION A — FOUNDATIONAL STRUCTURED QUESTIONS</w:t>
      </w:r>
    </w:p>
    <w:p w14:paraId="5B7A0912" w14:textId="77777777" w:rsidR="00412355" w:rsidRDefault="00000000">
      <w:r>
        <w:t>Answer all questions in this section.</w:t>
      </w:r>
    </w:p>
    <w:p w14:paraId="73BADCD7" w14:textId="77777777" w:rsidR="00412355" w:rsidRDefault="00000000">
      <w:r>
        <w:rPr>
          <w:b/>
        </w:rPr>
        <w:t xml:space="preserve">1. </w:t>
      </w:r>
      <w:r>
        <w:t>Distinguish between primary and secondary sources of historical information. Give one example of each.</w:t>
      </w:r>
      <w:r>
        <w:rPr>
          <w:b/>
        </w:rPr>
        <w:t xml:space="preserve"> (2 marks)</w:t>
      </w:r>
    </w:p>
    <w:p w14:paraId="62B7141F" w14:textId="77777777" w:rsidR="00412355" w:rsidRDefault="00000000">
      <w:pPr>
        <w:spacing w:after="20"/>
      </w:pPr>
      <w:r>
        <w:rPr>
          <w:sz w:val="18"/>
        </w:rPr>
        <w:t>_________________________________________________________________________________________________________</w:t>
      </w:r>
    </w:p>
    <w:p w14:paraId="248BD862" w14:textId="77777777" w:rsidR="00412355" w:rsidRDefault="00000000">
      <w:pPr>
        <w:spacing w:after="20"/>
      </w:pPr>
      <w:r>
        <w:rPr>
          <w:sz w:val="18"/>
        </w:rPr>
        <w:t>_________________________________________________________________________________________________________</w:t>
      </w:r>
    </w:p>
    <w:p w14:paraId="23F8E964" w14:textId="77777777" w:rsidR="00412355" w:rsidRDefault="00000000">
      <w:r>
        <w:rPr>
          <w:b/>
        </w:rPr>
        <w:t xml:space="preserve">2. </w:t>
      </w:r>
      <w:r>
        <w:t>State two factors that influenced migration, settlement and expansion of linguistic groups in Kenya.</w:t>
      </w:r>
      <w:r>
        <w:rPr>
          <w:b/>
        </w:rPr>
        <w:t xml:space="preserve"> (2 marks)</w:t>
      </w:r>
    </w:p>
    <w:p w14:paraId="1F1E673D" w14:textId="77777777" w:rsidR="00412355" w:rsidRDefault="00000000">
      <w:pPr>
        <w:spacing w:after="20"/>
      </w:pPr>
      <w:r>
        <w:rPr>
          <w:sz w:val="18"/>
        </w:rPr>
        <w:t>_________________________________________________________________________________________________________</w:t>
      </w:r>
    </w:p>
    <w:p w14:paraId="6C6B54B1" w14:textId="77777777" w:rsidR="00412355" w:rsidRDefault="00000000">
      <w:pPr>
        <w:spacing w:after="20"/>
      </w:pPr>
      <w:r>
        <w:rPr>
          <w:sz w:val="18"/>
        </w:rPr>
        <w:t>_________________________________________________________________________________________________________</w:t>
      </w:r>
    </w:p>
    <w:p w14:paraId="6C9CF9B7" w14:textId="77777777" w:rsidR="00412355" w:rsidRDefault="00000000">
      <w:r>
        <w:rPr>
          <w:b/>
        </w:rPr>
        <w:t xml:space="preserve">3. </w:t>
      </w:r>
      <w:r>
        <w:t>Give two reasons for the establishment of colonial rule in Kenya.</w:t>
      </w:r>
      <w:r>
        <w:rPr>
          <w:b/>
        </w:rPr>
        <w:t xml:space="preserve"> (2 marks)</w:t>
      </w:r>
    </w:p>
    <w:p w14:paraId="5D24E594" w14:textId="77777777" w:rsidR="00412355" w:rsidRDefault="00000000">
      <w:pPr>
        <w:spacing w:after="20"/>
      </w:pPr>
      <w:r>
        <w:rPr>
          <w:sz w:val="18"/>
        </w:rPr>
        <w:lastRenderedPageBreak/>
        <w:t>_________________________________________________________________________________________________________</w:t>
      </w:r>
    </w:p>
    <w:p w14:paraId="6B884198" w14:textId="77777777" w:rsidR="00412355" w:rsidRDefault="00000000">
      <w:pPr>
        <w:spacing w:after="20"/>
      </w:pPr>
      <w:r>
        <w:rPr>
          <w:sz w:val="18"/>
        </w:rPr>
        <w:t>_________________________________________________________________________________________________________</w:t>
      </w:r>
    </w:p>
    <w:p w14:paraId="65495476" w14:textId="77777777" w:rsidR="00412355" w:rsidRDefault="00000000">
      <w:r>
        <w:rPr>
          <w:b/>
        </w:rPr>
        <w:t xml:space="preserve">4. </w:t>
      </w:r>
      <w:r>
        <w:t>State two constitutional principles that support effective public participation in Kenya.</w:t>
      </w:r>
      <w:r>
        <w:rPr>
          <w:b/>
        </w:rPr>
        <w:t xml:space="preserve"> (2 marks)</w:t>
      </w:r>
    </w:p>
    <w:p w14:paraId="493A109A" w14:textId="77777777" w:rsidR="00412355" w:rsidRDefault="00000000">
      <w:pPr>
        <w:spacing w:after="20"/>
      </w:pPr>
      <w:r>
        <w:rPr>
          <w:sz w:val="18"/>
        </w:rPr>
        <w:t>_________________________________________________________________________________________________________</w:t>
      </w:r>
    </w:p>
    <w:p w14:paraId="539BC6B3" w14:textId="77777777" w:rsidR="00412355" w:rsidRDefault="00000000">
      <w:pPr>
        <w:spacing w:after="20"/>
      </w:pPr>
      <w:r>
        <w:rPr>
          <w:sz w:val="18"/>
        </w:rPr>
        <w:t>_________________________________________________________________________________________________________</w:t>
      </w:r>
    </w:p>
    <w:p w14:paraId="1A22AA4E" w14:textId="77777777" w:rsidR="00412355" w:rsidRDefault="00000000">
      <w:r>
        <w:rPr>
          <w:b/>
        </w:rPr>
        <w:t xml:space="preserve">5. </w:t>
      </w:r>
      <w:r>
        <w:t>State two major political or constitutional developments that occurred in Kenya after independence.</w:t>
      </w:r>
      <w:r>
        <w:rPr>
          <w:b/>
        </w:rPr>
        <w:t xml:space="preserve"> (2 marks)</w:t>
      </w:r>
    </w:p>
    <w:p w14:paraId="3EEC2DAE" w14:textId="77777777" w:rsidR="00412355" w:rsidRDefault="00000000">
      <w:pPr>
        <w:spacing w:after="20"/>
      </w:pPr>
      <w:r>
        <w:rPr>
          <w:sz w:val="18"/>
        </w:rPr>
        <w:t>_________________________________________________________________________________________________________</w:t>
      </w:r>
    </w:p>
    <w:p w14:paraId="05A140A9" w14:textId="77777777" w:rsidR="00412355" w:rsidRDefault="00000000">
      <w:pPr>
        <w:spacing w:after="20"/>
      </w:pPr>
      <w:r>
        <w:rPr>
          <w:sz w:val="18"/>
        </w:rPr>
        <w:t>_________________________________________________________________________________________________________</w:t>
      </w:r>
    </w:p>
    <w:p w14:paraId="163A3BB5" w14:textId="77777777" w:rsidR="00412355" w:rsidRDefault="00000000">
      <w:r>
        <w:rPr>
          <w:b/>
        </w:rPr>
        <w:t xml:space="preserve">6. </w:t>
      </w:r>
      <w:r>
        <w:t>State two roles of the Independent Electoral and Boundaries Commission (IEBC) in elections in Kenya.</w:t>
      </w:r>
      <w:r>
        <w:rPr>
          <w:b/>
        </w:rPr>
        <w:t xml:space="preserve"> (2 marks)</w:t>
      </w:r>
    </w:p>
    <w:p w14:paraId="53115DF4" w14:textId="77777777" w:rsidR="00412355" w:rsidRDefault="00000000">
      <w:pPr>
        <w:spacing w:after="20"/>
      </w:pPr>
      <w:r>
        <w:rPr>
          <w:sz w:val="18"/>
        </w:rPr>
        <w:t>_________________________________________________________________________________________________________</w:t>
      </w:r>
    </w:p>
    <w:p w14:paraId="5C4E3341" w14:textId="77777777" w:rsidR="00412355" w:rsidRDefault="00000000">
      <w:pPr>
        <w:spacing w:after="20"/>
      </w:pPr>
      <w:r>
        <w:rPr>
          <w:sz w:val="18"/>
        </w:rPr>
        <w:t>_________________________________________________________________________________________________________</w:t>
      </w:r>
    </w:p>
    <w:p w14:paraId="3F1127BE" w14:textId="77777777" w:rsidR="00412355" w:rsidRDefault="00000000">
      <w:r>
        <w:rPr>
          <w:b/>
        </w:rPr>
        <w:t xml:space="preserve">7. </w:t>
      </w:r>
      <w:r>
        <w:t>Give two ways in which national integration can be enhanced in Kenya.</w:t>
      </w:r>
      <w:r>
        <w:rPr>
          <w:b/>
        </w:rPr>
        <w:t xml:space="preserve"> (2 marks)</w:t>
      </w:r>
    </w:p>
    <w:p w14:paraId="102E89C8" w14:textId="77777777" w:rsidR="00412355" w:rsidRDefault="00000000">
      <w:pPr>
        <w:spacing w:after="20"/>
      </w:pPr>
      <w:r>
        <w:rPr>
          <w:sz w:val="18"/>
        </w:rPr>
        <w:t>_________________________________________________________________________________________________________</w:t>
      </w:r>
    </w:p>
    <w:p w14:paraId="64686464" w14:textId="77777777" w:rsidR="00412355" w:rsidRDefault="00000000">
      <w:pPr>
        <w:spacing w:after="20"/>
      </w:pPr>
      <w:r>
        <w:rPr>
          <w:sz w:val="18"/>
        </w:rPr>
        <w:t>_________________________________________________________________________________________________________</w:t>
      </w:r>
    </w:p>
    <w:p w14:paraId="13E04D03" w14:textId="77777777" w:rsidR="00412355" w:rsidRDefault="00000000">
      <w:r>
        <w:rPr>
          <w:b/>
        </w:rPr>
        <w:t xml:space="preserve">8. </w:t>
      </w:r>
      <w:r>
        <w:t>State two factors that influenced the transition from migratory to sedentary lifestyles by early humans.</w:t>
      </w:r>
      <w:r>
        <w:rPr>
          <w:b/>
        </w:rPr>
        <w:t xml:space="preserve"> (2 marks)</w:t>
      </w:r>
    </w:p>
    <w:p w14:paraId="1EF72929" w14:textId="77777777" w:rsidR="00412355" w:rsidRDefault="00000000">
      <w:pPr>
        <w:spacing w:after="20"/>
      </w:pPr>
      <w:r>
        <w:rPr>
          <w:sz w:val="18"/>
        </w:rPr>
        <w:t>_________________________________________________________________________________________________________</w:t>
      </w:r>
    </w:p>
    <w:p w14:paraId="0AF2BECC" w14:textId="77777777" w:rsidR="00412355" w:rsidRDefault="00000000">
      <w:pPr>
        <w:spacing w:after="20"/>
      </w:pPr>
      <w:r>
        <w:rPr>
          <w:sz w:val="18"/>
        </w:rPr>
        <w:t>_________________________________________________________________________________________________________</w:t>
      </w:r>
    </w:p>
    <w:p w14:paraId="1D8E54BB" w14:textId="77777777" w:rsidR="00412355" w:rsidRDefault="00000000">
      <w:r>
        <w:rPr>
          <w:b/>
        </w:rPr>
        <w:t xml:space="preserve">9. </w:t>
      </w:r>
      <w:r>
        <w:t>Name two selected early African civilisations studied under the Grade 10 curriculum and state one contribution of either civilisation.</w:t>
      </w:r>
      <w:r>
        <w:rPr>
          <w:b/>
        </w:rPr>
        <w:t xml:space="preserve"> (2 marks)</w:t>
      </w:r>
    </w:p>
    <w:p w14:paraId="78553B62" w14:textId="77777777" w:rsidR="00412355" w:rsidRDefault="00000000">
      <w:pPr>
        <w:spacing w:after="20"/>
      </w:pPr>
      <w:r>
        <w:rPr>
          <w:sz w:val="18"/>
        </w:rPr>
        <w:t>_________________________________________________________________________________________________________</w:t>
      </w:r>
    </w:p>
    <w:p w14:paraId="78D41A4E" w14:textId="77777777" w:rsidR="00412355" w:rsidRDefault="00000000">
      <w:pPr>
        <w:spacing w:after="20"/>
      </w:pPr>
      <w:r>
        <w:rPr>
          <w:sz w:val="18"/>
        </w:rPr>
        <w:t>_________________________________________________________________________________________________________</w:t>
      </w:r>
    </w:p>
    <w:p w14:paraId="7C021E57" w14:textId="77777777" w:rsidR="00412355" w:rsidRDefault="00000000">
      <w:r>
        <w:rPr>
          <w:b/>
        </w:rPr>
        <w:t xml:space="preserve">10. </w:t>
      </w:r>
      <w:r>
        <w:t>State two factors that influenced the colonisation of Africa.</w:t>
      </w:r>
      <w:r>
        <w:rPr>
          <w:b/>
        </w:rPr>
        <w:t xml:space="preserve"> (2 marks)</w:t>
      </w:r>
    </w:p>
    <w:p w14:paraId="7852E11E" w14:textId="77777777" w:rsidR="00412355" w:rsidRDefault="00000000">
      <w:pPr>
        <w:spacing w:after="20"/>
      </w:pPr>
      <w:r>
        <w:rPr>
          <w:sz w:val="18"/>
        </w:rPr>
        <w:t>_________________________________________________________________________________________________________</w:t>
      </w:r>
    </w:p>
    <w:p w14:paraId="1E93434C" w14:textId="77777777" w:rsidR="00412355" w:rsidRDefault="00000000">
      <w:pPr>
        <w:spacing w:after="20"/>
      </w:pPr>
      <w:r>
        <w:rPr>
          <w:sz w:val="18"/>
        </w:rPr>
        <w:t>_________________________________________________________________________________________________________</w:t>
      </w:r>
    </w:p>
    <w:p w14:paraId="128976C8" w14:textId="77777777" w:rsidR="00412355" w:rsidRDefault="00000000">
      <w:pPr>
        <w:spacing w:before="120"/>
      </w:pPr>
      <w:r>
        <w:rPr>
          <w:b/>
          <w:sz w:val="26"/>
        </w:rPr>
        <w:t>SECTION B — APPLICATION, SOURCE INTERPRETATION AND HISTORICAL REASONING</w:t>
      </w:r>
    </w:p>
    <w:p w14:paraId="3E9E84AA" w14:textId="77777777" w:rsidR="00412355" w:rsidRDefault="00000000">
      <w:r>
        <w:t>Answer all questions in this section.</w:t>
      </w:r>
    </w:p>
    <w:p w14:paraId="62543576" w14:textId="77777777" w:rsidR="00412355" w:rsidRDefault="00000000">
      <w:r>
        <w:rPr>
          <w:b/>
        </w:rPr>
        <w:t xml:space="preserve">11. </w:t>
      </w:r>
      <w:r>
        <w:t>Study the information below and answer the questions that follow.</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24"/>
      </w:tblGrid>
      <w:tr w:rsidR="00412355" w14:paraId="6C739F76" w14:textId="77777777">
        <w:trPr>
          <w:jc w:val="center"/>
        </w:trPr>
        <w:tc>
          <w:tcPr>
            <w:tcW w:w="10224" w:type="dxa"/>
            <w:shd w:val="clear" w:color="auto" w:fill="EDEDED"/>
          </w:tcPr>
          <w:p w14:paraId="5393E98D" w14:textId="77777777" w:rsidR="00412355" w:rsidRDefault="00000000">
            <w:r>
              <w:rPr>
                <w:b/>
                <w:sz w:val="20"/>
              </w:rPr>
              <w:t>CASE STUDY</w:t>
            </w:r>
          </w:p>
        </w:tc>
      </w:tr>
      <w:tr w:rsidR="00412355" w14:paraId="2385BA77" w14:textId="77777777">
        <w:trPr>
          <w:jc w:val="center"/>
        </w:trPr>
        <w:tc>
          <w:tcPr>
            <w:tcW w:w="10224" w:type="dxa"/>
          </w:tcPr>
          <w:p w14:paraId="2AB95885" w14:textId="77777777" w:rsidR="00412355" w:rsidRDefault="00000000">
            <w:r>
              <w:rPr>
                <w:sz w:val="20"/>
              </w:rPr>
              <w:t>A newly independent African state wants to strengthen national unity. Its leaders are considering inclusive participation in public affairs, peaceful management of political differences, respect for constitutional principles, and cooperation among communities with different cultural and linguistic identities.</w:t>
            </w:r>
          </w:p>
        </w:tc>
      </w:tr>
    </w:tbl>
    <w:p w14:paraId="61A68497" w14:textId="77777777" w:rsidR="00412355" w:rsidRDefault="00000000">
      <w:pPr>
        <w:ind w:left="288"/>
      </w:pPr>
      <w:r>
        <w:rPr>
          <w:b/>
        </w:rPr>
        <w:t xml:space="preserve">(a) </w:t>
      </w:r>
      <w:r>
        <w:t>Explain two ways in which public participation can contribute to good governance in such a state.</w:t>
      </w:r>
      <w:r>
        <w:rPr>
          <w:b/>
        </w:rPr>
        <w:t xml:space="preserve"> (4 marks)</w:t>
      </w:r>
    </w:p>
    <w:p w14:paraId="4C396CF9" w14:textId="77777777" w:rsidR="00412355" w:rsidRDefault="00000000">
      <w:pPr>
        <w:spacing w:after="20"/>
      </w:pPr>
      <w:r>
        <w:rPr>
          <w:sz w:val="18"/>
        </w:rPr>
        <w:t>_________________________________________________________________________________________________________</w:t>
      </w:r>
    </w:p>
    <w:p w14:paraId="5216574F" w14:textId="77777777" w:rsidR="00412355" w:rsidRDefault="00000000">
      <w:pPr>
        <w:spacing w:after="20"/>
      </w:pPr>
      <w:r>
        <w:rPr>
          <w:sz w:val="18"/>
        </w:rPr>
        <w:t>_________________________________________________________________________________________________________</w:t>
      </w:r>
    </w:p>
    <w:p w14:paraId="3E205D26" w14:textId="77777777" w:rsidR="00412355" w:rsidRDefault="00000000">
      <w:pPr>
        <w:spacing w:after="20"/>
      </w:pPr>
      <w:r>
        <w:rPr>
          <w:sz w:val="18"/>
        </w:rPr>
        <w:t>_________________________________________________________________________________________________________</w:t>
      </w:r>
    </w:p>
    <w:p w14:paraId="7AA24069" w14:textId="77777777" w:rsidR="00412355" w:rsidRDefault="00000000">
      <w:pPr>
        <w:spacing w:after="20"/>
      </w:pPr>
      <w:r>
        <w:rPr>
          <w:sz w:val="18"/>
        </w:rPr>
        <w:t>_________________________________________________________________________________________________________</w:t>
      </w:r>
    </w:p>
    <w:p w14:paraId="3D8DF288" w14:textId="77777777" w:rsidR="00412355" w:rsidRDefault="00000000">
      <w:pPr>
        <w:spacing w:after="20"/>
      </w:pPr>
      <w:r>
        <w:rPr>
          <w:sz w:val="18"/>
        </w:rPr>
        <w:t>_________________________________________________________________________________________________________</w:t>
      </w:r>
    </w:p>
    <w:p w14:paraId="099E24F3" w14:textId="77777777" w:rsidR="00412355" w:rsidRDefault="00000000">
      <w:pPr>
        <w:ind w:left="288"/>
      </w:pPr>
      <w:r>
        <w:rPr>
          <w:b/>
        </w:rPr>
        <w:t xml:space="preserve">(b) </w:t>
      </w:r>
      <w:r>
        <w:t>Explain two ways in which national integration can promote peaceful coexistence among diverse communities.</w:t>
      </w:r>
      <w:r>
        <w:rPr>
          <w:b/>
        </w:rPr>
        <w:t xml:space="preserve"> (4 marks)</w:t>
      </w:r>
    </w:p>
    <w:p w14:paraId="12FC3414" w14:textId="77777777" w:rsidR="00412355" w:rsidRDefault="00000000">
      <w:pPr>
        <w:spacing w:after="20"/>
      </w:pPr>
      <w:r>
        <w:rPr>
          <w:sz w:val="18"/>
        </w:rPr>
        <w:t>_________________________________________________________________________________________________________</w:t>
      </w:r>
    </w:p>
    <w:p w14:paraId="7066A6C6" w14:textId="77777777" w:rsidR="00412355" w:rsidRDefault="00000000">
      <w:pPr>
        <w:spacing w:after="20"/>
      </w:pPr>
      <w:r>
        <w:rPr>
          <w:sz w:val="18"/>
        </w:rPr>
        <w:t>_________________________________________________________________________________________________________</w:t>
      </w:r>
    </w:p>
    <w:p w14:paraId="2D18ED05" w14:textId="77777777" w:rsidR="00412355" w:rsidRDefault="00000000">
      <w:pPr>
        <w:spacing w:after="20"/>
      </w:pPr>
      <w:r>
        <w:rPr>
          <w:sz w:val="18"/>
        </w:rPr>
        <w:t>_________________________________________________________________________________________________________</w:t>
      </w:r>
    </w:p>
    <w:p w14:paraId="3049B2A8" w14:textId="77777777" w:rsidR="00412355" w:rsidRDefault="00000000">
      <w:pPr>
        <w:spacing w:after="20"/>
      </w:pPr>
      <w:r>
        <w:rPr>
          <w:sz w:val="18"/>
        </w:rPr>
        <w:t>_________________________________________________________________________________________________________</w:t>
      </w:r>
    </w:p>
    <w:p w14:paraId="1657A8B5" w14:textId="77777777" w:rsidR="00412355" w:rsidRDefault="00000000">
      <w:pPr>
        <w:spacing w:after="20"/>
      </w:pPr>
      <w:r>
        <w:rPr>
          <w:sz w:val="18"/>
        </w:rPr>
        <w:t>_________________________________________________________________________________________________________</w:t>
      </w:r>
    </w:p>
    <w:p w14:paraId="3BEFDAC8" w14:textId="77777777" w:rsidR="00412355" w:rsidRDefault="00000000">
      <w:r>
        <w:rPr>
          <w:b/>
        </w:rPr>
        <w:t xml:space="preserve">12. </w:t>
      </w:r>
      <w:r>
        <w:t>Read the historical sequence below and answer the questions that follow.</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12"/>
        <w:gridCol w:w="5112"/>
      </w:tblGrid>
      <w:tr w:rsidR="00412355" w14:paraId="46F9BA9C" w14:textId="77777777">
        <w:trPr>
          <w:jc w:val="center"/>
        </w:trPr>
        <w:tc>
          <w:tcPr>
            <w:tcW w:w="5112" w:type="dxa"/>
            <w:shd w:val="clear" w:color="auto" w:fill="D9E1F2"/>
          </w:tcPr>
          <w:p w14:paraId="7BA8F8E1" w14:textId="77777777" w:rsidR="00412355" w:rsidRDefault="00000000">
            <w:r>
              <w:rPr>
                <w:b/>
                <w:sz w:val="18"/>
              </w:rPr>
              <w:t>Stage</w:t>
            </w:r>
          </w:p>
        </w:tc>
        <w:tc>
          <w:tcPr>
            <w:tcW w:w="5112" w:type="dxa"/>
            <w:shd w:val="clear" w:color="auto" w:fill="D9E1F2"/>
          </w:tcPr>
          <w:p w14:paraId="1C60C1DB" w14:textId="77777777" w:rsidR="00412355" w:rsidRDefault="00000000">
            <w:r>
              <w:rPr>
                <w:b/>
                <w:sz w:val="18"/>
              </w:rPr>
              <w:t>Historical development</w:t>
            </w:r>
          </w:p>
        </w:tc>
      </w:tr>
      <w:tr w:rsidR="00412355" w14:paraId="72D6305B" w14:textId="77777777">
        <w:trPr>
          <w:jc w:val="center"/>
        </w:trPr>
        <w:tc>
          <w:tcPr>
            <w:tcW w:w="5112" w:type="dxa"/>
          </w:tcPr>
          <w:p w14:paraId="7578DA85" w14:textId="77777777" w:rsidR="00412355" w:rsidRDefault="00000000">
            <w:r>
              <w:rPr>
                <w:sz w:val="18"/>
              </w:rPr>
              <w:lastRenderedPageBreak/>
              <w:t>I</w:t>
            </w:r>
          </w:p>
        </w:tc>
        <w:tc>
          <w:tcPr>
            <w:tcW w:w="5112" w:type="dxa"/>
          </w:tcPr>
          <w:p w14:paraId="38641714" w14:textId="77777777" w:rsidR="00412355" w:rsidRDefault="00000000">
            <w:r>
              <w:rPr>
                <w:sz w:val="18"/>
              </w:rPr>
              <w:t>Neolithic communities adopted new technologies and more settled ways of life.</w:t>
            </w:r>
          </w:p>
        </w:tc>
      </w:tr>
      <w:tr w:rsidR="00412355" w14:paraId="7E6AADFC" w14:textId="77777777">
        <w:trPr>
          <w:jc w:val="center"/>
        </w:trPr>
        <w:tc>
          <w:tcPr>
            <w:tcW w:w="5112" w:type="dxa"/>
          </w:tcPr>
          <w:p w14:paraId="1E0A07F3" w14:textId="77777777" w:rsidR="00412355" w:rsidRDefault="00000000">
            <w:r>
              <w:rPr>
                <w:sz w:val="18"/>
              </w:rPr>
              <w:t>II</w:t>
            </w:r>
          </w:p>
        </w:tc>
        <w:tc>
          <w:tcPr>
            <w:tcW w:w="5112" w:type="dxa"/>
          </w:tcPr>
          <w:p w14:paraId="01DFB68B" w14:textId="77777777" w:rsidR="00412355" w:rsidRDefault="00000000">
            <w:r>
              <w:rPr>
                <w:sz w:val="18"/>
              </w:rPr>
              <w:t>Selected African civilisations developed organised social, political and economic systems.</w:t>
            </w:r>
          </w:p>
        </w:tc>
      </w:tr>
      <w:tr w:rsidR="00412355" w14:paraId="7C7FFF74" w14:textId="77777777">
        <w:trPr>
          <w:jc w:val="center"/>
        </w:trPr>
        <w:tc>
          <w:tcPr>
            <w:tcW w:w="5112" w:type="dxa"/>
          </w:tcPr>
          <w:p w14:paraId="5DA1A54B" w14:textId="77777777" w:rsidR="00412355" w:rsidRDefault="00000000">
            <w:r>
              <w:rPr>
                <w:sz w:val="18"/>
              </w:rPr>
              <w:t>III</w:t>
            </w:r>
          </w:p>
        </w:tc>
        <w:tc>
          <w:tcPr>
            <w:tcW w:w="5112" w:type="dxa"/>
          </w:tcPr>
          <w:p w14:paraId="1D4F0BAF" w14:textId="77777777" w:rsidR="00412355" w:rsidRDefault="00000000">
            <w:r>
              <w:rPr>
                <w:sz w:val="18"/>
              </w:rPr>
              <w:t>European powers competed for African territories and influence.</w:t>
            </w:r>
          </w:p>
        </w:tc>
      </w:tr>
      <w:tr w:rsidR="00412355" w14:paraId="3606043E" w14:textId="77777777">
        <w:trPr>
          <w:jc w:val="center"/>
        </w:trPr>
        <w:tc>
          <w:tcPr>
            <w:tcW w:w="5112" w:type="dxa"/>
          </w:tcPr>
          <w:p w14:paraId="5577FEE6" w14:textId="77777777" w:rsidR="00412355" w:rsidRDefault="00000000">
            <w:r>
              <w:rPr>
                <w:sz w:val="18"/>
              </w:rPr>
              <w:t>IV</w:t>
            </w:r>
          </w:p>
        </w:tc>
        <w:tc>
          <w:tcPr>
            <w:tcW w:w="5112" w:type="dxa"/>
          </w:tcPr>
          <w:p w14:paraId="777A9DD6" w14:textId="77777777" w:rsidR="00412355" w:rsidRDefault="00000000">
            <w:r>
              <w:rPr>
                <w:sz w:val="18"/>
              </w:rPr>
              <w:t>African nationalist movements later demanded political independence.</w:t>
            </w:r>
          </w:p>
        </w:tc>
      </w:tr>
    </w:tbl>
    <w:p w14:paraId="11BB0A04" w14:textId="77777777" w:rsidR="00412355" w:rsidRDefault="00000000">
      <w:pPr>
        <w:ind w:left="288"/>
      </w:pPr>
      <w:r>
        <w:rPr>
          <w:b/>
        </w:rPr>
        <w:t xml:space="preserve">(a) </w:t>
      </w:r>
      <w:r>
        <w:t>Explain one major advance associated with the Neolithic Revolution that changed human society.</w:t>
      </w:r>
      <w:r>
        <w:rPr>
          <w:b/>
        </w:rPr>
        <w:t xml:space="preserve"> (2 marks)</w:t>
      </w:r>
    </w:p>
    <w:p w14:paraId="4F7BE4E3" w14:textId="77777777" w:rsidR="00412355" w:rsidRDefault="00000000">
      <w:pPr>
        <w:spacing w:after="20"/>
      </w:pPr>
      <w:r>
        <w:rPr>
          <w:sz w:val="18"/>
        </w:rPr>
        <w:t>_________________________________________________________________________________________________________</w:t>
      </w:r>
    </w:p>
    <w:p w14:paraId="5F08C376" w14:textId="77777777" w:rsidR="00412355" w:rsidRDefault="00000000">
      <w:pPr>
        <w:spacing w:after="20"/>
      </w:pPr>
      <w:r>
        <w:rPr>
          <w:sz w:val="18"/>
        </w:rPr>
        <w:t>_________________________________________________________________________________________________________</w:t>
      </w:r>
    </w:p>
    <w:p w14:paraId="6E3F6E64" w14:textId="77777777" w:rsidR="00412355" w:rsidRDefault="00000000">
      <w:pPr>
        <w:spacing w:after="20"/>
      </w:pPr>
      <w:r>
        <w:rPr>
          <w:sz w:val="18"/>
        </w:rPr>
        <w:t>_________________________________________________________________________________________________________</w:t>
      </w:r>
    </w:p>
    <w:p w14:paraId="127ADB15" w14:textId="77777777" w:rsidR="00412355" w:rsidRDefault="00000000">
      <w:pPr>
        <w:ind w:left="288"/>
      </w:pPr>
      <w:r>
        <w:rPr>
          <w:b/>
        </w:rPr>
        <w:t xml:space="preserve">(b) </w:t>
      </w:r>
      <w:r>
        <w:t>Explain one contribution of an early African civilisation to modern society.</w:t>
      </w:r>
      <w:r>
        <w:rPr>
          <w:b/>
        </w:rPr>
        <w:t xml:space="preserve"> (2 marks)</w:t>
      </w:r>
    </w:p>
    <w:p w14:paraId="0E3365B6" w14:textId="77777777" w:rsidR="00412355" w:rsidRDefault="00000000">
      <w:pPr>
        <w:spacing w:after="20"/>
      </w:pPr>
      <w:r>
        <w:rPr>
          <w:sz w:val="18"/>
        </w:rPr>
        <w:t>_________________________________________________________________________________________________________</w:t>
      </w:r>
    </w:p>
    <w:p w14:paraId="64D1A99E" w14:textId="77777777" w:rsidR="00412355" w:rsidRDefault="00000000">
      <w:pPr>
        <w:spacing w:after="20"/>
      </w:pPr>
      <w:r>
        <w:rPr>
          <w:sz w:val="18"/>
        </w:rPr>
        <w:t>_________________________________________________________________________________________________________</w:t>
      </w:r>
    </w:p>
    <w:p w14:paraId="5A64FC92" w14:textId="77777777" w:rsidR="00412355" w:rsidRDefault="00000000">
      <w:pPr>
        <w:spacing w:after="20"/>
      </w:pPr>
      <w:r>
        <w:rPr>
          <w:sz w:val="18"/>
        </w:rPr>
        <w:t>_________________________________________________________________________________________________________</w:t>
      </w:r>
    </w:p>
    <w:p w14:paraId="6F3A55A3" w14:textId="77777777" w:rsidR="00412355" w:rsidRDefault="00000000">
      <w:pPr>
        <w:ind w:left="288"/>
      </w:pPr>
      <w:r>
        <w:rPr>
          <w:b/>
        </w:rPr>
        <w:t xml:space="preserve">(c) </w:t>
      </w:r>
      <w:r>
        <w:t>Explain one reason why the Berlin Conference was significant in the colonisation of Africa.</w:t>
      </w:r>
      <w:r>
        <w:rPr>
          <w:b/>
        </w:rPr>
        <w:t xml:space="preserve"> (2 marks)</w:t>
      </w:r>
    </w:p>
    <w:p w14:paraId="2BF43DEF" w14:textId="77777777" w:rsidR="00412355" w:rsidRDefault="00000000">
      <w:pPr>
        <w:spacing w:after="20"/>
      </w:pPr>
      <w:r>
        <w:rPr>
          <w:sz w:val="18"/>
        </w:rPr>
        <w:t>_________________________________________________________________________________________________________</w:t>
      </w:r>
    </w:p>
    <w:p w14:paraId="53F8CD12" w14:textId="77777777" w:rsidR="00412355" w:rsidRDefault="00000000">
      <w:pPr>
        <w:spacing w:after="20"/>
      </w:pPr>
      <w:r>
        <w:rPr>
          <w:sz w:val="18"/>
        </w:rPr>
        <w:t>_________________________________________________________________________________________________________</w:t>
      </w:r>
    </w:p>
    <w:p w14:paraId="0ADFFDD0" w14:textId="77777777" w:rsidR="00412355" w:rsidRDefault="00000000">
      <w:pPr>
        <w:spacing w:after="20"/>
      </w:pPr>
      <w:r>
        <w:rPr>
          <w:sz w:val="18"/>
        </w:rPr>
        <w:t>_________________________________________________________________________________________________________</w:t>
      </w:r>
    </w:p>
    <w:p w14:paraId="4E18D8F9" w14:textId="77777777" w:rsidR="00412355" w:rsidRDefault="00000000">
      <w:pPr>
        <w:ind w:left="288"/>
      </w:pPr>
      <w:r>
        <w:rPr>
          <w:b/>
        </w:rPr>
        <w:t xml:space="preserve">(d) </w:t>
      </w:r>
      <w:r>
        <w:t>Explain one way in which modern African nationalism contributed to the achievement of independence.</w:t>
      </w:r>
      <w:r>
        <w:rPr>
          <w:b/>
        </w:rPr>
        <w:t xml:space="preserve"> (2 marks)</w:t>
      </w:r>
    </w:p>
    <w:p w14:paraId="2A489C14" w14:textId="77777777" w:rsidR="00412355" w:rsidRDefault="00000000">
      <w:pPr>
        <w:spacing w:after="20"/>
      </w:pPr>
      <w:r>
        <w:rPr>
          <w:sz w:val="18"/>
        </w:rPr>
        <w:t>_________________________________________________________________________________________________________</w:t>
      </w:r>
    </w:p>
    <w:p w14:paraId="3E987A04" w14:textId="77777777" w:rsidR="00412355" w:rsidRDefault="00000000">
      <w:pPr>
        <w:spacing w:after="20"/>
      </w:pPr>
      <w:r>
        <w:rPr>
          <w:sz w:val="18"/>
        </w:rPr>
        <w:t>_________________________________________________________________________________________________________</w:t>
      </w:r>
    </w:p>
    <w:p w14:paraId="7A8DC19E" w14:textId="77777777" w:rsidR="00412355" w:rsidRDefault="00000000">
      <w:pPr>
        <w:spacing w:after="20"/>
      </w:pPr>
      <w:r>
        <w:rPr>
          <w:sz w:val="18"/>
        </w:rPr>
        <w:t>_________________________________________________________________________________________________________</w:t>
      </w:r>
    </w:p>
    <w:p w14:paraId="2B49C642" w14:textId="77777777" w:rsidR="00412355" w:rsidRDefault="00000000">
      <w:r>
        <w:rPr>
          <w:b/>
        </w:rPr>
        <w:t xml:space="preserve">13. </w:t>
      </w:r>
      <w:r>
        <w:t>The two World Wars affected Africa politically, economically and socially. Explain four ways in which global wars affected Africa and suggest two strategies that African states can use to reduce the negative effects of global conflicts.</w:t>
      </w:r>
      <w:r>
        <w:rPr>
          <w:b/>
        </w:rPr>
        <w:t xml:space="preserve"> (8 marks)</w:t>
      </w:r>
    </w:p>
    <w:p w14:paraId="48478F31" w14:textId="77777777" w:rsidR="00412355" w:rsidRDefault="00000000">
      <w:pPr>
        <w:spacing w:after="20"/>
      </w:pPr>
      <w:r>
        <w:rPr>
          <w:sz w:val="18"/>
        </w:rPr>
        <w:t>_________________________________________________________________________________________________________</w:t>
      </w:r>
    </w:p>
    <w:p w14:paraId="7C4D33FF" w14:textId="77777777" w:rsidR="00412355" w:rsidRDefault="00000000">
      <w:pPr>
        <w:spacing w:after="20"/>
      </w:pPr>
      <w:r>
        <w:rPr>
          <w:sz w:val="18"/>
        </w:rPr>
        <w:t>_________________________________________________________________________________________________________</w:t>
      </w:r>
    </w:p>
    <w:p w14:paraId="38D0BEBD" w14:textId="77777777" w:rsidR="00412355" w:rsidRDefault="00000000">
      <w:pPr>
        <w:spacing w:after="20"/>
      </w:pPr>
      <w:r>
        <w:rPr>
          <w:sz w:val="18"/>
        </w:rPr>
        <w:t>_________________________________________________________________________________________________________</w:t>
      </w:r>
    </w:p>
    <w:p w14:paraId="3B32314D" w14:textId="77777777" w:rsidR="00412355" w:rsidRDefault="00000000">
      <w:pPr>
        <w:spacing w:after="20"/>
      </w:pPr>
      <w:r>
        <w:rPr>
          <w:sz w:val="18"/>
        </w:rPr>
        <w:t>_________________________________________________________________________________________________________</w:t>
      </w:r>
    </w:p>
    <w:p w14:paraId="0F9A2C3F" w14:textId="77777777" w:rsidR="00412355" w:rsidRDefault="00000000">
      <w:pPr>
        <w:spacing w:after="20"/>
      </w:pPr>
      <w:r>
        <w:rPr>
          <w:sz w:val="18"/>
        </w:rPr>
        <w:t>_________________________________________________________________________________________________________</w:t>
      </w:r>
    </w:p>
    <w:p w14:paraId="28A01520" w14:textId="77777777" w:rsidR="00412355" w:rsidRDefault="00000000">
      <w:pPr>
        <w:spacing w:after="20"/>
      </w:pPr>
      <w:r>
        <w:rPr>
          <w:sz w:val="18"/>
        </w:rPr>
        <w:t>_________________________________________________________________________________________________________</w:t>
      </w:r>
    </w:p>
    <w:p w14:paraId="205734DC" w14:textId="77777777" w:rsidR="00412355" w:rsidRDefault="00000000">
      <w:pPr>
        <w:spacing w:after="20"/>
      </w:pPr>
      <w:r>
        <w:rPr>
          <w:sz w:val="18"/>
        </w:rPr>
        <w:t>_________________________________________________________________________________________________________</w:t>
      </w:r>
    </w:p>
    <w:p w14:paraId="4C93934B" w14:textId="77777777" w:rsidR="00412355" w:rsidRDefault="00000000">
      <w:pPr>
        <w:spacing w:after="20"/>
      </w:pPr>
      <w:r>
        <w:rPr>
          <w:sz w:val="18"/>
        </w:rPr>
        <w:t>_________________________________________________________________________________________________________</w:t>
      </w:r>
    </w:p>
    <w:p w14:paraId="54868700" w14:textId="77777777" w:rsidR="00412355" w:rsidRDefault="00000000">
      <w:pPr>
        <w:spacing w:after="20"/>
      </w:pPr>
      <w:r>
        <w:rPr>
          <w:sz w:val="18"/>
        </w:rPr>
        <w:t>_________________________________________________________________________________________________________</w:t>
      </w:r>
    </w:p>
    <w:p w14:paraId="47F5F446" w14:textId="77777777" w:rsidR="00412355" w:rsidRDefault="00000000">
      <w:pPr>
        <w:spacing w:after="20"/>
      </w:pPr>
      <w:r>
        <w:rPr>
          <w:sz w:val="18"/>
        </w:rPr>
        <w:t>_________________________________________________________________________________________________________</w:t>
      </w:r>
    </w:p>
    <w:p w14:paraId="41A90323" w14:textId="77777777" w:rsidR="00412355" w:rsidRDefault="00000000">
      <w:r>
        <w:rPr>
          <w:b/>
        </w:rPr>
        <w:t xml:space="preserve">14. </w:t>
      </w:r>
      <w:r>
        <w:t>Study the statements below and answer the questions that follow.</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24"/>
      </w:tblGrid>
      <w:tr w:rsidR="00412355" w14:paraId="31603592" w14:textId="77777777">
        <w:trPr>
          <w:jc w:val="center"/>
        </w:trPr>
        <w:tc>
          <w:tcPr>
            <w:tcW w:w="10224" w:type="dxa"/>
            <w:shd w:val="clear" w:color="auto" w:fill="EDEDED"/>
          </w:tcPr>
          <w:p w14:paraId="0BEA2A2A" w14:textId="77777777" w:rsidR="00412355" w:rsidRDefault="00000000">
            <w:r>
              <w:rPr>
                <w:b/>
                <w:sz w:val="20"/>
              </w:rPr>
              <w:t>HISTORICAL STATEMENTS</w:t>
            </w:r>
          </w:p>
        </w:tc>
      </w:tr>
      <w:tr w:rsidR="00412355" w14:paraId="737A8AC6" w14:textId="77777777">
        <w:trPr>
          <w:jc w:val="center"/>
        </w:trPr>
        <w:tc>
          <w:tcPr>
            <w:tcW w:w="10224" w:type="dxa"/>
          </w:tcPr>
          <w:p w14:paraId="52F3F13D" w14:textId="77777777" w:rsidR="00412355" w:rsidRDefault="00000000">
            <w:r>
              <w:rPr>
                <w:sz w:val="20"/>
              </w:rPr>
              <w:t>A. Enlightenment thinkers promoted ideas concerning liberty, rights and government.</w:t>
            </w:r>
            <w:r>
              <w:rPr>
                <w:sz w:val="20"/>
              </w:rPr>
              <w:br/>
              <w:t>B. The American Revolution demonstrated that political ideas could influence struggles against established authority.</w:t>
            </w:r>
            <w:r>
              <w:rPr>
                <w:sz w:val="20"/>
              </w:rPr>
              <w:br/>
              <w:t>C. International organisations provide frameworks for cooperation in global affairs.</w:t>
            </w:r>
            <w:r>
              <w:rPr>
                <w:sz w:val="20"/>
              </w:rPr>
              <w:br/>
              <w:t>D. Commonwealth countries maintain relationships through shared institutions, cooperation and other links.</w:t>
            </w:r>
          </w:p>
        </w:tc>
      </w:tr>
    </w:tbl>
    <w:p w14:paraId="63D77246" w14:textId="77777777" w:rsidR="00412355" w:rsidRDefault="00000000">
      <w:pPr>
        <w:ind w:left="288"/>
      </w:pPr>
      <w:r>
        <w:rPr>
          <w:b/>
        </w:rPr>
        <w:t xml:space="preserve">(a) </w:t>
      </w:r>
      <w:r>
        <w:t>Explain two Enlightenment ideas that contributed to the American Revolution.</w:t>
      </w:r>
      <w:r>
        <w:rPr>
          <w:b/>
        </w:rPr>
        <w:t xml:space="preserve"> (4 marks)</w:t>
      </w:r>
    </w:p>
    <w:p w14:paraId="5B47E1DC" w14:textId="77777777" w:rsidR="00412355" w:rsidRDefault="00000000">
      <w:pPr>
        <w:spacing w:after="20"/>
      </w:pPr>
      <w:r>
        <w:rPr>
          <w:sz w:val="18"/>
        </w:rPr>
        <w:t>_________________________________________________________________________________________________________</w:t>
      </w:r>
    </w:p>
    <w:p w14:paraId="6FB0AD7B" w14:textId="77777777" w:rsidR="00412355" w:rsidRDefault="00000000">
      <w:pPr>
        <w:spacing w:after="20"/>
      </w:pPr>
      <w:r>
        <w:rPr>
          <w:sz w:val="18"/>
        </w:rPr>
        <w:t>_________________________________________________________________________________________________________</w:t>
      </w:r>
    </w:p>
    <w:p w14:paraId="67FC2B7C" w14:textId="77777777" w:rsidR="00412355" w:rsidRDefault="00000000">
      <w:pPr>
        <w:spacing w:after="20"/>
      </w:pPr>
      <w:r>
        <w:rPr>
          <w:sz w:val="18"/>
        </w:rPr>
        <w:t>_________________________________________________________________________________________________________</w:t>
      </w:r>
    </w:p>
    <w:p w14:paraId="501D3227" w14:textId="77777777" w:rsidR="00412355" w:rsidRDefault="00000000">
      <w:pPr>
        <w:spacing w:after="20"/>
      </w:pPr>
      <w:r>
        <w:rPr>
          <w:sz w:val="18"/>
        </w:rPr>
        <w:t>_________________________________________________________________________________________________________</w:t>
      </w:r>
    </w:p>
    <w:p w14:paraId="0B19D08C" w14:textId="77777777" w:rsidR="00412355" w:rsidRDefault="00000000">
      <w:pPr>
        <w:spacing w:after="20"/>
      </w:pPr>
      <w:r>
        <w:rPr>
          <w:sz w:val="18"/>
        </w:rPr>
        <w:t>_________________________________________________________________________________________________________</w:t>
      </w:r>
    </w:p>
    <w:p w14:paraId="78623E2F" w14:textId="77777777" w:rsidR="00412355" w:rsidRDefault="00000000">
      <w:pPr>
        <w:ind w:left="288"/>
      </w:pPr>
      <w:r>
        <w:rPr>
          <w:b/>
        </w:rPr>
        <w:lastRenderedPageBreak/>
        <w:t xml:space="preserve">(b) </w:t>
      </w:r>
      <w:r>
        <w:t>Explain one way the American Revolution influenced political or social developments beyond the United States.</w:t>
      </w:r>
      <w:r>
        <w:rPr>
          <w:b/>
        </w:rPr>
        <w:t xml:space="preserve"> (2 marks)</w:t>
      </w:r>
    </w:p>
    <w:p w14:paraId="6BF87B2C" w14:textId="77777777" w:rsidR="00412355" w:rsidRDefault="00000000">
      <w:pPr>
        <w:spacing w:after="20"/>
      </w:pPr>
      <w:r>
        <w:rPr>
          <w:sz w:val="18"/>
        </w:rPr>
        <w:t>_________________________________________________________________________________________________________</w:t>
      </w:r>
    </w:p>
    <w:p w14:paraId="369A289E" w14:textId="77777777" w:rsidR="00412355" w:rsidRDefault="00000000">
      <w:pPr>
        <w:spacing w:after="20"/>
      </w:pPr>
      <w:r>
        <w:rPr>
          <w:sz w:val="18"/>
        </w:rPr>
        <w:t>_________________________________________________________________________________________________________</w:t>
      </w:r>
    </w:p>
    <w:p w14:paraId="531502F3" w14:textId="77777777" w:rsidR="00412355" w:rsidRDefault="00000000">
      <w:pPr>
        <w:spacing w:after="20"/>
      </w:pPr>
      <w:r>
        <w:rPr>
          <w:sz w:val="18"/>
        </w:rPr>
        <w:t>_________________________________________________________________________________________________________</w:t>
      </w:r>
    </w:p>
    <w:p w14:paraId="681EFE0A" w14:textId="77777777" w:rsidR="00412355" w:rsidRDefault="00000000">
      <w:pPr>
        <w:ind w:left="288"/>
      </w:pPr>
      <w:r>
        <w:rPr>
          <w:b/>
        </w:rPr>
        <w:t xml:space="preserve">(c) </w:t>
      </w:r>
      <w:r>
        <w:t>State one factor that strengthens ties among Commonwealth countries.</w:t>
      </w:r>
      <w:r>
        <w:rPr>
          <w:b/>
        </w:rPr>
        <w:t xml:space="preserve"> (2 marks)</w:t>
      </w:r>
    </w:p>
    <w:p w14:paraId="0804B6B4" w14:textId="77777777" w:rsidR="00412355" w:rsidRDefault="00000000">
      <w:pPr>
        <w:spacing w:after="20"/>
      </w:pPr>
      <w:r>
        <w:rPr>
          <w:sz w:val="18"/>
        </w:rPr>
        <w:t>_________________________________________________________________________________________________________</w:t>
      </w:r>
    </w:p>
    <w:p w14:paraId="37E1CE8A" w14:textId="77777777" w:rsidR="00412355" w:rsidRDefault="00000000">
      <w:pPr>
        <w:spacing w:after="20"/>
      </w:pPr>
      <w:r>
        <w:rPr>
          <w:sz w:val="18"/>
        </w:rPr>
        <w:t>_________________________________________________________________________________________________________</w:t>
      </w:r>
    </w:p>
    <w:p w14:paraId="6CBD51FB" w14:textId="77777777" w:rsidR="00412355" w:rsidRDefault="00000000">
      <w:pPr>
        <w:spacing w:after="20"/>
      </w:pPr>
      <w:r>
        <w:rPr>
          <w:sz w:val="18"/>
        </w:rPr>
        <w:t>_________________________________________________________________________________________________________</w:t>
      </w:r>
    </w:p>
    <w:p w14:paraId="35FEFFD2" w14:textId="77777777" w:rsidR="00412355" w:rsidRDefault="00000000">
      <w:r>
        <w:rPr>
          <w:b/>
        </w:rPr>
        <w:t xml:space="preserve">15. </w:t>
      </w:r>
      <w:r>
        <w:t>Slavery and servitude remain concerns in the modern world. Answer the following.</w:t>
      </w:r>
    </w:p>
    <w:p w14:paraId="12A8FC06" w14:textId="77777777" w:rsidR="00412355" w:rsidRDefault="00000000">
      <w:pPr>
        <w:ind w:left="288"/>
      </w:pPr>
      <w:r>
        <w:rPr>
          <w:b/>
        </w:rPr>
        <w:t xml:space="preserve">(a) </w:t>
      </w:r>
      <w:r>
        <w:t>Distinguish between slavery and servitude.</w:t>
      </w:r>
      <w:r>
        <w:rPr>
          <w:b/>
        </w:rPr>
        <w:t xml:space="preserve"> (2 marks)</w:t>
      </w:r>
    </w:p>
    <w:p w14:paraId="77D938C2" w14:textId="77777777" w:rsidR="00412355" w:rsidRDefault="00000000">
      <w:pPr>
        <w:spacing w:after="20"/>
      </w:pPr>
      <w:r>
        <w:rPr>
          <w:sz w:val="18"/>
        </w:rPr>
        <w:t>_________________________________________________________________________________________________________</w:t>
      </w:r>
    </w:p>
    <w:p w14:paraId="63636EB9" w14:textId="77777777" w:rsidR="00412355" w:rsidRDefault="00000000">
      <w:pPr>
        <w:spacing w:after="20"/>
      </w:pPr>
      <w:r>
        <w:rPr>
          <w:sz w:val="18"/>
        </w:rPr>
        <w:t>_________________________________________________________________________________________________________</w:t>
      </w:r>
    </w:p>
    <w:p w14:paraId="789B9FF9" w14:textId="77777777" w:rsidR="00412355" w:rsidRDefault="00000000">
      <w:pPr>
        <w:spacing w:after="20"/>
      </w:pPr>
      <w:r>
        <w:rPr>
          <w:sz w:val="18"/>
        </w:rPr>
        <w:t>_________________________________________________________________________________________________________</w:t>
      </w:r>
    </w:p>
    <w:p w14:paraId="0554FB76" w14:textId="77777777" w:rsidR="00412355" w:rsidRDefault="00000000">
      <w:pPr>
        <w:ind w:left="288"/>
      </w:pPr>
      <w:r>
        <w:rPr>
          <w:b/>
        </w:rPr>
        <w:t xml:space="preserve">(b) </w:t>
      </w:r>
      <w:r>
        <w:t>Explain two factors that can lead to modern forms of slavery and servitude.</w:t>
      </w:r>
      <w:r>
        <w:rPr>
          <w:b/>
        </w:rPr>
        <w:t xml:space="preserve"> (4 marks)</w:t>
      </w:r>
    </w:p>
    <w:p w14:paraId="283F95D7" w14:textId="77777777" w:rsidR="00412355" w:rsidRDefault="00000000">
      <w:pPr>
        <w:spacing w:after="20"/>
      </w:pPr>
      <w:r>
        <w:rPr>
          <w:sz w:val="18"/>
        </w:rPr>
        <w:t>_________________________________________________________________________________________________________</w:t>
      </w:r>
    </w:p>
    <w:p w14:paraId="2A6426E2" w14:textId="77777777" w:rsidR="00412355" w:rsidRDefault="00000000">
      <w:pPr>
        <w:spacing w:after="20"/>
      </w:pPr>
      <w:r>
        <w:rPr>
          <w:sz w:val="18"/>
        </w:rPr>
        <w:t>_________________________________________________________________________________________________________</w:t>
      </w:r>
    </w:p>
    <w:p w14:paraId="5F347468" w14:textId="77777777" w:rsidR="00412355" w:rsidRDefault="00000000">
      <w:pPr>
        <w:spacing w:after="20"/>
      </w:pPr>
      <w:r>
        <w:rPr>
          <w:sz w:val="18"/>
        </w:rPr>
        <w:t>_________________________________________________________________________________________________________</w:t>
      </w:r>
    </w:p>
    <w:p w14:paraId="7A629E7B" w14:textId="77777777" w:rsidR="00412355" w:rsidRDefault="00000000">
      <w:pPr>
        <w:spacing w:after="20"/>
      </w:pPr>
      <w:r>
        <w:rPr>
          <w:sz w:val="18"/>
        </w:rPr>
        <w:t>_________________________________________________________________________________________________________</w:t>
      </w:r>
    </w:p>
    <w:p w14:paraId="3466D9AF" w14:textId="77777777" w:rsidR="00412355" w:rsidRDefault="00000000">
      <w:pPr>
        <w:spacing w:after="20"/>
      </w:pPr>
      <w:r>
        <w:rPr>
          <w:sz w:val="18"/>
        </w:rPr>
        <w:t>_________________________________________________________________________________________________________</w:t>
      </w:r>
    </w:p>
    <w:p w14:paraId="68B9D1EF" w14:textId="77777777" w:rsidR="00412355" w:rsidRDefault="00000000">
      <w:pPr>
        <w:ind w:left="288"/>
      </w:pPr>
      <w:r>
        <w:rPr>
          <w:b/>
        </w:rPr>
        <w:t xml:space="preserve">(c) </w:t>
      </w:r>
      <w:r>
        <w:t>State one role that governments or civil society can play in ending modern slavery and servitude.</w:t>
      </w:r>
      <w:r>
        <w:rPr>
          <w:b/>
        </w:rPr>
        <w:t xml:space="preserve"> (2 marks)</w:t>
      </w:r>
    </w:p>
    <w:p w14:paraId="3BB7A2FA" w14:textId="77777777" w:rsidR="00412355" w:rsidRDefault="00000000">
      <w:pPr>
        <w:spacing w:after="20"/>
      </w:pPr>
      <w:r>
        <w:rPr>
          <w:sz w:val="18"/>
        </w:rPr>
        <w:t>_________________________________________________________________________________________________________</w:t>
      </w:r>
    </w:p>
    <w:p w14:paraId="0EF432E8" w14:textId="77777777" w:rsidR="00412355" w:rsidRDefault="00000000">
      <w:pPr>
        <w:spacing w:after="20"/>
      </w:pPr>
      <w:r>
        <w:rPr>
          <w:sz w:val="18"/>
        </w:rPr>
        <w:t>_________________________________________________________________________________________________________</w:t>
      </w:r>
    </w:p>
    <w:p w14:paraId="495198D7" w14:textId="77777777" w:rsidR="00412355" w:rsidRDefault="00000000">
      <w:pPr>
        <w:spacing w:after="20"/>
      </w:pPr>
      <w:r>
        <w:rPr>
          <w:sz w:val="18"/>
        </w:rPr>
        <w:t>_________________________________________________________________________________________________________</w:t>
      </w:r>
    </w:p>
    <w:p w14:paraId="5A615089" w14:textId="77777777" w:rsidR="00412355" w:rsidRDefault="00000000">
      <w:pPr>
        <w:spacing w:before="120"/>
      </w:pPr>
      <w:r>
        <w:rPr>
          <w:b/>
          <w:sz w:val="26"/>
        </w:rPr>
        <w:t>SECTION C — EXTENDED STRUCTURED APPLICATION</w:t>
      </w:r>
    </w:p>
    <w:p w14:paraId="625B8F34" w14:textId="77777777" w:rsidR="00412355" w:rsidRDefault="00000000">
      <w:r>
        <w:t>Answer all questions in this section.</w:t>
      </w:r>
    </w:p>
    <w:p w14:paraId="6D91AC42" w14:textId="77777777" w:rsidR="00412355" w:rsidRDefault="00000000">
      <w:r>
        <w:rPr>
          <w:b/>
        </w:rPr>
        <w:t xml:space="preserve">16. </w:t>
      </w:r>
      <w:r>
        <w:t>The First Generation of Industrial Revolution transformed production and society in Europe and had consequences for Africa.</w:t>
      </w:r>
    </w:p>
    <w:p w14:paraId="088A4F2D" w14:textId="77777777" w:rsidR="00412355" w:rsidRDefault="00000000">
      <w:pPr>
        <w:ind w:left="288"/>
      </w:pPr>
      <w:r>
        <w:rPr>
          <w:b/>
        </w:rPr>
        <w:t xml:space="preserve">(a) </w:t>
      </w:r>
      <w:r>
        <w:t>Explain two factors that led to the First Generation of Industrial Revolution in Britain and the USA.</w:t>
      </w:r>
      <w:r>
        <w:rPr>
          <w:b/>
        </w:rPr>
        <w:t xml:space="preserve"> (4 marks)</w:t>
      </w:r>
    </w:p>
    <w:p w14:paraId="3D0C13BE" w14:textId="77777777" w:rsidR="00412355" w:rsidRDefault="00000000">
      <w:pPr>
        <w:spacing w:after="20"/>
      </w:pPr>
      <w:r>
        <w:rPr>
          <w:sz w:val="18"/>
        </w:rPr>
        <w:t>_________________________________________________________________________________________________________</w:t>
      </w:r>
    </w:p>
    <w:p w14:paraId="135E21D0" w14:textId="77777777" w:rsidR="00412355" w:rsidRDefault="00000000">
      <w:pPr>
        <w:spacing w:after="20"/>
      </w:pPr>
      <w:r>
        <w:rPr>
          <w:sz w:val="18"/>
        </w:rPr>
        <w:t>_________________________________________________________________________________________________________</w:t>
      </w:r>
    </w:p>
    <w:p w14:paraId="1D43EE79" w14:textId="77777777" w:rsidR="00412355" w:rsidRDefault="00000000">
      <w:pPr>
        <w:spacing w:after="20"/>
      </w:pPr>
      <w:r>
        <w:rPr>
          <w:sz w:val="18"/>
        </w:rPr>
        <w:t>_________________________________________________________________________________________________________</w:t>
      </w:r>
    </w:p>
    <w:p w14:paraId="52205D7D" w14:textId="77777777" w:rsidR="00412355" w:rsidRDefault="00000000">
      <w:pPr>
        <w:spacing w:after="20"/>
      </w:pPr>
      <w:r>
        <w:rPr>
          <w:sz w:val="18"/>
        </w:rPr>
        <w:t>_________________________________________________________________________________________________________</w:t>
      </w:r>
    </w:p>
    <w:p w14:paraId="3EAF73D4" w14:textId="77777777" w:rsidR="00412355" w:rsidRDefault="00000000">
      <w:pPr>
        <w:spacing w:after="20"/>
      </w:pPr>
      <w:r>
        <w:rPr>
          <w:sz w:val="18"/>
        </w:rPr>
        <w:t>_________________________________________________________________________________________________________</w:t>
      </w:r>
    </w:p>
    <w:p w14:paraId="6BFB69AC" w14:textId="77777777" w:rsidR="00412355" w:rsidRDefault="00000000">
      <w:pPr>
        <w:ind w:left="288"/>
      </w:pPr>
      <w:r>
        <w:rPr>
          <w:b/>
        </w:rPr>
        <w:t xml:space="preserve">(b) </w:t>
      </w:r>
      <w:r>
        <w:t>Assess the impact of the First Generation of Industrial Revolution on Africa, giving three well-explained points.</w:t>
      </w:r>
      <w:r>
        <w:rPr>
          <w:b/>
        </w:rPr>
        <w:t xml:space="preserve"> (6 marks)</w:t>
      </w:r>
    </w:p>
    <w:p w14:paraId="2711EDA3" w14:textId="77777777" w:rsidR="00412355" w:rsidRDefault="00000000">
      <w:pPr>
        <w:spacing w:after="20"/>
      </w:pPr>
      <w:r>
        <w:rPr>
          <w:sz w:val="18"/>
        </w:rPr>
        <w:t>_________________________________________________________________________________________________________</w:t>
      </w:r>
    </w:p>
    <w:p w14:paraId="75D64D52" w14:textId="77777777" w:rsidR="00412355" w:rsidRDefault="00000000">
      <w:pPr>
        <w:spacing w:after="20"/>
      </w:pPr>
      <w:r>
        <w:rPr>
          <w:sz w:val="18"/>
        </w:rPr>
        <w:t>_________________________________________________________________________________________________________</w:t>
      </w:r>
    </w:p>
    <w:p w14:paraId="39612B17" w14:textId="77777777" w:rsidR="00412355" w:rsidRDefault="00000000">
      <w:pPr>
        <w:spacing w:after="20"/>
      </w:pPr>
      <w:r>
        <w:rPr>
          <w:sz w:val="18"/>
        </w:rPr>
        <w:t>_________________________________________________________________________________________________________</w:t>
      </w:r>
    </w:p>
    <w:p w14:paraId="5FBEE533" w14:textId="77777777" w:rsidR="00412355" w:rsidRDefault="00000000">
      <w:pPr>
        <w:spacing w:after="20"/>
      </w:pPr>
      <w:r>
        <w:rPr>
          <w:sz w:val="18"/>
        </w:rPr>
        <w:t>_________________________________________________________________________________________________________</w:t>
      </w:r>
    </w:p>
    <w:p w14:paraId="396BB92F" w14:textId="77777777" w:rsidR="00412355" w:rsidRDefault="00000000">
      <w:pPr>
        <w:spacing w:after="20"/>
      </w:pPr>
      <w:r>
        <w:rPr>
          <w:sz w:val="18"/>
        </w:rPr>
        <w:t>_________________________________________________________________________________________________________</w:t>
      </w:r>
    </w:p>
    <w:p w14:paraId="74AC09E0" w14:textId="77777777" w:rsidR="00412355" w:rsidRDefault="00000000">
      <w:pPr>
        <w:spacing w:after="20"/>
      </w:pPr>
      <w:r>
        <w:rPr>
          <w:sz w:val="18"/>
        </w:rPr>
        <w:t>_________________________________________________________________________________________________________</w:t>
      </w:r>
    </w:p>
    <w:p w14:paraId="0703D35C" w14:textId="77777777" w:rsidR="00412355" w:rsidRDefault="00000000">
      <w:pPr>
        <w:spacing w:after="20"/>
      </w:pPr>
      <w:r>
        <w:rPr>
          <w:sz w:val="18"/>
        </w:rPr>
        <w:t>_________________________________________________________________________________________________________</w:t>
      </w:r>
    </w:p>
    <w:p w14:paraId="38D02300" w14:textId="77777777" w:rsidR="00412355" w:rsidRDefault="00000000">
      <w:pPr>
        <w:spacing w:after="20"/>
      </w:pPr>
      <w:r>
        <w:rPr>
          <w:sz w:val="18"/>
        </w:rPr>
        <w:t>_________________________________________________________________________________________________________</w:t>
      </w:r>
    </w:p>
    <w:p w14:paraId="23DB81C8" w14:textId="77777777" w:rsidR="00412355" w:rsidRDefault="00000000">
      <w:r>
        <w:rPr>
          <w:b/>
        </w:rPr>
        <w:t xml:space="preserve">17. </w:t>
      </w:r>
      <w:r>
        <w:t>Global governance requires cooperation among states and international organisations.</w:t>
      </w:r>
    </w:p>
    <w:p w14:paraId="370E93C6" w14:textId="77777777" w:rsidR="00412355" w:rsidRDefault="00000000">
      <w:pPr>
        <w:ind w:left="288"/>
      </w:pPr>
      <w:r>
        <w:rPr>
          <w:b/>
        </w:rPr>
        <w:t xml:space="preserve">(a) </w:t>
      </w:r>
      <w:r>
        <w:t>Explain three guiding principles or areas of action that support effective global governance.</w:t>
      </w:r>
      <w:r>
        <w:rPr>
          <w:b/>
        </w:rPr>
        <w:t xml:space="preserve"> (6 marks)</w:t>
      </w:r>
    </w:p>
    <w:p w14:paraId="4547DCA9" w14:textId="77777777" w:rsidR="00412355" w:rsidRDefault="00000000">
      <w:pPr>
        <w:spacing w:after="20"/>
      </w:pPr>
      <w:r>
        <w:rPr>
          <w:sz w:val="18"/>
        </w:rPr>
        <w:t>_________________________________________________________________________________________________________</w:t>
      </w:r>
    </w:p>
    <w:p w14:paraId="70E90F0A" w14:textId="77777777" w:rsidR="00412355" w:rsidRDefault="00000000">
      <w:pPr>
        <w:spacing w:after="20"/>
      </w:pPr>
      <w:r>
        <w:rPr>
          <w:sz w:val="18"/>
        </w:rPr>
        <w:t>_________________________________________________________________________________________________________</w:t>
      </w:r>
    </w:p>
    <w:p w14:paraId="37F2F60F" w14:textId="77777777" w:rsidR="00412355" w:rsidRDefault="00000000">
      <w:pPr>
        <w:spacing w:after="20"/>
      </w:pPr>
      <w:r>
        <w:rPr>
          <w:sz w:val="18"/>
        </w:rPr>
        <w:t>_________________________________________________________________________________________________________</w:t>
      </w:r>
    </w:p>
    <w:p w14:paraId="7ED66800" w14:textId="77777777" w:rsidR="00412355" w:rsidRDefault="00000000">
      <w:pPr>
        <w:spacing w:after="20"/>
      </w:pPr>
      <w:r>
        <w:rPr>
          <w:sz w:val="18"/>
        </w:rPr>
        <w:t>_________________________________________________________________________________________________________</w:t>
      </w:r>
    </w:p>
    <w:p w14:paraId="0260BDF1" w14:textId="77777777" w:rsidR="00412355" w:rsidRDefault="00000000">
      <w:pPr>
        <w:spacing w:after="20"/>
      </w:pPr>
      <w:r>
        <w:rPr>
          <w:sz w:val="18"/>
        </w:rPr>
        <w:lastRenderedPageBreak/>
        <w:t>_________________________________________________________________________________________________________</w:t>
      </w:r>
    </w:p>
    <w:p w14:paraId="5463766E" w14:textId="77777777" w:rsidR="00412355" w:rsidRDefault="00000000">
      <w:pPr>
        <w:spacing w:after="20"/>
      </w:pPr>
      <w:r>
        <w:rPr>
          <w:sz w:val="18"/>
        </w:rPr>
        <w:t>_________________________________________________________________________________________________________</w:t>
      </w:r>
    </w:p>
    <w:p w14:paraId="06C3366E" w14:textId="77777777" w:rsidR="00412355" w:rsidRDefault="00000000">
      <w:pPr>
        <w:spacing w:after="20"/>
      </w:pPr>
      <w:r>
        <w:rPr>
          <w:sz w:val="18"/>
        </w:rPr>
        <w:t>_________________________________________________________________________________________________________</w:t>
      </w:r>
    </w:p>
    <w:p w14:paraId="0A0BC3A0" w14:textId="77777777" w:rsidR="00412355" w:rsidRDefault="00000000">
      <w:pPr>
        <w:spacing w:after="20"/>
      </w:pPr>
      <w:r>
        <w:rPr>
          <w:sz w:val="18"/>
        </w:rPr>
        <w:t>_________________________________________________________________________________________________________</w:t>
      </w:r>
    </w:p>
    <w:p w14:paraId="005C844E" w14:textId="77777777" w:rsidR="00412355" w:rsidRDefault="00000000">
      <w:pPr>
        <w:ind w:left="288"/>
      </w:pPr>
      <w:r>
        <w:rPr>
          <w:b/>
        </w:rPr>
        <w:t xml:space="preserve">(b) </w:t>
      </w:r>
      <w:r>
        <w:t>Explain two emerging issues or opportunities associated with global governance.</w:t>
      </w:r>
      <w:r>
        <w:rPr>
          <w:b/>
        </w:rPr>
        <w:t xml:space="preserve"> (4 marks)</w:t>
      </w:r>
    </w:p>
    <w:p w14:paraId="784C5A22" w14:textId="77777777" w:rsidR="00412355" w:rsidRDefault="00000000">
      <w:pPr>
        <w:spacing w:after="20"/>
      </w:pPr>
      <w:r>
        <w:rPr>
          <w:sz w:val="18"/>
        </w:rPr>
        <w:t>_________________________________________________________________________________________________________</w:t>
      </w:r>
    </w:p>
    <w:p w14:paraId="242AB43B" w14:textId="77777777" w:rsidR="00412355" w:rsidRDefault="00000000">
      <w:pPr>
        <w:spacing w:after="20"/>
      </w:pPr>
      <w:r>
        <w:rPr>
          <w:sz w:val="18"/>
        </w:rPr>
        <w:t>_________________________________________________________________________________________________________</w:t>
      </w:r>
    </w:p>
    <w:p w14:paraId="1550F043" w14:textId="77777777" w:rsidR="00412355" w:rsidRDefault="00000000">
      <w:pPr>
        <w:spacing w:after="20"/>
      </w:pPr>
      <w:r>
        <w:rPr>
          <w:sz w:val="18"/>
        </w:rPr>
        <w:t>_________________________________________________________________________________________________________</w:t>
      </w:r>
    </w:p>
    <w:p w14:paraId="5D1DEFFD" w14:textId="77777777" w:rsidR="00412355" w:rsidRDefault="00000000">
      <w:pPr>
        <w:spacing w:after="20"/>
      </w:pPr>
      <w:r>
        <w:rPr>
          <w:sz w:val="18"/>
        </w:rPr>
        <w:t>_________________________________________________________________________________________________________</w:t>
      </w:r>
    </w:p>
    <w:p w14:paraId="608C98D8" w14:textId="77777777" w:rsidR="00412355" w:rsidRDefault="00000000">
      <w:pPr>
        <w:spacing w:after="20"/>
      </w:pPr>
      <w:r>
        <w:rPr>
          <w:sz w:val="18"/>
        </w:rPr>
        <w:t>_________________________________________________________________________________________________________</w:t>
      </w:r>
    </w:p>
    <w:p w14:paraId="0CD091CE" w14:textId="77777777" w:rsidR="00412355" w:rsidRDefault="00000000">
      <w:r>
        <w:rPr>
          <w:b/>
        </w:rPr>
        <w:t xml:space="preserve">18. </w:t>
      </w:r>
      <w:r>
        <w:t>Kenya's Constitution (2010) provides a framework for peace, participation and the protection of citizens.</w:t>
      </w:r>
    </w:p>
    <w:p w14:paraId="38763E90" w14:textId="77777777" w:rsidR="00412355" w:rsidRDefault="00000000">
      <w:pPr>
        <w:ind w:left="288"/>
      </w:pPr>
      <w:r>
        <w:rPr>
          <w:b/>
        </w:rPr>
        <w:t xml:space="preserve">(a) </w:t>
      </w:r>
      <w:r>
        <w:t>Explain three ways in which constitutional provisions can help prevent and curb conflict in Kenya.</w:t>
      </w:r>
      <w:r>
        <w:rPr>
          <w:b/>
        </w:rPr>
        <w:t xml:space="preserve"> (6 marks)</w:t>
      </w:r>
    </w:p>
    <w:p w14:paraId="2B4AF307" w14:textId="77777777" w:rsidR="00412355" w:rsidRDefault="00000000">
      <w:pPr>
        <w:spacing w:after="20"/>
      </w:pPr>
      <w:r>
        <w:rPr>
          <w:sz w:val="18"/>
        </w:rPr>
        <w:t>_________________________________________________________________________________________________________</w:t>
      </w:r>
    </w:p>
    <w:p w14:paraId="755A2FC7" w14:textId="77777777" w:rsidR="00412355" w:rsidRDefault="00000000">
      <w:pPr>
        <w:spacing w:after="20"/>
      </w:pPr>
      <w:r>
        <w:rPr>
          <w:sz w:val="18"/>
        </w:rPr>
        <w:t>_________________________________________________________________________________________________________</w:t>
      </w:r>
    </w:p>
    <w:p w14:paraId="1FE7D623" w14:textId="77777777" w:rsidR="00412355" w:rsidRDefault="00000000">
      <w:pPr>
        <w:spacing w:after="20"/>
      </w:pPr>
      <w:r>
        <w:rPr>
          <w:sz w:val="18"/>
        </w:rPr>
        <w:t>_________________________________________________________________________________________________________</w:t>
      </w:r>
    </w:p>
    <w:p w14:paraId="1C0EC579" w14:textId="77777777" w:rsidR="00412355" w:rsidRDefault="00000000">
      <w:pPr>
        <w:spacing w:after="20"/>
      </w:pPr>
      <w:r>
        <w:rPr>
          <w:sz w:val="18"/>
        </w:rPr>
        <w:t>_________________________________________________________________________________________________________</w:t>
      </w:r>
    </w:p>
    <w:p w14:paraId="7DBA74BE" w14:textId="77777777" w:rsidR="00412355" w:rsidRDefault="00000000">
      <w:pPr>
        <w:spacing w:after="20"/>
      </w:pPr>
      <w:r>
        <w:rPr>
          <w:sz w:val="18"/>
        </w:rPr>
        <w:t>_________________________________________________________________________________________________________</w:t>
      </w:r>
    </w:p>
    <w:p w14:paraId="751D894B" w14:textId="77777777" w:rsidR="00412355" w:rsidRDefault="00000000">
      <w:pPr>
        <w:spacing w:after="20"/>
      </w:pPr>
      <w:r>
        <w:rPr>
          <w:sz w:val="18"/>
        </w:rPr>
        <w:t>_________________________________________________________________________________________________________</w:t>
      </w:r>
    </w:p>
    <w:p w14:paraId="0928EE39" w14:textId="77777777" w:rsidR="00412355" w:rsidRDefault="00000000">
      <w:pPr>
        <w:spacing w:after="20"/>
      </w:pPr>
      <w:r>
        <w:rPr>
          <w:sz w:val="18"/>
        </w:rPr>
        <w:t>_________________________________________________________________________________________________________</w:t>
      </w:r>
    </w:p>
    <w:p w14:paraId="0247AA72" w14:textId="77777777" w:rsidR="00412355" w:rsidRDefault="00000000">
      <w:pPr>
        <w:spacing w:after="20"/>
      </w:pPr>
      <w:r>
        <w:rPr>
          <w:sz w:val="18"/>
        </w:rPr>
        <w:t>_________________________________________________________________________________________________________</w:t>
      </w:r>
    </w:p>
    <w:p w14:paraId="12629190" w14:textId="77777777" w:rsidR="00412355" w:rsidRDefault="00000000">
      <w:pPr>
        <w:ind w:left="288"/>
      </w:pPr>
      <w:r>
        <w:rPr>
          <w:b/>
        </w:rPr>
        <w:t xml:space="preserve">(b) </w:t>
      </w:r>
      <w:r>
        <w:t>Explain two ways citizens can promote peace and peaceful coexistence in their communities.</w:t>
      </w:r>
      <w:r>
        <w:rPr>
          <w:b/>
        </w:rPr>
        <w:t xml:space="preserve"> (4 marks)</w:t>
      </w:r>
    </w:p>
    <w:p w14:paraId="6A76F2FD" w14:textId="77777777" w:rsidR="00412355" w:rsidRDefault="00000000">
      <w:pPr>
        <w:spacing w:after="20"/>
      </w:pPr>
      <w:r>
        <w:rPr>
          <w:sz w:val="18"/>
        </w:rPr>
        <w:t>_________________________________________________________________________________________________________</w:t>
      </w:r>
    </w:p>
    <w:p w14:paraId="7054D529" w14:textId="77777777" w:rsidR="00412355" w:rsidRDefault="00000000">
      <w:pPr>
        <w:spacing w:after="20"/>
      </w:pPr>
      <w:r>
        <w:rPr>
          <w:sz w:val="18"/>
        </w:rPr>
        <w:t>_________________________________________________________________________________________________________</w:t>
      </w:r>
    </w:p>
    <w:p w14:paraId="01826C67" w14:textId="77777777" w:rsidR="00412355" w:rsidRDefault="00000000">
      <w:pPr>
        <w:spacing w:after="20"/>
      </w:pPr>
      <w:r>
        <w:rPr>
          <w:sz w:val="18"/>
        </w:rPr>
        <w:t>_________________________________________________________________________________________________________</w:t>
      </w:r>
    </w:p>
    <w:p w14:paraId="03854B1E" w14:textId="77777777" w:rsidR="00412355" w:rsidRDefault="00000000">
      <w:pPr>
        <w:spacing w:after="20"/>
      </w:pPr>
      <w:r>
        <w:rPr>
          <w:sz w:val="18"/>
        </w:rPr>
        <w:t>_________________________________________________________________________________________________________</w:t>
      </w:r>
    </w:p>
    <w:p w14:paraId="2B9F6B02" w14:textId="77777777" w:rsidR="00412355" w:rsidRDefault="00000000">
      <w:pPr>
        <w:spacing w:after="20"/>
      </w:pPr>
      <w:r>
        <w:rPr>
          <w:sz w:val="18"/>
        </w:rPr>
        <w:t>_________________________________________________________________________________________________________</w:t>
      </w:r>
    </w:p>
    <w:p w14:paraId="1DD8F80A" w14:textId="77777777" w:rsidR="00412355" w:rsidRDefault="00000000">
      <w:r>
        <w:rPr>
          <w:b/>
        </w:rPr>
        <w:t xml:space="preserve">19. </w:t>
      </w:r>
      <w:r>
        <w:t>Digital citizenship, equality and non-discrimination are important themes in contemporary History and Citizenship.</w:t>
      </w:r>
    </w:p>
    <w:p w14:paraId="27B056B0" w14:textId="77777777" w:rsidR="00412355" w:rsidRDefault="00000000">
      <w:pPr>
        <w:ind w:left="288"/>
      </w:pPr>
      <w:r>
        <w:rPr>
          <w:b/>
        </w:rPr>
        <w:t xml:space="preserve">(a) </w:t>
      </w:r>
      <w:r>
        <w:t>Trace four major historical stages in the evolution of communication and technology up to the 20th century.</w:t>
      </w:r>
      <w:r>
        <w:rPr>
          <w:b/>
        </w:rPr>
        <w:t xml:space="preserve"> (4 marks)</w:t>
      </w:r>
    </w:p>
    <w:p w14:paraId="32FA5EDD" w14:textId="77777777" w:rsidR="00412355" w:rsidRDefault="00000000">
      <w:pPr>
        <w:spacing w:after="20"/>
      </w:pPr>
      <w:r>
        <w:rPr>
          <w:sz w:val="18"/>
        </w:rPr>
        <w:t>_________________________________________________________________________________________________________</w:t>
      </w:r>
    </w:p>
    <w:p w14:paraId="4A1619F7" w14:textId="77777777" w:rsidR="00412355" w:rsidRDefault="00000000">
      <w:pPr>
        <w:spacing w:after="20"/>
      </w:pPr>
      <w:r>
        <w:rPr>
          <w:sz w:val="18"/>
        </w:rPr>
        <w:t>_________________________________________________________________________________________________________</w:t>
      </w:r>
    </w:p>
    <w:p w14:paraId="4CEEFA79" w14:textId="77777777" w:rsidR="00412355" w:rsidRDefault="00000000">
      <w:pPr>
        <w:spacing w:after="20"/>
      </w:pPr>
      <w:r>
        <w:rPr>
          <w:sz w:val="18"/>
        </w:rPr>
        <w:t>_________________________________________________________________________________________________________</w:t>
      </w:r>
    </w:p>
    <w:p w14:paraId="070BDF1C" w14:textId="77777777" w:rsidR="00412355" w:rsidRDefault="00000000">
      <w:pPr>
        <w:spacing w:after="20"/>
      </w:pPr>
      <w:r>
        <w:rPr>
          <w:sz w:val="18"/>
        </w:rPr>
        <w:t>_________________________________________________________________________________________________________</w:t>
      </w:r>
    </w:p>
    <w:p w14:paraId="6D7ADEE8" w14:textId="77777777" w:rsidR="00412355" w:rsidRDefault="00000000">
      <w:pPr>
        <w:spacing w:after="20"/>
      </w:pPr>
      <w:r>
        <w:rPr>
          <w:sz w:val="18"/>
        </w:rPr>
        <w:t>_________________________________________________________________________________________________________</w:t>
      </w:r>
    </w:p>
    <w:p w14:paraId="1DC64ACB" w14:textId="77777777" w:rsidR="00412355" w:rsidRDefault="00000000">
      <w:pPr>
        <w:ind w:left="288"/>
      </w:pPr>
      <w:r>
        <w:rPr>
          <w:b/>
        </w:rPr>
        <w:t xml:space="preserve">(b) </w:t>
      </w:r>
      <w:r>
        <w:t>Explain three ways digital technology can create both opportunities and challenges for citizens in society.</w:t>
      </w:r>
      <w:r>
        <w:rPr>
          <w:b/>
        </w:rPr>
        <w:t xml:space="preserve"> (3 marks)</w:t>
      </w:r>
    </w:p>
    <w:p w14:paraId="5B2FFF6C" w14:textId="77777777" w:rsidR="00412355" w:rsidRDefault="00000000">
      <w:pPr>
        <w:spacing w:after="20"/>
      </w:pPr>
      <w:r>
        <w:rPr>
          <w:sz w:val="18"/>
        </w:rPr>
        <w:t>_________________________________________________________________________________________________________</w:t>
      </w:r>
    </w:p>
    <w:p w14:paraId="5B66BC7B" w14:textId="77777777" w:rsidR="00412355" w:rsidRDefault="00000000">
      <w:pPr>
        <w:spacing w:after="20"/>
      </w:pPr>
      <w:r>
        <w:rPr>
          <w:sz w:val="18"/>
        </w:rPr>
        <w:t>_________________________________________________________________________________________________________</w:t>
      </w:r>
    </w:p>
    <w:p w14:paraId="0F59AA41" w14:textId="77777777" w:rsidR="00412355" w:rsidRDefault="00000000">
      <w:pPr>
        <w:spacing w:after="20"/>
      </w:pPr>
      <w:r>
        <w:rPr>
          <w:sz w:val="18"/>
        </w:rPr>
        <w:t>_________________________________________________________________________________________________________</w:t>
      </w:r>
    </w:p>
    <w:p w14:paraId="7DE544D8" w14:textId="77777777" w:rsidR="00412355" w:rsidRDefault="00000000">
      <w:pPr>
        <w:spacing w:after="20"/>
      </w:pPr>
      <w:r>
        <w:rPr>
          <w:sz w:val="18"/>
        </w:rPr>
        <w:t>_________________________________________________________________________________________________________</w:t>
      </w:r>
    </w:p>
    <w:p w14:paraId="5F8F0C60" w14:textId="77777777" w:rsidR="00412355" w:rsidRDefault="00000000">
      <w:pPr>
        <w:spacing w:after="20"/>
      </w:pPr>
      <w:r>
        <w:rPr>
          <w:sz w:val="18"/>
        </w:rPr>
        <w:t>_________________________________________________________________________________________________________</w:t>
      </w:r>
    </w:p>
    <w:p w14:paraId="0DDAAD19" w14:textId="77777777" w:rsidR="00412355" w:rsidRDefault="00000000">
      <w:pPr>
        <w:ind w:left="288"/>
      </w:pPr>
      <w:r>
        <w:rPr>
          <w:b/>
        </w:rPr>
        <w:t xml:space="preserve">(c) </w:t>
      </w:r>
      <w:r>
        <w:t>Suggest three measures that can promote equality and non-discrimination in society.</w:t>
      </w:r>
      <w:r>
        <w:rPr>
          <w:b/>
        </w:rPr>
        <w:t xml:space="preserve"> (3 marks)</w:t>
      </w:r>
    </w:p>
    <w:p w14:paraId="192F52FA" w14:textId="77777777" w:rsidR="00412355" w:rsidRDefault="00000000">
      <w:pPr>
        <w:spacing w:after="20"/>
      </w:pPr>
      <w:r>
        <w:rPr>
          <w:sz w:val="18"/>
        </w:rPr>
        <w:t>_________________________________________________________________________________________________________</w:t>
      </w:r>
    </w:p>
    <w:p w14:paraId="478F11D1" w14:textId="77777777" w:rsidR="00412355" w:rsidRDefault="00000000">
      <w:pPr>
        <w:spacing w:after="20"/>
      </w:pPr>
      <w:r>
        <w:rPr>
          <w:sz w:val="18"/>
        </w:rPr>
        <w:t>_________________________________________________________________________________________________________</w:t>
      </w:r>
    </w:p>
    <w:p w14:paraId="56AB6653" w14:textId="77777777" w:rsidR="00412355" w:rsidRDefault="00000000">
      <w:pPr>
        <w:spacing w:after="20"/>
      </w:pPr>
      <w:r>
        <w:rPr>
          <w:sz w:val="18"/>
        </w:rPr>
        <w:t>_________________________________________________________________________________________________________</w:t>
      </w:r>
    </w:p>
    <w:p w14:paraId="08817178" w14:textId="77777777" w:rsidR="00412355" w:rsidRDefault="00000000">
      <w:pPr>
        <w:spacing w:after="20"/>
      </w:pPr>
      <w:r>
        <w:rPr>
          <w:sz w:val="18"/>
        </w:rPr>
        <w:t>_________________________________________________________________________________________________________</w:t>
      </w:r>
    </w:p>
    <w:p w14:paraId="68EAD0F9" w14:textId="77777777" w:rsidR="00412355" w:rsidRDefault="00000000">
      <w:pPr>
        <w:spacing w:after="20"/>
      </w:pPr>
      <w:r>
        <w:rPr>
          <w:sz w:val="18"/>
        </w:rPr>
        <w:t>_________________________________________________________________________________________________________</w:t>
      </w:r>
    </w:p>
    <w:p w14:paraId="135FCC22" w14:textId="77777777" w:rsidR="00412355" w:rsidRDefault="00000000">
      <w:pPr>
        <w:jc w:val="center"/>
      </w:pPr>
      <w:r>
        <w:rPr>
          <w:b/>
        </w:rPr>
        <w:t>END OF QUESTION PAPER</w:t>
      </w:r>
    </w:p>
    <w:sectPr w:rsidR="00412355" w:rsidSect="00034616">
      <w:footerReference w:type="default" r:id="rId8"/>
      <w:headerReference w:type="default" r:id="rId11"/>
      <w:headerReference w:type="first" r:id="rId12"/>
      <w:headerReference w:type="even" r:id="rId13"/>
      <w:footerReference w:type="first" r:id="rId14"/>
      <w:footerReference w:type="even" r:id="rId15"/>
      <w:pgSz w:w="12240" w:h="15840"/>
      <w:pgMar w:top="936"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4946A" w14:textId="77777777" w:rsidR="003869D1" w:rsidRDefault="003869D1">
      <w:pPr>
        <w:spacing w:after="0" w:line="240" w:lineRule="auto"/>
      </w:pPr>
      <w:r>
        <w:separator/>
      </w:r>
    </w:p>
  </w:endnote>
  <w:endnote w:type="continuationSeparator" w:id="0">
    <w:p w14:paraId="2C7DC40E" w14:textId="77777777" w:rsidR="003869D1" w:rsidRDefault="00386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BBEF3" w14:textId="77777777" w:rsidR="003869D1" w:rsidRDefault="003869D1">
      <w:pPr>
        <w:spacing w:after="0" w:line="240" w:lineRule="auto"/>
      </w:pPr>
      <w:r>
        <w:separator/>
      </w:r>
    </w:p>
  </w:footnote>
  <w:footnote w:type="continuationSeparator" w:id="0">
    <w:p w14:paraId="351D0D36" w14:textId="77777777" w:rsidR="003869D1" w:rsidRDefault="003869D1">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90458016">
    <w:abstractNumId w:val="8"/>
  </w:num>
  <w:num w:numId="2" w16cid:durableId="556280583">
    <w:abstractNumId w:val="6"/>
  </w:num>
  <w:num w:numId="3" w16cid:durableId="1099759646">
    <w:abstractNumId w:val="5"/>
  </w:num>
  <w:num w:numId="4" w16cid:durableId="2118409217">
    <w:abstractNumId w:val="4"/>
  </w:num>
  <w:num w:numId="5" w16cid:durableId="465244804">
    <w:abstractNumId w:val="7"/>
  </w:num>
  <w:num w:numId="6" w16cid:durableId="1714187605">
    <w:abstractNumId w:val="3"/>
  </w:num>
  <w:num w:numId="7" w16cid:durableId="1287736532">
    <w:abstractNumId w:val="2"/>
  </w:num>
  <w:num w:numId="8" w16cid:durableId="1774085502">
    <w:abstractNumId w:val="1"/>
  </w:num>
  <w:num w:numId="9" w16cid:durableId="1042709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869D1"/>
    <w:rsid w:val="00412355"/>
    <w:rsid w:val="00AA1D8D"/>
    <w:rsid w:val="00B47730"/>
    <w:rsid w:val="00B77461"/>
    <w:rsid w:val="00C50CF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37DA43"/>
  <w14:defaultImageDpi w14:val="300"/>
  <w15:docId w15:val="{51D8797C-54DA-479E-BCF7-898E29BFD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2.xml"/><Relationship Id="rId1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3040</Words>
  <Characters>17333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20333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Ondreia Thomas</cp:lastModifiedBy>
  <cp:revision>2</cp:revision>
  <dcterms:created xsi:type="dcterms:W3CDTF">2013-12-23T23:15:00Z</dcterms:created>
  <dcterms:modified xsi:type="dcterms:W3CDTF">2026-09-23T13:59:00Z</dcterms:modified>
  <cp:category/>
</cp:coreProperties>
</file>