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30"/>
        </w:rPr>
        <w:t>END TERM 3 2026</w:t>
      </w:r>
    </w:p>
    <w:p>
      <w:pPr>
        <w:spacing w:after="40"/>
        <w:jc w:val="center"/>
      </w:pPr>
      <w:r>
        <w:rPr>
          <w:rFonts w:ascii="Times New Roman" w:hAnsi="Times New Roman"/>
          <w:b/>
          <w:sz w:val="28"/>
        </w:rPr>
        <w:t>GRADE 10</w:t>
      </w:r>
    </w:p>
    <w:p>
      <w:pPr>
        <w:spacing w:after="40"/>
        <w:jc w:val="center"/>
      </w:pPr>
      <w:r>
        <w:rPr>
          <w:rFonts w:ascii="Times New Roman" w:hAnsi="Times New Roman"/>
          <w:b/>
          <w:sz w:val="36"/>
        </w:rPr>
        <w:t>GERMAN</w:t>
      </w:r>
    </w:p>
    <w:p>
      <w:pPr>
        <w:spacing w:after="40"/>
        <w:jc w:val="center"/>
      </w:pPr>
      <w:r>
        <w:rPr>
          <w:rFonts w:ascii="Times New Roman" w:hAnsi="Times New Roman"/>
          <w:b/>
          <w:sz w:val="26"/>
        </w:rPr>
        <w:t>SUMMATIVE ASSESSMENT</w:t>
      </w:r>
    </w:p>
    <w:p>
      <w:pPr>
        <w:spacing w:after="40"/>
        <w:jc w:val="center"/>
      </w:pPr>
      <w:r>
        <w:rPr>
          <w:rFonts w:ascii="Times New Roman" w:hAnsi="Times New Roman"/>
          <w:b/>
          <w:sz w:val="24"/>
        </w:rPr>
        <w:t>TIME: 2 HOURS 30 MINUTES</w:t>
      </w:r>
    </w:p>
    <w:tbl>
      <w:tblPr>
        <w:tblStyle w:val="TableGrid"/>
        <w:tblW w:type="auto" w:w="0"/>
        <w:jc w:val="center"/>
        <w:tblLook w:firstColumn="1" w:firstRow="1" w:lastColumn="0" w:lastRow="0" w:noHBand="0" w:noVBand="1" w:val="04A0"/>
      </w:tblPr>
      <w:tblGrid>
        <w:gridCol w:w="5184"/>
        <w:gridCol w:w="5184"/>
      </w:tblGrid>
      <w:tr>
        <w:tc>
          <w:tcPr>
            <w:tcW w:type="dxa" w:w="5184"/>
            <w:vAlign w:val="center"/>
          </w:tcPr>
          <w:p>
            <w:pPr>
              <w:spacing w:after="0"/>
            </w:pPr>
            <w:r/>
            <w:r>
              <w:rPr>
                <w:rFonts w:ascii="Times New Roman" w:hAnsi="Times New Roman"/>
                <w:b w:val="0"/>
                <w:sz w:val="20"/>
              </w:rPr>
              <w:t>Name</w:t>
            </w:r>
          </w:p>
        </w:tc>
        <w:tc>
          <w:tcPr>
            <w:tcW w:type="dxa" w:w="5184"/>
            <w:vAlign w:val="center"/>
          </w:tcPr>
          <w:p>
            <w:pPr>
              <w:spacing w:after="0"/>
            </w:pPr>
            <w:r/>
            <w:r>
              <w:rPr>
                <w:rFonts w:ascii="Times New Roman" w:hAnsi="Times New Roman"/>
                <w:b w:val="0"/>
                <w:sz w:val="20"/>
              </w:rPr>
              <w:t>____________________________________________</w:t>
            </w:r>
          </w:p>
        </w:tc>
      </w:tr>
      <w:tr>
        <w:tc>
          <w:tcPr>
            <w:tcW w:type="dxa" w:w="5184"/>
            <w:vAlign w:val="center"/>
          </w:tcPr>
          <w:p>
            <w:pPr>
              <w:spacing w:after="0"/>
            </w:pPr>
            <w:r/>
            <w:r>
              <w:rPr>
                <w:rFonts w:ascii="Times New Roman" w:hAnsi="Times New Roman"/>
                <w:b w:val="0"/>
                <w:sz w:val="20"/>
              </w:rPr>
              <w:t>Assessment Number</w:t>
            </w:r>
          </w:p>
        </w:tc>
        <w:tc>
          <w:tcPr>
            <w:tcW w:type="dxa" w:w="5184"/>
            <w:vAlign w:val="center"/>
          </w:tcPr>
          <w:p>
            <w:pPr>
              <w:spacing w:after="0"/>
            </w:pPr>
            <w:r/>
            <w:r>
              <w:rPr>
                <w:rFonts w:ascii="Times New Roman" w:hAnsi="Times New Roman"/>
                <w:b w:val="0"/>
                <w:sz w:val="20"/>
              </w:rPr>
              <w:t>____________________________________________</w:t>
            </w:r>
          </w:p>
        </w:tc>
      </w:tr>
      <w:tr>
        <w:tc>
          <w:tcPr>
            <w:tcW w:type="dxa" w:w="5184"/>
            <w:vAlign w:val="center"/>
          </w:tcPr>
          <w:p>
            <w:pPr>
              <w:spacing w:after="0"/>
            </w:pPr>
            <w:r/>
            <w:r>
              <w:rPr>
                <w:rFonts w:ascii="Times New Roman" w:hAnsi="Times New Roman"/>
                <w:b w:val="0"/>
                <w:sz w:val="20"/>
              </w:rPr>
              <w:t>Class / Stream</w:t>
            </w:r>
          </w:p>
        </w:tc>
        <w:tc>
          <w:tcPr>
            <w:tcW w:type="dxa" w:w="5184"/>
            <w:vAlign w:val="center"/>
          </w:tcPr>
          <w:p>
            <w:pPr>
              <w:spacing w:after="0"/>
            </w:pPr>
            <w:r/>
            <w:r>
              <w:rPr>
                <w:rFonts w:ascii="Times New Roman" w:hAnsi="Times New Roman"/>
                <w:b w:val="0"/>
                <w:sz w:val="20"/>
              </w:rPr>
              <w:t>____________________________________________</w:t>
            </w:r>
          </w:p>
        </w:tc>
      </w:tr>
      <w:tr>
        <w:tc>
          <w:tcPr>
            <w:tcW w:type="dxa" w:w="5184"/>
            <w:vAlign w:val="center"/>
          </w:tcPr>
          <w:p>
            <w:pPr>
              <w:spacing w:after="0"/>
            </w:pPr>
            <w:r/>
            <w:r>
              <w:rPr>
                <w:rFonts w:ascii="Times New Roman" w:hAnsi="Times New Roman"/>
                <w:b w:val="0"/>
                <w:sz w:val="20"/>
              </w:rPr>
              <w:t>Date</w:t>
            </w:r>
          </w:p>
        </w:tc>
        <w:tc>
          <w:tcPr>
            <w:tcW w:type="dxa" w:w="5184"/>
            <w:vAlign w:val="center"/>
          </w:tcPr>
          <w:p>
            <w:pPr>
              <w:spacing w:after="0"/>
            </w:pPr>
            <w:r/>
            <w:r>
              <w:rPr>
                <w:rFonts w:ascii="Times New Roman" w:hAnsi="Times New Roman"/>
                <w:b w:val="0"/>
                <w:sz w:val="20"/>
              </w:rPr>
              <w:t>____________________________________________</w:t>
            </w:r>
          </w:p>
        </w:tc>
      </w:tr>
    </w:tbl>
    <w:p>
      <w:pPr>
        <w:spacing w:after="80"/>
        <w:jc w:val="center"/>
      </w:pPr>
      <w:r>
        <w:rPr>
          <w:rFonts w:ascii="Times New Roman" w:hAnsi="Times New Roman"/>
          <w:b/>
          <w:sz w:val="24"/>
        </w:rPr>
        <w:t>INSTRUCTIONS TO CANDIDATES</w:t>
      </w:r>
    </w:p>
    <w:p>
      <w:pPr>
        <w:spacing w:after="20"/>
        <w:ind w:left="360"/>
      </w:pPr>
      <w:r>
        <w:t>• Answer ALL questions.</w:t>
      </w:r>
    </w:p>
    <w:p>
      <w:pPr>
        <w:spacing w:after="20"/>
        <w:ind w:left="360"/>
      </w:pPr>
      <w:r>
        <w:t>• Write all German answers clearly and use correct spelling, capitalisation and punctuation.</w:t>
      </w:r>
    </w:p>
    <w:p>
      <w:pPr>
        <w:spacing w:after="20"/>
        <w:ind w:left="360"/>
      </w:pPr>
      <w:r>
        <w:t>• For Section A, the teacher/invigilator will read each listening text twice.</w:t>
      </w:r>
    </w:p>
    <w:p>
      <w:pPr>
        <w:spacing w:after="20"/>
        <w:ind w:left="360"/>
      </w:pPr>
      <w:r>
        <w:t>• For reading and grammar questions, answer in the spaces provided.</w:t>
      </w:r>
    </w:p>
    <w:p>
      <w:pPr>
        <w:spacing w:after="20"/>
        <w:ind w:left="360"/>
      </w:pPr>
      <w:r>
        <w:t>• For writing tasks, observe the required format, vocabulary and sentence structures.</w:t>
      </w:r>
    </w:p>
    <w:p>
      <w:pPr>
        <w:spacing w:after="20"/>
        <w:ind w:left="360"/>
      </w:pPr>
      <w:r>
        <w:t>• Where a question asks for a specified number of points, give only the required number unless more are requested.</w:t>
      </w:r>
    </w:p>
    <w:p>
      <w:pPr>
        <w:spacing w:after="60"/>
        <w:jc w:val="center"/>
      </w:pPr>
      <w:r>
        <w:rPr>
          <w:rFonts w:ascii="Times New Roman" w:hAnsi="Times New Roman"/>
          <w:b/>
          <w:sz w:val="24"/>
        </w:rPr>
        <w:t>TOTAL: 100 MARKS</w:t>
      </w:r>
    </w:p>
    <w:p>
      <w:r>
        <w:br w:type="page"/>
      </w:r>
    </w:p>
    <w:p>
      <w:pPr>
        <w:spacing w:before="100" w:after="40"/>
      </w:pPr>
      <w:r>
        <w:rPr>
          <w:rFonts w:ascii="Times New Roman" w:hAnsi="Times New Roman"/>
          <w:b/>
          <w:sz w:val="24"/>
        </w:rPr>
        <w:t>SECTION A: HÖREN / LISTENING — 20 MARKS</w:t>
      </w:r>
    </w:p>
    <w:p>
      <w:pPr>
        <w:spacing w:after="60"/>
        <w:jc w:val="left"/>
      </w:pPr>
      <w:r>
        <w:rPr>
          <w:rFonts w:ascii="Times New Roman" w:hAnsi="Times New Roman"/>
          <w:b w:val="0"/>
          <w:sz w:val="20"/>
        </w:rPr>
        <w:t>The teacher will read each text twice. Listen carefully and answer the questions.</w:t>
      </w:r>
    </w:p>
    <w:p>
      <w:pPr>
        <w:spacing w:before="60" w:after="20"/>
        <w:ind w:left="0"/>
      </w:pPr>
      <w:r>
        <w:rPr>
          <w:rFonts w:ascii="Times New Roman" w:hAnsi="Times New Roman"/>
          <w:b/>
          <w:sz w:val="22"/>
        </w:rPr>
        <w:t xml:space="preserve">1. </w:t>
      </w:r>
      <w:r>
        <w:rPr>
          <w:rFonts w:ascii="Times New Roman" w:hAnsi="Times New Roman"/>
          <w:sz w:val="22"/>
        </w:rPr>
        <w:t>Du hörst einen kurzen Dialog über Familie und Vorstellungen. Beantworte die Fragen auf Deutsch.</w:t>
      </w:r>
      <w:r>
        <w:rPr>
          <w:rFonts w:ascii="Times New Roman" w:hAnsi="Times New Roman"/>
          <w:b/>
          <w:sz w:val="22"/>
        </w:rPr>
        <w:t xml:space="preserve"> [5]</w:t>
      </w:r>
    </w:p>
    <w:p>
      <w:pPr>
        <w:spacing w:after="40"/>
        <w:jc w:val="left"/>
      </w:pPr>
      <w:r>
        <w:rPr>
          <w:rFonts w:ascii="Times New Roman" w:hAnsi="Times New Roman"/>
          <w:b w:val="0"/>
          <w:sz w:val="20"/>
        </w:rPr>
        <w:t>Text for teacher: Guten Morgen! Ich heiße Anna. Ich wohne in Nairobi mit meiner Mutter, meinem Vater und meinem jüngeren Bruder. Mein Bruder heißt Paul und ist fünfzehn Jahre alt. Meine Großeltern wohnen in Kisumu. Am Wochenende besuchen wir sie oft.</w:t>
      </w:r>
    </w:p>
    <w:p>
      <w:pPr>
        <w:spacing w:after="20"/>
        <w:ind w:left="259"/>
      </w:pPr>
      <w:r>
        <w:rPr>
          <w:rFonts w:ascii="Times New Roman" w:hAnsi="Times New Roman"/>
          <w:b/>
          <w:sz w:val="22"/>
        </w:rPr>
        <w:t xml:space="preserve">a) </w:t>
      </w:r>
      <w:r>
        <w:rPr>
          <w:rFonts w:ascii="Times New Roman" w:hAnsi="Times New Roman"/>
          <w:sz w:val="22"/>
        </w:rPr>
        <w:t>Wie heißt das Mädchen?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Wo wohnt Anna?</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Wie heißt ihr Bruder?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Wie alt ist Paul?</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Wo wohnen die Großeltern?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2. </w:t>
      </w:r>
      <w:r>
        <w:rPr>
          <w:rFonts w:ascii="Times New Roman" w:hAnsi="Times New Roman"/>
          <w:sz w:val="22"/>
        </w:rPr>
        <w:t>Du hörst einen Text über ein Zuhause. Kreuze die richtige Antwort an und begründe eine Antwort.</w:t>
      </w:r>
      <w:r>
        <w:rPr>
          <w:rFonts w:ascii="Times New Roman" w:hAnsi="Times New Roman"/>
          <w:b/>
          <w:sz w:val="22"/>
        </w:rPr>
        <w:t xml:space="preserve"> [5]</w:t>
      </w:r>
    </w:p>
    <w:p>
      <w:pPr>
        <w:spacing w:after="40"/>
        <w:jc w:val="left"/>
      </w:pPr>
      <w:r>
        <w:rPr>
          <w:rFonts w:ascii="Times New Roman" w:hAnsi="Times New Roman"/>
          <w:b w:val="0"/>
          <w:sz w:val="20"/>
        </w:rPr>
        <w:t>Text for teacher: Unser Haus ist nicht sehr groß, aber es ist gemütlich. Im Erdgeschoss gibt es ein Wohnzimmer, eine Küche und ein Bad. Mein Schlafzimmer ist im ersten Stock. In meinem Zimmer stehen ein Bett, ein Schreibtisch und ein Schrank. Vor dem Haus gibt es einen kleinen Garten.</w:t>
      </w:r>
    </w:p>
    <w:p>
      <w:pPr>
        <w:spacing w:after="20"/>
        <w:ind w:left="259"/>
      </w:pPr>
      <w:r>
        <w:rPr>
          <w:rFonts w:ascii="Times New Roman" w:hAnsi="Times New Roman"/>
          <w:b/>
          <w:sz w:val="22"/>
        </w:rPr>
        <w:t xml:space="preserve">a) </w:t>
      </w:r>
      <w:r>
        <w:rPr>
          <w:rFonts w:ascii="Times New Roman" w:hAnsi="Times New Roman"/>
          <w:sz w:val="22"/>
        </w:rPr>
        <w:t>Das Haus ist: (i) sehr groß  (ii) gemütlich  (iii) leer.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Wo ist das Schlafzimmer?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Nenne zwei Möbelstücke aus dem Text.</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Was gibt es vor dem Haus?</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3. </w:t>
      </w:r>
      <w:r>
        <w:rPr>
          <w:rFonts w:ascii="Times New Roman" w:hAnsi="Times New Roman"/>
          <w:sz w:val="22"/>
        </w:rPr>
        <w:t>Du hörst einen Text über den Schulalltag. Antworte auf Deutsch.</w:t>
      </w:r>
      <w:r>
        <w:rPr>
          <w:rFonts w:ascii="Times New Roman" w:hAnsi="Times New Roman"/>
          <w:b/>
          <w:sz w:val="22"/>
        </w:rPr>
        <w:t xml:space="preserve"> [5]</w:t>
      </w:r>
    </w:p>
    <w:p>
      <w:pPr>
        <w:spacing w:after="40"/>
        <w:jc w:val="left"/>
      </w:pPr>
      <w:r>
        <w:rPr>
          <w:rFonts w:ascii="Times New Roman" w:hAnsi="Times New Roman"/>
          <w:b w:val="0"/>
          <w:sz w:val="20"/>
        </w:rPr>
        <w:t>Text for teacher: Meine Schule beginnt um sieben Uhr dreißig. Am Montag habe ich Deutsch, Mathematik und Geschichte. Die große Pause ist um zehn Uhr. Nach der Schule spiele ich Fußball. Am Freitag endet der Unterricht um zwei Uhr.</w:t>
      </w:r>
    </w:p>
    <w:p>
      <w:pPr>
        <w:spacing w:after="20"/>
        <w:ind w:left="259"/>
      </w:pPr>
      <w:r>
        <w:rPr>
          <w:rFonts w:ascii="Times New Roman" w:hAnsi="Times New Roman"/>
          <w:b/>
          <w:sz w:val="22"/>
        </w:rPr>
        <w:t xml:space="preserve">a) </w:t>
      </w:r>
      <w:r>
        <w:rPr>
          <w:rFonts w:ascii="Times New Roman" w:hAnsi="Times New Roman"/>
          <w:sz w:val="22"/>
        </w:rPr>
        <w:t>Wann beginnt die Schule?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Nenne zwei Fächer am Montag.</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Wann ist die große Pause?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Was macht der Schüler nach der Schule?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4. </w:t>
      </w:r>
      <w:r>
        <w:rPr>
          <w:rFonts w:ascii="Times New Roman" w:hAnsi="Times New Roman"/>
          <w:sz w:val="22"/>
        </w:rPr>
        <w:t>Du hörst einen Text über Essen, Reisen und Einkaufen. Beantworte die Fragen.</w:t>
      </w:r>
      <w:r>
        <w:rPr>
          <w:rFonts w:ascii="Times New Roman" w:hAnsi="Times New Roman"/>
          <w:b/>
          <w:sz w:val="22"/>
        </w:rPr>
        <w:t xml:space="preserve"> [5]</w:t>
      </w:r>
    </w:p>
    <w:p>
      <w:pPr>
        <w:spacing w:after="40"/>
        <w:jc w:val="left"/>
      </w:pPr>
      <w:r>
        <w:rPr>
          <w:rFonts w:ascii="Times New Roman" w:hAnsi="Times New Roman"/>
          <w:b w:val="0"/>
          <w:sz w:val="20"/>
        </w:rPr>
        <w:t>Text for teacher: Am Samstag fahre ich mit meiner Familie zum Markt. Wir fahren mit dem Bus. Meine Mutter kauft Gemüse, Obst und Brot. Danach essen wir in einem kleinen Restaurant. Ich bestelle Reis und Hähnchen und trinke Wasser. Am Nachmittag kaufen wir eine Jacke für meinen Bruder.</w:t>
      </w:r>
    </w:p>
    <w:p>
      <w:pPr>
        <w:spacing w:after="20"/>
        <w:ind w:left="259"/>
      </w:pPr>
      <w:r>
        <w:rPr>
          <w:rFonts w:ascii="Times New Roman" w:hAnsi="Times New Roman"/>
          <w:b/>
          <w:sz w:val="22"/>
        </w:rPr>
        <w:t xml:space="preserve">a) </w:t>
      </w:r>
      <w:r>
        <w:rPr>
          <w:rFonts w:ascii="Times New Roman" w:hAnsi="Times New Roman"/>
          <w:sz w:val="22"/>
        </w:rPr>
        <w:t>Wohin fährt die Familie?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Wie fährt sie dorthin?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Nenne zwei Lebensmittel, die die Mutter kauft.</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Was bestellt der Sprecher?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Was kaufen sie am Nachmittag?</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100" w:after="40"/>
      </w:pPr>
      <w:r>
        <w:rPr>
          <w:rFonts w:ascii="Times New Roman" w:hAnsi="Times New Roman"/>
          <w:b/>
          <w:sz w:val="24"/>
        </w:rPr>
        <w:t>SECTION B: LESEN / READING — 30 MARKS</w:t>
      </w:r>
    </w:p>
    <w:p>
      <w:pPr>
        <w:spacing w:before="60" w:after="20"/>
        <w:ind w:left="0"/>
      </w:pPr>
      <w:r>
        <w:rPr>
          <w:rFonts w:ascii="Times New Roman" w:hAnsi="Times New Roman"/>
          <w:b/>
          <w:sz w:val="22"/>
        </w:rPr>
        <w:t xml:space="preserve">5. </w:t>
      </w:r>
      <w:r>
        <w:rPr>
          <w:rFonts w:ascii="Times New Roman" w:hAnsi="Times New Roman"/>
          <w:sz w:val="22"/>
        </w:rPr>
        <w:t>Lies den Text über eine Familie und beantworte die Fragen.</w:t>
      </w:r>
      <w:r>
        <w:rPr>
          <w:rFonts w:ascii="Times New Roman" w:hAnsi="Times New Roman"/>
          <w:b/>
          <w:sz w:val="22"/>
        </w:rPr>
        <w:t xml:space="preserve"> [8]</w:t>
      </w:r>
    </w:p>
    <w:p>
      <w:pPr>
        <w:spacing w:after="20"/>
        <w:jc w:val="center"/>
      </w:pPr>
      <w:r>
        <w:rPr>
          <w:rFonts w:ascii="Times New Roman" w:hAnsi="Times New Roman"/>
          <w:b/>
          <w:sz w:val="22"/>
        </w:rPr>
        <w:t>Text: Meine Familie</w:t>
      </w:r>
    </w:p>
    <w:p>
      <w:pPr>
        <w:spacing w:after="60"/>
        <w:jc w:val="left"/>
      </w:pPr>
      <w:r>
        <w:rPr>
          <w:rFonts w:ascii="Times New Roman" w:hAnsi="Times New Roman"/>
          <w:b w:val="0"/>
          <w:sz w:val="20"/>
        </w:rPr>
        <w:t>Ich heiße Daniel und bin sechzehn Jahre alt. Ich lebe mit meiner Familie in Eldoret. Meine Familie ist nicht sehr klein. Ich habe einen Vater, eine Mutter, zwei Schwestern und einen jüngeren Bruder. Mein Vater arbeitet in einem Geschäft und meine Mutter ist Lehrerin. Meine ältere Schwester besucht eine Universität. Meine jüngere Schwester geht noch zur Schule. Am Sonntag essen wir gemeinsam und sprechen über unsere Woche. Meine Großeltern wohnen in einem anderen Dorf, aber wir telefonieren oft mit ihnen.</w:t>
      </w:r>
    </w:p>
    <w:p>
      <w:pPr>
        <w:spacing w:after="20"/>
        <w:ind w:left="259"/>
      </w:pPr>
      <w:r>
        <w:rPr>
          <w:rFonts w:ascii="Times New Roman" w:hAnsi="Times New Roman"/>
          <w:b/>
          <w:sz w:val="22"/>
        </w:rPr>
        <w:t xml:space="preserve">a) </w:t>
      </w:r>
      <w:r>
        <w:rPr>
          <w:rFonts w:ascii="Times New Roman" w:hAnsi="Times New Roman"/>
          <w:sz w:val="22"/>
        </w:rPr>
        <w:t>Wie alt ist Daniel?</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Wo lebt Daniel?</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Wie viele Geschwister hat Daniel?</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Was macht Daniels Mutter?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Wann isst die Familie gemeinsam?</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Wo wohnen die Großeltern?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g) </w:t>
      </w:r>
      <w:r>
        <w:rPr>
          <w:rFonts w:ascii="Times New Roman" w:hAnsi="Times New Roman"/>
          <w:sz w:val="22"/>
        </w:rPr>
        <w:t>Wie bleibt die Familie mit den Großeltern in Kontakt?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h) </w:t>
      </w:r>
      <w:r>
        <w:rPr>
          <w:rFonts w:ascii="Times New Roman" w:hAnsi="Times New Roman"/>
          <w:sz w:val="22"/>
        </w:rPr>
        <w:t>Schreibe ein Wort aus dem Text, das „teacher“ bedeutet.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6. </w:t>
      </w:r>
      <w:r>
        <w:rPr>
          <w:rFonts w:ascii="Times New Roman" w:hAnsi="Times New Roman"/>
          <w:sz w:val="22"/>
        </w:rPr>
        <w:t>Lies den Text über eine Schule und ein Zuhause. Antworte auf Deutsch.</w:t>
      </w:r>
      <w:r>
        <w:rPr>
          <w:rFonts w:ascii="Times New Roman" w:hAnsi="Times New Roman"/>
          <w:b/>
          <w:sz w:val="22"/>
        </w:rPr>
        <w:t xml:space="preserve"> [8]</w:t>
      </w:r>
    </w:p>
    <w:p>
      <w:pPr>
        <w:spacing w:after="20"/>
        <w:jc w:val="center"/>
      </w:pPr>
      <w:r>
        <w:rPr>
          <w:rFonts w:ascii="Times New Roman" w:hAnsi="Times New Roman"/>
          <w:b/>
          <w:sz w:val="22"/>
        </w:rPr>
        <w:t>Text: Schule und Zuhause</w:t>
      </w:r>
    </w:p>
    <w:p>
      <w:pPr>
        <w:spacing w:after="60"/>
        <w:jc w:val="left"/>
      </w:pPr>
      <w:r>
        <w:rPr>
          <w:rFonts w:ascii="Times New Roman" w:hAnsi="Times New Roman"/>
          <w:b w:val="0"/>
          <w:sz w:val="20"/>
        </w:rPr>
        <w:t>Meine Schule ist in der Nähe unseres Hauses. Jeden Morgen gehe ich zu Fuß zur Schule. Der Unterricht beginnt um halb acht. Mein Lieblingsfach ist Deutsch, weil ich gern spreche und lese. Nach dem Unterricht gehe ich nach Hause und mache meine Hausaufgaben in meinem Zimmer. In meinem Zimmer gibt es einen Schreibtisch neben dem Fenster. Abends hilft meine Schwester in der Küche, während ich für den nächsten Schultag lerne.</w:t>
      </w:r>
    </w:p>
    <w:p>
      <w:pPr>
        <w:spacing w:after="20"/>
        <w:ind w:left="259"/>
      </w:pPr>
      <w:r>
        <w:rPr>
          <w:rFonts w:ascii="Times New Roman" w:hAnsi="Times New Roman"/>
          <w:b/>
          <w:sz w:val="22"/>
        </w:rPr>
        <w:t xml:space="preserve">a) </w:t>
      </w:r>
      <w:r>
        <w:rPr>
          <w:rFonts w:ascii="Times New Roman" w:hAnsi="Times New Roman"/>
          <w:sz w:val="22"/>
        </w:rPr>
        <w:t>Wie geht der Schüler jeden Morgen zur Schule?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Wann beginnt der Unterricht?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Was ist sein Lieblingsfach?</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Warum mag er dieses Fach?</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Wo macht er die Hausaufgaben?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Wo steht der Schreibtisch?</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g) </w:t>
      </w:r>
      <w:r>
        <w:rPr>
          <w:rFonts w:ascii="Times New Roman" w:hAnsi="Times New Roman"/>
          <w:sz w:val="22"/>
        </w:rPr>
        <w:t>Was macht die Schwester abends?</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h) </w:t>
      </w:r>
      <w:r>
        <w:rPr>
          <w:rFonts w:ascii="Times New Roman" w:hAnsi="Times New Roman"/>
          <w:sz w:val="22"/>
        </w:rPr>
        <w:t>Was macht der Schüler am Abend?</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7. </w:t>
      </w:r>
      <w:r>
        <w:rPr>
          <w:rFonts w:ascii="Times New Roman" w:hAnsi="Times New Roman"/>
          <w:sz w:val="22"/>
        </w:rPr>
        <w:t>Lies den Text über Gesundheit und Reisen.</w:t>
      </w:r>
      <w:r>
        <w:rPr>
          <w:rFonts w:ascii="Times New Roman" w:hAnsi="Times New Roman"/>
          <w:b/>
          <w:sz w:val="22"/>
        </w:rPr>
        <w:t xml:space="preserve"> [7]</w:t>
      </w:r>
    </w:p>
    <w:p>
      <w:pPr>
        <w:spacing w:after="20"/>
        <w:jc w:val="center"/>
      </w:pPr>
      <w:r>
        <w:rPr>
          <w:rFonts w:ascii="Times New Roman" w:hAnsi="Times New Roman"/>
          <w:b/>
          <w:sz w:val="22"/>
        </w:rPr>
        <w:t>Text: Ein gesunder Ausflug</w:t>
      </w:r>
    </w:p>
    <w:p>
      <w:pPr>
        <w:spacing w:after="60"/>
        <w:jc w:val="left"/>
      </w:pPr>
      <w:r>
        <w:rPr>
          <w:rFonts w:ascii="Times New Roman" w:hAnsi="Times New Roman"/>
          <w:b w:val="0"/>
          <w:sz w:val="20"/>
        </w:rPr>
        <w:t>Am Wochenende möchte Sara gesund leben. Zum Frühstück isst sie Obst und Brot und trinkt Wasser. Sie vermeidet zu viel Zucker. Am Samstag fährt sie mit dem Zug zu ihrer Tante. Im Zug sitzt sie ruhig und liest ein Buch. Wenn sie an der Station ankommt, fragt sie nach dem Weg. Sie benutzt einen Stadtplan und geht zu Fuß. Sara findet Bewegung wichtig, weil sie fit bleiben möchte.</w:t>
      </w:r>
    </w:p>
    <w:p>
      <w:pPr>
        <w:spacing w:after="20"/>
        <w:ind w:left="259"/>
      </w:pPr>
      <w:r>
        <w:rPr>
          <w:rFonts w:ascii="Times New Roman" w:hAnsi="Times New Roman"/>
          <w:b/>
          <w:sz w:val="22"/>
        </w:rPr>
        <w:t xml:space="preserve">a) </w:t>
      </w:r>
      <w:r>
        <w:rPr>
          <w:rFonts w:ascii="Times New Roman" w:hAnsi="Times New Roman"/>
          <w:sz w:val="22"/>
        </w:rPr>
        <w:t>Was isst Sara zum Frühstück?</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Was trinkt sie?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Womit fährt sie zur Tante?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Was macht sie im Zug?</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Warum findet Sara Bewegung wichtig?</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Was benutzt sie, um den Weg zu finden?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8. </w:t>
      </w:r>
      <w:r>
        <w:rPr>
          <w:rFonts w:ascii="Times New Roman" w:hAnsi="Times New Roman"/>
          <w:sz w:val="22"/>
        </w:rPr>
        <w:t>Lies den Text über Einkaufen.</w:t>
      </w:r>
      <w:r>
        <w:rPr>
          <w:rFonts w:ascii="Times New Roman" w:hAnsi="Times New Roman"/>
          <w:b/>
          <w:sz w:val="22"/>
        </w:rPr>
        <w:t xml:space="preserve"> [7]</w:t>
      </w:r>
    </w:p>
    <w:p>
      <w:pPr>
        <w:spacing w:after="20"/>
        <w:jc w:val="center"/>
      </w:pPr>
      <w:r>
        <w:rPr>
          <w:rFonts w:ascii="Times New Roman" w:hAnsi="Times New Roman"/>
          <w:b/>
          <w:sz w:val="22"/>
        </w:rPr>
        <w:t>Text: Im Supermarkt</w:t>
      </w:r>
    </w:p>
    <w:p>
      <w:pPr>
        <w:spacing w:after="60"/>
        <w:jc w:val="left"/>
      </w:pPr>
      <w:r>
        <w:rPr>
          <w:rFonts w:ascii="Times New Roman" w:hAnsi="Times New Roman"/>
          <w:b w:val="0"/>
          <w:sz w:val="20"/>
        </w:rPr>
        <w:t>Heute geht Jonas mit seinem Vater einkaufen. Sie brauchen Gemüse, Milch, Reis und Obst. Jonas möchte auch einen neuen Rucksack kaufen. Im Geschäft kostet der Rucksack 2 500 Schilling. Jonas findet ihn schön, aber zu teuer. Sein Vater sagt: „Wir suchen einen günstigeren Rucksack.“ Sie vergleichen zwei Modelle und kaufen schließlich einen schwarzen Rucksack für 1 800 Schilling.</w:t>
      </w:r>
    </w:p>
    <w:p>
      <w:pPr>
        <w:spacing w:after="20"/>
        <w:ind w:left="259"/>
      </w:pPr>
      <w:r>
        <w:rPr>
          <w:rFonts w:ascii="Times New Roman" w:hAnsi="Times New Roman"/>
          <w:b/>
          <w:sz w:val="22"/>
        </w:rPr>
        <w:t xml:space="preserve">a) </w:t>
      </w:r>
      <w:r>
        <w:rPr>
          <w:rFonts w:ascii="Times New Roman" w:hAnsi="Times New Roman"/>
          <w:sz w:val="22"/>
        </w:rPr>
        <w:t>Mit wem geht Jonas einkaufen?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Nenne zwei Lebensmittel.</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Was möchte Jonas kaufen?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Wie viel kostet der erste Rucksack?</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Warum kaufen sie ihn nicht?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Wie viel kostet der gekaufte Rucksack?</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100" w:after="40"/>
      </w:pPr>
      <w:r>
        <w:rPr>
          <w:rFonts w:ascii="Times New Roman" w:hAnsi="Times New Roman"/>
          <w:b/>
          <w:sz w:val="24"/>
        </w:rPr>
        <w:t>SECTION C: GRAMMATIK / GRAMMAR — 30 MARKS</w:t>
      </w:r>
    </w:p>
    <w:p>
      <w:pPr>
        <w:spacing w:before="60" w:after="20"/>
        <w:ind w:left="0"/>
      </w:pPr>
      <w:r>
        <w:rPr>
          <w:rFonts w:ascii="Times New Roman" w:hAnsi="Times New Roman"/>
          <w:b/>
          <w:sz w:val="22"/>
        </w:rPr>
        <w:t xml:space="preserve">9. </w:t>
      </w:r>
      <w:r>
        <w:rPr>
          <w:rFonts w:ascii="Times New Roman" w:hAnsi="Times New Roman"/>
          <w:sz w:val="22"/>
        </w:rPr>
        <w:t>Familie und Zuhause: Ergänze die Sätze mit der richtigen Form.</w:t>
      </w:r>
      <w:r>
        <w:rPr>
          <w:rFonts w:ascii="Times New Roman" w:hAnsi="Times New Roman"/>
          <w:b/>
          <w:sz w:val="22"/>
        </w:rPr>
        <w:t xml:space="preserve"> [10]</w:t>
      </w:r>
    </w:p>
    <w:p>
      <w:pPr>
        <w:spacing w:after="20"/>
        <w:ind w:left="259"/>
      </w:pPr>
      <w:r>
        <w:rPr>
          <w:rFonts w:ascii="Times New Roman" w:hAnsi="Times New Roman"/>
          <w:b/>
          <w:sz w:val="22"/>
        </w:rPr>
        <w:t xml:space="preserve">a) </w:t>
      </w:r>
      <w:r>
        <w:rPr>
          <w:rFonts w:ascii="Times New Roman" w:hAnsi="Times New Roman"/>
          <w:sz w:val="22"/>
        </w:rPr>
        <w:t>Ich ________ (sein) sechzehn Jahre alt.</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Wir ________ (haben) zwei Geschwister.</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Das ist ________ (mein/meine) Mutter.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Ich sehe ________ (der/den) Bruder.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________ heißt du? (Wie/Wo)</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Das sind ________ (mein/meine) Eltern.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g) </w:t>
      </w:r>
      <w:r>
        <w:rPr>
          <w:rFonts w:ascii="Times New Roman" w:hAnsi="Times New Roman"/>
          <w:sz w:val="22"/>
        </w:rPr>
        <w:t>Der Tisch ist ________ (groß/große).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h) </w:t>
      </w:r>
      <w:r>
        <w:rPr>
          <w:rFonts w:ascii="Times New Roman" w:hAnsi="Times New Roman"/>
          <w:sz w:val="22"/>
        </w:rPr>
        <w:t>Die Zimmer sind ________ (klein/kleine).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10. </w:t>
      </w:r>
      <w:r>
        <w:rPr>
          <w:rFonts w:ascii="Times New Roman" w:hAnsi="Times New Roman"/>
          <w:sz w:val="22"/>
        </w:rPr>
        <w:t>Schule und Gesundheit: Bearbeite die Aufgaben.</w:t>
      </w:r>
      <w:r>
        <w:rPr>
          <w:rFonts w:ascii="Times New Roman" w:hAnsi="Times New Roman"/>
          <w:b/>
          <w:sz w:val="22"/>
        </w:rPr>
        <w:t xml:space="preserve"> [10]</w:t>
      </w:r>
    </w:p>
    <w:p>
      <w:pPr>
        <w:spacing w:after="20"/>
        <w:ind w:left="259"/>
      </w:pPr>
      <w:r>
        <w:rPr>
          <w:rFonts w:ascii="Times New Roman" w:hAnsi="Times New Roman"/>
          <w:b/>
          <w:sz w:val="22"/>
        </w:rPr>
        <w:t xml:space="preserve">a) </w:t>
      </w:r>
      <w:r>
        <w:rPr>
          <w:rFonts w:ascii="Times New Roman" w:hAnsi="Times New Roman"/>
          <w:sz w:val="22"/>
        </w:rPr>
        <w:t>Setze das passende Zeitadverb ein: „Ich ________ gehe ich um sieben Uhr zur Schule.“ (immer / gestern)</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Setze das passende Modalverb ein: „Du ________ viel Wasser trinken.“ (sollst / bist)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Verbinde mit „weil“: „Ich esse Obst. Ich möchte gesund bleiben.“</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Setze das Verb richtig ein: „Wir ________ um 6 Uhr ________.“ (aufstehen)</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Bilde einen korrekten Satz: „am Freitag / wir / Fußball / spielen“.</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Schreibe den Plural: „das Buch“.</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g) </w:t>
      </w:r>
      <w:r>
        <w:rPr>
          <w:rFonts w:ascii="Times New Roman" w:hAnsi="Times New Roman"/>
          <w:sz w:val="22"/>
        </w:rPr>
        <w:t>Schreibe den Plural: „die Schule“.</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11. </w:t>
      </w:r>
      <w:r>
        <w:rPr>
          <w:rFonts w:ascii="Times New Roman" w:hAnsi="Times New Roman"/>
          <w:sz w:val="22"/>
        </w:rPr>
        <w:t>Transport und Shopping: Bearbeite die Aufgaben.</w:t>
      </w:r>
      <w:r>
        <w:rPr>
          <w:rFonts w:ascii="Times New Roman" w:hAnsi="Times New Roman"/>
          <w:b/>
          <w:sz w:val="22"/>
        </w:rPr>
        <w:t xml:space="preserve"> [10]</w:t>
      </w:r>
    </w:p>
    <w:p>
      <w:pPr>
        <w:spacing w:after="20"/>
        <w:ind w:left="259"/>
      </w:pPr>
      <w:r>
        <w:rPr>
          <w:rFonts w:ascii="Times New Roman" w:hAnsi="Times New Roman"/>
          <w:b/>
          <w:sz w:val="22"/>
        </w:rPr>
        <w:t xml:space="preserve">a) </w:t>
      </w:r>
      <w:r>
        <w:rPr>
          <w:rFonts w:ascii="Times New Roman" w:hAnsi="Times New Roman"/>
          <w:sz w:val="22"/>
        </w:rPr>
        <w:t>Ergänze die Präposition: „Ich fahre ________ dem Bus zur Schule.“ (mit / zu)</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b) </w:t>
      </w:r>
      <w:r>
        <w:rPr>
          <w:rFonts w:ascii="Times New Roman" w:hAnsi="Times New Roman"/>
          <w:sz w:val="22"/>
        </w:rPr>
        <w:t>Ergänze die Präposition: „Wir gehen ________ Bahnhof.“ (zum / mit)</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c) </w:t>
      </w:r>
      <w:r>
        <w:rPr>
          <w:rFonts w:ascii="Times New Roman" w:hAnsi="Times New Roman"/>
          <w:sz w:val="22"/>
        </w:rPr>
        <w:t>Setze das Verb richtig ein: „Der Zug ________ um acht Uhr ________.“ (abfahren)</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d) </w:t>
      </w:r>
      <w:r>
        <w:rPr>
          <w:rFonts w:ascii="Times New Roman" w:hAnsi="Times New Roman"/>
          <w:sz w:val="22"/>
        </w:rPr>
        <w:t>Bilde den Komparativ: „Der rote Rucksack ist ________ als der blaue.“ (teuer)</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e) </w:t>
      </w:r>
      <w:r>
        <w:rPr>
          <w:rFonts w:ascii="Times New Roman" w:hAnsi="Times New Roman"/>
          <w:sz w:val="22"/>
        </w:rPr>
        <w:t>Bilde den Superlativ: „Das ist der ________ Preis.“ (niedrig)</w:t>
      </w:r>
      <w:r>
        <w:rPr>
          <w:rFonts w:ascii="Times New Roman" w:hAnsi="Times New Roman"/>
          <w:b/>
          <w:sz w:val="22"/>
        </w:rPr>
        <w:t xml:space="preserve"> [1]</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f) </w:t>
      </w:r>
      <w:r>
        <w:rPr>
          <w:rFonts w:ascii="Times New Roman" w:hAnsi="Times New Roman"/>
          <w:sz w:val="22"/>
        </w:rPr>
        <w:t>Bilde einen Satz mit „dürfen“ über Sicherheit im Verkehr.</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20"/>
        <w:ind w:left="259"/>
      </w:pPr>
      <w:r>
        <w:rPr>
          <w:rFonts w:ascii="Times New Roman" w:hAnsi="Times New Roman"/>
          <w:b/>
          <w:sz w:val="22"/>
        </w:rPr>
        <w:t xml:space="preserve">g) </w:t>
      </w:r>
      <w:r>
        <w:rPr>
          <w:rFonts w:ascii="Times New Roman" w:hAnsi="Times New Roman"/>
          <w:sz w:val="22"/>
        </w:rPr>
        <w:t>Bilde einen Satz mit „nicht dürfen“ über eine Regel im Geschäft.</w:t>
      </w:r>
      <w:r>
        <w:rPr>
          <w:rFonts w:ascii="Times New Roman" w:hAnsi="Times New Roman"/>
          <w:b/>
          <w:sz w:val="22"/>
        </w:rPr>
        <w:t xml:space="preserve"> [2]</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100" w:after="40"/>
      </w:pPr>
      <w:r>
        <w:rPr>
          <w:rFonts w:ascii="Times New Roman" w:hAnsi="Times New Roman"/>
          <w:b/>
          <w:sz w:val="24"/>
        </w:rPr>
        <w:t>SECTION D: SCHREIBEN / WRITING — 20 MARKS</w:t>
      </w:r>
    </w:p>
    <w:p>
      <w:pPr>
        <w:spacing w:before="60" w:after="20"/>
        <w:ind w:left="0"/>
      </w:pPr>
      <w:r>
        <w:rPr>
          <w:rFonts w:ascii="Times New Roman" w:hAnsi="Times New Roman"/>
          <w:b/>
          <w:sz w:val="22"/>
        </w:rPr>
        <w:t xml:space="preserve">12. </w:t>
      </w:r>
      <w:r>
        <w:rPr>
          <w:rFonts w:ascii="Times New Roman" w:hAnsi="Times New Roman"/>
          <w:sz w:val="22"/>
        </w:rPr>
        <w:t>Schreibe 50–60 Wörter über deine Familie. Stelle mindestens vier Familienmitglieder vor und nenne mindestens zwei Informationen über deine Familie.</w:t>
      </w:r>
      <w:r>
        <w:rPr>
          <w:rFonts w:ascii="Times New Roman" w:hAnsi="Times New Roman"/>
          <w:b/>
          <w:sz w:val="22"/>
        </w:rPr>
        <w:t xml:space="preserve"> [5]</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13. </w:t>
      </w:r>
      <w:r>
        <w:rPr>
          <w:rFonts w:ascii="Times New Roman" w:hAnsi="Times New Roman"/>
          <w:sz w:val="22"/>
        </w:rPr>
        <w:t>Schreibe 50–60 Wörter über deinen Schultag. Nenne mindestens drei Aktivitäten, zwei Uhrzeiten und ein Lieblingsfach.</w:t>
      </w:r>
      <w:r>
        <w:rPr>
          <w:rFonts w:ascii="Times New Roman" w:hAnsi="Times New Roman"/>
          <w:b/>
          <w:sz w:val="22"/>
        </w:rPr>
        <w:t xml:space="preserve"> [5]</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before="60" w:after="20"/>
        <w:ind w:left="0"/>
      </w:pPr>
      <w:r>
        <w:rPr>
          <w:rFonts w:ascii="Times New Roman" w:hAnsi="Times New Roman"/>
          <w:b/>
          <w:sz w:val="22"/>
        </w:rPr>
        <w:t xml:space="preserve">14. </w:t>
      </w:r>
      <w:r>
        <w:rPr>
          <w:rFonts w:ascii="Times New Roman" w:hAnsi="Times New Roman"/>
          <w:sz w:val="22"/>
        </w:rPr>
        <w:t>Wähle EINE Aufgabe.</w:t>
      </w:r>
      <w:r>
        <w:rPr>
          <w:rFonts w:ascii="Times New Roman" w:hAnsi="Times New Roman"/>
          <w:b/>
          <w:sz w:val="22"/>
        </w:rPr>
        <w:t xml:space="preserve"> [10]</w:t>
      </w:r>
    </w:p>
    <w:p>
      <w:pPr>
        <w:spacing w:after="20"/>
        <w:ind w:left="259"/>
      </w:pPr>
      <w:r>
        <w:rPr>
          <w:rFonts w:ascii="Times New Roman" w:hAnsi="Times New Roman"/>
          <w:b/>
          <w:sz w:val="22"/>
        </w:rPr>
        <w:t xml:space="preserve">a) </w:t>
      </w:r>
      <w:r>
        <w:rPr>
          <w:rFonts w:ascii="Times New Roman" w:hAnsi="Times New Roman"/>
          <w:sz w:val="22"/>
        </w:rPr>
        <w:t>Schreibe eine kurze Nachricht an einen Freund / eine Freundin über eine Reise. Nenne: Ziel, Verkehrsmittel, Abfahrtszeit, Ankunftszeit, eine Aktivität und eine Sicherheitsregel.</w:t>
      </w:r>
      <w:r>
        <w:rPr>
          <w:rFonts w:ascii="Times New Roman" w:hAnsi="Times New Roman"/>
          <w:b/>
          <w:sz w:val="22"/>
        </w:rPr>
        <w:t xml:space="preserve"> [10]</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40"/>
        <w:jc w:val="center"/>
      </w:pPr>
      <w:r>
        <w:rPr>
          <w:rFonts w:ascii="Times New Roman" w:hAnsi="Times New Roman"/>
          <w:b/>
          <w:sz w:val="22"/>
        </w:rPr>
        <w:t>ODER</w:t>
      </w:r>
    </w:p>
    <w:p>
      <w:pPr>
        <w:spacing w:after="20"/>
        <w:ind w:left="259"/>
      </w:pPr>
      <w:r>
        <w:rPr>
          <w:rFonts w:ascii="Times New Roman" w:hAnsi="Times New Roman"/>
          <w:b/>
          <w:sz w:val="22"/>
        </w:rPr>
        <w:t xml:space="preserve">b) </w:t>
      </w:r>
      <w:r>
        <w:rPr>
          <w:rFonts w:ascii="Times New Roman" w:hAnsi="Times New Roman"/>
          <w:sz w:val="22"/>
        </w:rPr>
        <w:t>Schreibe einen kurzen Dialog zwischen einem Kunden und einem Verkäufer in einem Geschäft. Der Dialog soll Begrüßung, Preis, Vergleich von zwei Produkten, Kaufentscheidung und Verabschiedung enthalten.</w:t>
      </w:r>
      <w:r>
        <w:rPr>
          <w:rFonts w:ascii="Times New Roman" w:hAnsi="Times New Roman"/>
          <w:b/>
          <w:sz w:val="22"/>
        </w:rPr>
        <w:t xml:space="preserve"> [10]</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0"/>
      </w:pPr>
      <w:r>
        <w:rPr>
          <w:rFonts w:ascii="Times New Roman" w:hAnsi="Times New Roman"/>
          <w:sz w:val="18"/>
        </w:rPr>
        <w:t>________________________________________________________________________________________________</w:t>
      </w:r>
    </w:p>
    <w:p>
      <w:pPr>
        <w:spacing w:after="100"/>
        <w:jc w:val="center"/>
      </w:pPr>
      <w:r>
        <w:rPr>
          <w:rFonts w:ascii="Times New Roman" w:hAnsi="Times New Roman"/>
          <w:b/>
          <w:sz w:val="22"/>
        </w:rPr>
        <w:t>END OF QUESTION PAPER</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