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0CE3F" w14:textId="77777777" w:rsidR="0082520C" w:rsidRDefault="00000000">
      <w:pPr>
        <w:spacing w:after="20"/>
        <w:jc w:val="center"/>
      </w:pPr>
      <w:r>
        <w:rPr>
          <w:b/>
          <w:sz w:val="30"/>
        </w:rPr>
        <w:t>END TERM 3 2026</w:t>
      </w:r>
    </w:p>
    <w:p w14:paraId="718540DE" w14:textId="77777777" w:rsidR="0082520C" w:rsidRDefault="00000000">
      <w:pPr>
        <w:spacing w:after="20"/>
        <w:jc w:val="center"/>
      </w:pPr>
      <w:r>
        <w:rPr>
          <w:b/>
          <w:sz w:val="26"/>
        </w:rPr>
        <w:t>GRADE 10</w:t>
      </w:r>
    </w:p>
    <w:p w14:paraId="201679C3" w14:textId="77777777" w:rsidR="0082520C" w:rsidRDefault="00000000">
      <w:pPr>
        <w:spacing w:after="20"/>
        <w:jc w:val="center"/>
      </w:pPr>
      <w:r>
        <w:rPr>
          <w:b/>
          <w:sz w:val="34"/>
        </w:rPr>
        <w:t>FRENCH</w:t>
      </w:r>
    </w:p>
    <w:p w14:paraId="194A0416" w14:textId="77777777" w:rsidR="0082520C" w:rsidRDefault="00000000">
      <w:pPr>
        <w:spacing w:after="20"/>
        <w:jc w:val="center"/>
      </w:pPr>
      <w:r>
        <w:rPr>
          <w:b/>
          <w:sz w:val="24"/>
        </w:rPr>
        <w:t>SUMMATIVE ASSESSMENT</w:t>
      </w:r>
    </w:p>
    <w:p w14:paraId="478B7617" w14:textId="77777777" w:rsidR="0082520C" w:rsidRDefault="00000000">
      <w:pPr>
        <w:spacing w:after="20"/>
        <w:jc w:val="center"/>
      </w:pPr>
      <w:r>
        <w:rPr>
          <w:b/>
          <w:sz w:val="22"/>
        </w:rPr>
        <w:t>TIME: 2 HOURS 30 MINUTES</w:t>
      </w:r>
    </w:p>
    <w:tbl>
      <w:tblPr>
        <w:tblStyle w:val="TableGrid"/>
        <w:tblW w:w="0" w:type="auto"/>
        <w:tblLook w:val="04A0" w:firstRow="1" w:lastRow="0" w:firstColumn="1" w:lastColumn="0" w:noHBand="0" w:noVBand="1"/>
      </w:tblPr>
      <w:tblGrid>
        <w:gridCol w:w="5298"/>
        <w:gridCol w:w="5298"/>
      </w:tblGrid>
      <w:tr w:rsidR="0082520C" w14:paraId="6D73340A" w14:textId="77777777" w:rsidTr="0014193E">
        <w:tc>
          <w:tcPr>
            <w:tcW w:w="5298" w:type="dxa"/>
          </w:tcPr>
          <w:p w14:paraId="4C3E2FBD" w14:textId="77777777" w:rsidR="0082520C" w:rsidRDefault="00000000">
            <w:r>
              <w:t>Name:</w:t>
            </w:r>
          </w:p>
        </w:tc>
        <w:tc>
          <w:tcPr>
            <w:tcW w:w="5298" w:type="dxa"/>
          </w:tcPr>
          <w:p w14:paraId="08BA4845" w14:textId="77777777" w:rsidR="0082520C" w:rsidRDefault="00000000">
            <w:r>
              <w:t>________________________________________________</w:t>
            </w:r>
          </w:p>
        </w:tc>
      </w:tr>
      <w:tr w:rsidR="0082520C" w14:paraId="6776D42F" w14:textId="77777777" w:rsidTr="0014193E">
        <w:tc>
          <w:tcPr>
            <w:tcW w:w="5298" w:type="dxa"/>
          </w:tcPr>
          <w:p w14:paraId="77A04D94" w14:textId="77777777" w:rsidR="0082520C" w:rsidRDefault="00000000">
            <w:r>
              <w:t>Assessment Number:</w:t>
            </w:r>
          </w:p>
        </w:tc>
        <w:tc>
          <w:tcPr>
            <w:tcW w:w="5298" w:type="dxa"/>
          </w:tcPr>
          <w:p w14:paraId="5BCD20F9" w14:textId="77777777" w:rsidR="0082520C" w:rsidRDefault="00000000">
            <w:r>
              <w:t>________________________________________________</w:t>
            </w:r>
          </w:p>
        </w:tc>
      </w:tr>
      <w:tr w:rsidR="0082520C" w14:paraId="2987E9DA" w14:textId="77777777" w:rsidTr="0014193E">
        <w:tc>
          <w:tcPr>
            <w:tcW w:w="5298" w:type="dxa"/>
          </w:tcPr>
          <w:p w14:paraId="54B70636" w14:textId="77777777" w:rsidR="0082520C" w:rsidRDefault="00000000">
            <w:r>
              <w:t>Class / Stream:</w:t>
            </w:r>
          </w:p>
        </w:tc>
        <w:tc>
          <w:tcPr>
            <w:tcW w:w="5298" w:type="dxa"/>
          </w:tcPr>
          <w:p w14:paraId="0C76181E" w14:textId="77777777" w:rsidR="0082520C" w:rsidRDefault="00000000">
            <w:r>
              <w:t>________________________________________________</w:t>
            </w:r>
          </w:p>
        </w:tc>
      </w:tr>
      <w:tr w:rsidR="0082520C" w14:paraId="6AF99E0E" w14:textId="77777777" w:rsidTr="0014193E">
        <w:tc>
          <w:tcPr>
            <w:tcW w:w="5298" w:type="dxa"/>
          </w:tcPr>
          <w:p w14:paraId="5E231773" w14:textId="77777777" w:rsidR="0082520C" w:rsidRDefault="00000000">
            <w:r>
              <w:t>Date:</w:t>
            </w:r>
          </w:p>
        </w:tc>
        <w:tc>
          <w:tcPr>
            <w:tcW w:w="5298" w:type="dxa"/>
          </w:tcPr>
          <w:p w14:paraId="03478D05" w14:textId="77777777" w:rsidR="0082520C" w:rsidRDefault="00000000">
            <w:r>
              <w:t>________________________________________________</w:t>
            </w:r>
          </w:p>
        </w:tc>
      </w:tr>
    </w:tbl>
    <w:p w14:paraId="0531637F" w14:textId="77777777" w:rsidR="0082520C" w:rsidRDefault="00000000">
      <w:pPr>
        <w:spacing w:before="80" w:after="40"/>
      </w:pPr>
      <w:r>
        <w:rPr>
          <w:b/>
          <w:sz w:val="24"/>
        </w:rPr>
        <w:t>INSTRUCTIONS TO CANDIDATES</w:t>
      </w:r>
    </w:p>
    <w:p w14:paraId="52C2B29D" w14:textId="77777777" w:rsidR="0082520C" w:rsidRDefault="00000000">
      <w:pPr>
        <w:pStyle w:val="ListBullet"/>
      </w:pPr>
      <w:r>
        <w:t>Answer ALL questions.</w:t>
      </w:r>
    </w:p>
    <w:p w14:paraId="124B02B6" w14:textId="77777777" w:rsidR="0082520C" w:rsidRDefault="00000000">
      <w:pPr>
        <w:pStyle w:val="ListBullet"/>
      </w:pPr>
      <w:r>
        <w:t>Read the instructions for each section carefully.</w:t>
      </w:r>
    </w:p>
    <w:p w14:paraId="62B3B324" w14:textId="77777777" w:rsidR="0082520C" w:rsidRDefault="00000000">
      <w:pPr>
        <w:pStyle w:val="ListBullet"/>
      </w:pPr>
      <w:r>
        <w:t>Write all answers in French unless a question specifically asks for an English explanation.</w:t>
      </w:r>
    </w:p>
    <w:p w14:paraId="22EC60AB" w14:textId="77777777" w:rsidR="0082520C" w:rsidRDefault="00000000">
      <w:pPr>
        <w:pStyle w:val="ListBullet"/>
      </w:pPr>
      <w:r>
        <w:t>Observe the mark allocation. Where lines are provided, use them appropriately.</w:t>
      </w:r>
    </w:p>
    <w:p w14:paraId="61454BDF" w14:textId="77777777" w:rsidR="0082520C" w:rsidRDefault="00000000">
      <w:pPr>
        <w:pStyle w:val="ListBullet"/>
      </w:pPr>
      <w:r>
        <w:t>The assessment is cumulative and covers the Grade 10 French Curriculum Design across the six themes: Social Life, My Environment, Tourism/Means of Transport, Health, School and World of Work, and World of Business: Shopping.</w:t>
      </w:r>
    </w:p>
    <w:p w14:paraId="3A7C9C5A" w14:textId="77777777" w:rsidR="0082520C" w:rsidRDefault="00000000">
      <w:pPr>
        <w:pStyle w:val="ListBullet"/>
      </w:pPr>
      <w:r>
        <w:t>Use correct spelling, accents, agreement, punctuation and appropriate vocabulary.</w:t>
      </w:r>
    </w:p>
    <w:p w14:paraId="59870994" w14:textId="77777777" w:rsidR="0082520C" w:rsidRDefault="00000000">
      <w:pPr>
        <w:pStyle w:val="ListBullet"/>
      </w:pPr>
      <w:r>
        <w:t>Listening/aural items may be read twice by the teacher where applicable.</w:t>
      </w:r>
    </w:p>
    <w:p w14:paraId="2C874749" w14:textId="77777777" w:rsidR="0082520C" w:rsidRDefault="00000000">
      <w:pPr>
        <w:spacing w:before="80" w:after="40"/>
      </w:pPr>
      <w:r>
        <w:rPr>
          <w:b/>
          <w:sz w:val="24"/>
        </w:rPr>
        <w:t>FOR EXAMINER'S USE</w:t>
      </w:r>
    </w:p>
    <w:tbl>
      <w:tblPr>
        <w:tblStyle w:val="TableGrid"/>
        <w:tblW w:w="0" w:type="auto"/>
        <w:tblLook w:val="04A0" w:firstRow="1" w:lastRow="0" w:firstColumn="1" w:lastColumn="0" w:noHBand="0" w:noVBand="1"/>
      </w:tblPr>
      <w:tblGrid>
        <w:gridCol w:w="2649"/>
        <w:gridCol w:w="2649"/>
        <w:gridCol w:w="2649"/>
        <w:gridCol w:w="2649"/>
      </w:tblGrid>
      <w:tr w:rsidR="0082520C" w14:paraId="4ADD2625" w14:textId="77777777" w:rsidTr="0014193E">
        <w:tc>
          <w:tcPr>
            <w:tcW w:w="2649" w:type="dxa"/>
          </w:tcPr>
          <w:p w14:paraId="5CC69129" w14:textId="77777777" w:rsidR="0082520C" w:rsidRPr="0014193E" w:rsidRDefault="00000000">
            <w:pPr>
              <w:rPr>
                <w:b/>
                <w:bCs/>
              </w:rPr>
            </w:pPr>
            <w:r w:rsidRPr="0014193E">
              <w:rPr>
                <w:b/>
                <w:bCs/>
              </w:rPr>
              <w:t>Section</w:t>
            </w:r>
          </w:p>
        </w:tc>
        <w:tc>
          <w:tcPr>
            <w:tcW w:w="2649" w:type="dxa"/>
          </w:tcPr>
          <w:p w14:paraId="48BBC356" w14:textId="77777777" w:rsidR="0082520C" w:rsidRPr="0014193E" w:rsidRDefault="00000000">
            <w:pPr>
              <w:rPr>
                <w:b/>
                <w:bCs/>
              </w:rPr>
            </w:pPr>
            <w:r w:rsidRPr="0014193E">
              <w:rPr>
                <w:b/>
                <w:bCs/>
              </w:rPr>
              <w:t>Question Numbers</w:t>
            </w:r>
          </w:p>
        </w:tc>
        <w:tc>
          <w:tcPr>
            <w:tcW w:w="2649" w:type="dxa"/>
          </w:tcPr>
          <w:p w14:paraId="6641943B" w14:textId="77777777" w:rsidR="0082520C" w:rsidRPr="0014193E" w:rsidRDefault="00000000">
            <w:pPr>
              <w:rPr>
                <w:b/>
                <w:bCs/>
              </w:rPr>
            </w:pPr>
            <w:r w:rsidRPr="0014193E">
              <w:rPr>
                <w:b/>
                <w:bCs/>
              </w:rPr>
              <w:t>Maximum Score</w:t>
            </w:r>
          </w:p>
        </w:tc>
        <w:tc>
          <w:tcPr>
            <w:tcW w:w="2649" w:type="dxa"/>
          </w:tcPr>
          <w:p w14:paraId="7CE07B0A" w14:textId="77777777" w:rsidR="0082520C" w:rsidRPr="0014193E" w:rsidRDefault="00000000">
            <w:pPr>
              <w:rPr>
                <w:b/>
                <w:bCs/>
              </w:rPr>
            </w:pPr>
            <w:r w:rsidRPr="0014193E">
              <w:rPr>
                <w:b/>
                <w:bCs/>
              </w:rPr>
              <w:t>Candidate Score</w:t>
            </w:r>
          </w:p>
        </w:tc>
      </w:tr>
      <w:tr w:rsidR="0082520C" w14:paraId="7E43FF57" w14:textId="77777777" w:rsidTr="0014193E">
        <w:tc>
          <w:tcPr>
            <w:tcW w:w="2649" w:type="dxa"/>
          </w:tcPr>
          <w:p w14:paraId="210D287E" w14:textId="77777777" w:rsidR="0082520C" w:rsidRDefault="00000000">
            <w:r>
              <w:t>A — Listening / Comprehension</w:t>
            </w:r>
          </w:p>
        </w:tc>
        <w:tc>
          <w:tcPr>
            <w:tcW w:w="2649" w:type="dxa"/>
          </w:tcPr>
          <w:p w14:paraId="10D73574" w14:textId="77777777" w:rsidR="0082520C" w:rsidRDefault="00000000">
            <w:r>
              <w:t>1–2</w:t>
            </w:r>
          </w:p>
        </w:tc>
        <w:tc>
          <w:tcPr>
            <w:tcW w:w="2649" w:type="dxa"/>
          </w:tcPr>
          <w:p w14:paraId="2B2A6827" w14:textId="77777777" w:rsidR="0082520C" w:rsidRDefault="00000000">
            <w:r>
              <w:t>15</w:t>
            </w:r>
          </w:p>
        </w:tc>
        <w:tc>
          <w:tcPr>
            <w:tcW w:w="2649" w:type="dxa"/>
          </w:tcPr>
          <w:p w14:paraId="14EA5ED0" w14:textId="77777777" w:rsidR="0082520C" w:rsidRDefault="0082520C"/>
        </w:tc>
      </w:tr>
      <w:tr w:rsidR="0082520C" w14:paraId="3510BAC8" w14:textId="77777777" w:rsidTr="0014193E">
        <w:tc>
          <w:tcPr>
            <w:tcW w:w="2649" w:type="dxa"/>
          </w:tcPr>
          <w:p w14:paraId="11A7AC23" w14:textId="77777777" w:rsidR="0082520C" w:rsidRDefault="00000000">
            <w:r>
              <w:t>B — Reading Comprehension &amp; Vocabulary</w:t>
            </w:r>
          </w:p>
        </w:tc>
        <w:tc>
          <w:tcPr>
            <w:tcW w:w="2649" w:type="dxa"/>
          </w:tcPr>
          <w:p w14:paraId="6883742F" w14:textId="77777777" w:rsidR="0082520C" w:rsidRDefault="00000000">
            <w:r>
              <w:t>3–7</w:t>
            </w:r>
          </w:p>
        </w:tc>
        <w:tc>
          <w:tcPr>
            <w:tcW w:w="2649" w:type="dxa"/>
          </w:tcPr>
          <w:p w14:paraId="160D1521" w14:textId="77777777" w:rsidR="0082520C" w:rsidRDefault="00000000">
            <w:r>
              <w:t>25</w:t>
            </w:r>
          </w:p>
        </w:tc>
        <w:tc>
          <w:tcPr>
            <w:tcW w:w="2649" w:type="dxa"/>
          </w:tcPr>
          <w:p w14:paraId="0EF0559A" w14:textId="77777777" w:rsidR="0082520C" w:rsidRDefault="0082520C"/>
        </w:tc>
      </w:tr>
      <w:tr w:rsidR="0082520C" w14:paraId="68BD3911" w14:textId="77777777" w:rsidTr="0014193E">
        <w:tc>
          <w:tcPr>
            <w:tcW w:w="2649" w:type="dxa"/>
          </w:tcPr>
          <w:p w14:paraId="5DDA4938" w14:textId="77777777" w:rsidR="0082520C" w:rsidRDefault="00000000">
            <w:r>
              <w:t>C — Grammar &amp; Language Structures</w:t>
            </w:r>
          </w:p>
        </w:tc>
        <w:tc>
          <w:tcPr>
            <w:tcW w:w="2649" w:type="dxa"/>
          </w:tcPr>
          <w:p w14:paraId="1A37DCE3" w14:textId="77777777" w:rsidR="0082520C" w:rsidRDefault="00000000">
            <w:r>
              <w:t>8–13</w:t>
            </w:r>
          </w:p>
        </w:tc>
        <w:tc>
          <w:tcPr>
            <w:tcW w:w="2649" w:type="dxa"/>
          </w:tcPr>
          <w:p w14:paraId="6C21A763" w14:textId="77777777" w:rsidR="0082520C" w:rsidRDefault="00000000">
            <w:r>
              <w:t>30</w:t>
            </w:r>
          </w:p>
        </w:tc>
        <w:tc>
          <w:tcPr>
            <w:tcW w:w="2649" w:type="dxa"/>
          </w:tcPr>
          <w:p w14:paraId="621F6046" w14:textId="77777777" w:rsidR="0082520C" w:rsidRDefault="0082520C"/>
        </w:tc>
      </w:tr>
      <w:tr w:rsidR="0082520C" w14:paraId="289B11A4" w14:textId="77777777" w:rsidTr="0014193E">
        <w:tc>
          <w:tcPr>
            <w:tcW w:w="2649" w:type="dxa"/>
          </w:tcPr>
          <w:p w14:paraId="3E4320A3" w14:textId="77777777" w:rsidR="0082520C" w:rsidRDefault="00000000">
            <w:r>
              <w:t>D — Guided / Functional Writing</w:t>
            </w:r>
          </w:p>
        </w:tc>
        <w:tc>
          <w:tcPr>
            <w:tcW w:w="2649" w:type="dxa"/>
          </w:tcPr>
          <w:p w14:paraId="3047D06D" w14:textId="77777777" w:rsidR="0082520C" w:rsidRDefault="00000000">
            <w:r>
              <w:t>14–16</w:t>
            </w:r>
          </w:p>
        </w:tc>
        <w:tc>
          <w:tcPr>
            <w:tcW w:w="2649" w:type="dxa"/>
          </w:tcPr>
          <w:p w14:paraId="4E13BCD0" w14:textId="77777777" w:rsidR="0082520C" w:rsidRDefault="00000000">
            <w:r>
              <w:t>15</w:t>
            </w:r>
          </w:p>
        </w:tc>
        <w:tc>
          <w:tcPr>
            <w:tcW w:w="2649" w:type="dxa"/>
          </w:tcPr>
          <w:p w14:paraId="663F61E2" w14:textId="77777777" w:rsidR="0082520C" w:rsidRDefault="0082520C"/>
        </w:tc>
      </w:tr>
      <w:tr w:rsidR="0082520C" w14:paraId="3E7DCD49" w14:textId="77777777" w:rsidTr="0014193E">
        <w:tc>
          <w:tcPr>
            <w:tcW w:w="2649" w:type="dxa"/>
          </w:tcPr>
          <w:p w14:paraId="600081B0" w14:textId="77777777" w:rsidR="0082520C" w:rsidRDefault="00000000">
            <w:r>
              <w:t>E — Extended Writing</w:t>
            </w:r>
          </w:p>
        </w:tc>
        <w:tc>
          <w:tcPr>
            <w:tcW w:w="2649" w:type="dxa"/>
          </w:tcPr>
          <w:p w14:paraId="0E7C3739" w14:textId="77777777" w:rsidR="0082520C" w:rsidRDefault="00000000">
            <w:r>
              <w:t>17</w:t>
            </w:r>
          </w:p>
        </w:tc>
        <w:tc>
          <w:tcPr>
            <w:tcW w:w="2649" w:type="dxa"/>
          </w:tcPr>
          <w:p w14:paraId="4E5F49F7" w14:textId="77777777" w:rsidR="0082520C" w:rsidRDefault="00000000">
            <w:r>
              <w:t>15</w:t>
            </w:r>
          </w:p>
        </w:tc>
        <w:tc>
          <w:tcPr>
            <w:tcW w:w="2649" w:type="dxa"/>
          </w:tcPr>
          <w:p w14:paraId="38A574C7" w14:textId="77777777" w:rsidR="0082520C" w:rsidRDefault="0082520C"/>
        </w:tc>
      </w:tr>
    </w:tbl>
    <w:p w14:paraId="7B393EEF" w14:textId="77777777" w:rsidR="0082520C" w:rsidRDefault="00000000">
      <w:r>
        <w:rPr>
          <w:b/>
        </w:rPr>
        <w:t>TOTAL: 100 MARKS</w:t>
      </w:r>
    </w:p>
    <w:p w14:paraId="5E3059B9" w14:textId="77777777" w:rsidR="0082520C" w:rsidRDefault="00000000">
      <w:r>
        <w:br w:type="page"/>
      </w:r>
    </w:p>
    <w:p w14:paraId="7FEEF4A1" w14:textId="77777777" w:rsidR="0082520C" w:rsidRDefault="00000000">
      <w:pPr>
        <w:spacing w:before="80" w:after="40"/>
      </w:pPr>
      <w:r>
        <w:rPr>
          <w:b/>
          <w:sz w:val="24"/>
        </w:rPr>
        <w:lastRenderedPageBreak/>
        <w:t>SECTION A — LISTENING / COMPREHENSION (15 MARKS)</w:t>
      </w:r>
    </w:p>
    <w:p w14:paraId="0D2BD04F" w14:textId="77777777" w:rsidR="0082520C" w:rsidRDefault="00000000">
      <w:pPr>
        <w:spacing w:after="40"/>
      </w:pPr>
      <w:r>
        <w:t>The teacher reads the following passage twice. Candidates should listen carefully before answering the questions.</w:t>
      </w:r>
    </w:p>
    <w:p w14:paraId="64E31813" w14:textId="77777777" w:rsidR="0082520C" w:rsidRDefault="00000000">
      <w:pPr>
        <w:spacing w:after="40"/>
      </w:pPr>
      <w:r>
        <w:t xml:space="preserve">« Bonjour ! Je m'appelle Amina. J'habite à Ruiru avec mes parents et mon frère. Ma maison est près d'une école et d'un petit marché. Chaque matin, je vais à l'école à pied parce que l'école n'est pas loin. Le lundi, j'ai français, mathématiques et histoire. J'aime le français parce que j'apprends à communiquer avec mes amis. Après les cours, je rentre à la maison en bus quand il pleut. </w:t>
      </w:r>
      <w:r w:rsidRPr="0014193E">
        <w:rPr>
          <w:lang w:val="de-DE"/>
        </w:rPr>
        <w:t xml:space="preserve">Le samedi, ma famille va au marché. Nous achetons des légumes, des fruits, du pain et du lait. </w:t>
      </w:r>
      <w:r>
        <w:t>Nous faisons attention aux prix et nous choisissons des aliments sains. Pendant les vacances, j'aimerais voyager en train pour visiter une autre ville. »</w:t>
      </w:r>
    </w:p>
    <w:p w14:paraId="771F85A3" w14:textId="77777777" w:rsidR="0082520C" w:rsidRDefault="00000000">
      <w:pPr>
        <w:spacing w:before="40" w:after="20"/>
      </w:pPr>
      <w:r>
        <w:rPr>
          <w:b/>
        </w:rPr>
        <w:t xml:space="preserve">1. </w:t>
      </w:r>
      <w:r>
        <w:t xml:space="preserve">Answer the following questions in French. </w:t>
      </w:r>
      <w:r>
        <w:rPr>
          <w:b/>
        </w:rPr>
        <w:t>(8 marks)</w:t>
      </w:r>
    </w:p>
    <w:p w14:paraId="0F56BE45" w14:textId="77777777" w:rsidR="0082520C" w:rsidRDefault="00000000">
      <w:pPr>
        <w:spacing w:after="20"/>
        <w:ind w:left="170"/>
      </w:pPr>
      <w:r>
        <w:rPr>
          <w:b/>
        </w:rPr>
        <w:t xml:space="preserve">a </w:t>
      </w:r>
      <w:r>
        <w:t>Où habite Amina ?</w:t>
      </w:r>
      <w:r>
        <w:rPr>
          <w:b/>
        </w:rPr>
        <w:t xml:space="preserve"> (1 marks)</w:t>
      </w:r>
    </w:p>
    <w:p w14:paraId="0DCE20E1" w14:textId="77777777" w:rsidR="0082520C" w:rsidRDefault="00000000">
      <w:pPr>
        <w:spacing w:after="0"/>
      </w:pPr>
      <w:r>
        <w:rPr>
          <w:sz w:val="16"/>
        </w:rPr>
        <w:t>________________________________________________________________________________________________</w:t>
      </w:r>
    </w:p>
    <w:p w14:paraId="37D019FA" w14:textId="77777777" w:rsidR="0082520C" w:rsidRDefault="00000000">
      <w:pPr>
        <w:spacing w:after="20"/>
        <w:ind w:left="170"/>
      </w:pPr>
      <w:r>
        <w:rPr>
          <w:b/>
        </w:rPr>
        <w:t xml:space="preserve">b </w:t>
      </w:r>
      <w:r>
        <w:t>Avec qui habite-t-elle ?</w:t>
      </w:r>
      <w:r>
        <w:rPr>
          <w:b/>
        </w:rPr>
        <w:t xml:space="preserve"> (1 marks)</w:t>
      </w:r>
    </w:p>
    <w:p w14:paraId="4581552D" w14:textId="77777777" w:rsidR="0082520C" w:rsidRDefault="00000000">
      <w:pPr>
        <w:spacing w:after="0"/>
      </w:pPr>
      <w:r>
        <w:rPr>
          <w:sz w:val="16"/>
        </w:rPr>
        <w:t>________________________________________________________________________________________________</w:t>
      </w:r>
    </w:p>
    <w:p w14:paraId="0DAD7285" w14:textId="77777777" w:rsidR="0082520C" w:rsidRDefault="00000000">
      <w:pPr>
        <w:spacing w:after="20"/>
        <w:ind w:left="170"/>
      </w:pPr>
      <w:r>
        <w:rPr>
          <w:b/>
        </w:rPr>
        <w:t xml:space="preserve">c </w:t>
      </w:r>
      <w:r>
        <w:t>Comment va-t-elle à l'école chaque matin ?</w:t>
      </w:r>
      <w:r>
        <w:rPr>
          <w:b/>
        </w:rPr>
        <w:t xml:space="preserve"> (1 marks)</w:t>
      </w:r>
    </w:p>
    <w:p w14:paraId="520F239E" w14:textId="77777777" w:rsidR="0082520C" w:rsidRDefault="00000000">
      <w:pPr>
        <w:spacing w:after="0"/>
      </w:pPr>
      <w:r>
        <w:rPr>
          <w:sz w:val="16"/>
        </w:rPr>
        <w:t>________________________________________________________________________________________________</w:t>
      </w:r>
    </w:p>
    <w:p w14:paraId="29D6534B" w14:textId="77777777" w:rsidR="0082520C" w:rsidRDefault="00000000">
      <w:pPr>
        <w:spacing w:after="20"/>
        <w:ind w:left="170"/>
      </w:pPr>
      <w:r>
        <w:rPr>
          <w:b/>
        </w:rPr>
        <w:t xml:space="preserve">d </w:t>
      </w:r>
      <w:r>
        <w:t>Pourquoi aime-t-elle le français ?</w:t>
      </w:r>
      <w:r>
        <w:rPr>
          <w:b/>
        </w:rPr>
        <w:t xml:space="preserve"> (1 marks)</w:t>
      </w:r>
    </w:p>
    <w:p w14:paraId="1E46377E" w14:textId="77777777" w:rsidR="0082520C" w:rsidRDefault="00000000">
      <w:pPr>
        <w:spacing w:after="0"/>
      </w:pPr>
      <w:r>
        <w:rPr>
          <w:sz w:val="16"/>
        </w:rPr>
        <w:t>________________________________________________________________________________________________</w:t>
      </w:r>
    </w:p>
    <w:p w14:paraId="06CBAF0C" w14:textId="77777777" w:rsidR="0082520C" w:rsidRDefault="00000000">
      <w:pPr>
        <w:spacing w:after="20"/>
        <w:ind w:left="170"/>
      </w:pPr>
      <w:r>
        <w:rPr>
          <w:b/>
        </w:rPr>
        <w:t xml:space="preserve">e </w:t>
      </w:r>
      <w:r>
        <w:t>Comment rentre-t-elle à la maison quand il pleut ?</w:t>
      </w:r>
      <w:r>
        <w:rPr>
          <w:b/>
        </w:rPr>
        <w:t xml:space="preserve"> (1 marks)</w:t>
      </w:r>
    </w:p>
    <w:p w14:paraId="4F0723C5" w14:textId="77777777" w:rsidR="0082520C" w:rsidRDefault="00000000">
      <w:pPr>
        <w:spacing w:after="0"/>
      </w:pPr>
      <w:r>
        <w:rPr>
          <w:sz w:val="16"/>
        </w:rPr>
        <w:t>________________________________________________________________________________________________</w:t>
      </w:r>
    </w:p>
    <w:p w14:paraId="5FF4102F" w14:textId="77777777" w:rsidR="0082520C" w:rsidRDefault="00000000">
      <w:pPr>
        <w:spacing w:after="20"/>
        <w:ind w:left="170"/>
      </w:pPr>
      <w:r>
        <w:rPr>
          <w:b/>
        </w:rPr>
        <w:t xml:space="preserve">f </w:t>
      </w:r>
      <w:r>
        <w:t>Cite deux produits que sa famille achète au marché.</w:t>
      </w:r>
      <w:r>
        <w:rPr>
          <w:b/>
        </w:rPr>
        <w:t xml:space="preserve"> (2 marks)</w:t>
      </w:r>
    </w:p>
    <w:p w14:paraId="311DD030" w14:textId="77777777" w:rsidR="0082520C" w:rsidRDefault="00000000">
      <w:pPr>
        <w:spacing w:after="0"/>
      </w:pPr>
      <w:r>
        <w:rPr>
          <w:sz w:val="16"/>
        </w:rPr>
        <w:t>________________________________________________________________________________________________</w:t>
      </w:r>
      <w:r>
        <w:rPr>
          <w:sz w:val="16"/>
        </w:rPr>
        <w:br/>
        <w:t>________________________________________________________________________________________________</w:t>
      </w:r>
    </w:p>
    <w:p w14:paraId="5FC8979A" w14:textId="77777777" w:rsidR="0082520C" w:rsidRDefault="00000000">
      <w:pPr>
        <w:spacing w:after="20"/>
        <w:ind w:left="170"/>
      </w:pPr>
      <w:r>
        <w:rPr>
          <w:b/>
        </w:rPr>
        <w:t xml:space="preserve">g </w:t>
      </w:r>
      <w:r>
        <w:t>Quel moyen de transport aimerait-elle utiliser pendant les vacances ?</w:t>
      </w:r>
      <w:r>
        <w:rPr>
          <w:b/>
        </w:rPr>
        <w:t xml:space="preserve"> (1 marks)</w:t>
      </w:r>
    </w:p>
    <w:p w14:paraId="2D6CEACE" w14:textId="77777777" w:rsidR="0082520C" w:rsidRDefault="00000000">
      <w:pPr>
        <w:spacing w:after="0"/>
      </w:pPr>
      <w:r>
        <w:rPr>
          <w:sz w:val="16"/>
        </w:rPr>
        <w:t>________________________________________________________________________________________________</w:t>
      </w:r>
    </w:p>
    <w:p w14:paraId="46789DFA" w14:textId="77777777" w:rsidR="0082520C" w:rsidRDefault="00000000">
      <w:pPr>
        <w:spacing w:before="40" w:after="20"/>
      </w:pPr>
      <w:r>
        <w:rPr>
          <w:b/>
        </w:rPr>
        <w:t xml:space="preserve">2. </w:t>
      </w:r>
      <w:r>
        <w:t xml:space="preserve">State two healthy choices mentioned in the passage. </w:t>
      </w:r>
      <w:r>
        <w:rPr>
          <w:b/>
        </w:rPr>
        <w:t>(2 marks)</w:t>
      </w:r>
    </w:p>
    <w:p w14:paraId="1C51620E" w14:textId="77777777" w:rsidR="0082520C" w:rsidRDefault="00000000">
      <w:pPr>
        <w:spacing w:after="0"/>
      </w:pPr>
      <w:r>
        <w:rPr>
          <w:sz w:val="16"/>
        </w:rPr>
        <w:t>________________________________________________________________________________________________</w:t>
      </w:r>
      <w:r>
        <w:rPr>
          <w:sz w:val="16"/>
        </w:rPr>
        <w:br/>
        <w:t>________________________________________________________________________________________________</w:t>
      </w:r>
    </w:p>
    <w:p w14:paraId="792B6B94" w14:textId="77777777" w:rsidR="0082520C" w:rsidRDefault="00000000">
      <w:pPr>
        <w:spacing w:before="80" w:after="40"/>
      </w:pPr>
      <w:r>
        <w:rPr>
          <w:b/>
          <w:sz w:val="24"/>
        </w:rPr>
        <w:t>SECTION B — READING COMPREHENSION &amp; VOCABULARY (25 MARKS)</w:t>
      </w:r>
    </w:p>
    <w:p w14:paraId="11CB0B53" w14:textId="77777777" w:rsidR="0082520C" w:rsidRDefault="00000000">
      <w:pPr>
        <w:spacing w:after="40"/>
      </w:pPr>
      <w:r>
        <w:t>Read the passage and answer the questions that follow.</w:t>
      </w:r>
    </w:p>
    <w:p w14:paraId="357E1AB0" w14:textId="77777777" w:rsidR="0082520C" w:rsidRPr="0014193E" w:rsidRDefault="00000000">
      <w:pPr>
        <w:spacing w:after="40"/>
        <w:rPr>
          <w:lang w:val="de-DE"/>
        </w:rPr>
      </w:pPr>
      <w:r>
        <w:t xml:space="preserve">« Le samedi dernier, Karim est allé au centre commercial avec sa sœur. Ils voulaient acheter quelques vêtements pour la rentrée scolaire. D'abord, ils ont regardé les chemises et les pantalons. Karim a choisi une chemise bleue parce qu'elle était jolie et bon marché. Sa sœur a préféré une robe rouge. Ensuite, ils sont allés dans une librairie pour acheter des cahiers et des stylos. Avant de payer, ils ont comparé les prix de plusieurs magasins. La vendeuse leur a donné un bon conseil : acheter seulement ce dont ils ont besoin et éviter les dépenses inutiles. </w:t>
      </w:r>
      <w:r w:rsidRPr="0014193E">
        <w:rPr>
          <w:lang w:val="de-DE"/>
        </w:rPr>
        <w:t>Après les achats, ils sont rentrés chez eux en matatu. »</w:t>
      </w:r>
    </w:p>
    <w:p w14:paraId="41D299DE" w14:textId="77777777" w:rsidR="0082520C" w:rsidRDefault="00000000">
      <w:pPr>
        <w:spacing w:before="40" w:after="20"/>
      </w:pPr>
      <w:r>
        <w:rPr>
          <w:b/>
        </w:rPr>
        <w:t xml:space="preserve">3. </w:t>
      </w:r>
      <w:r>
        <w:t xml:space="preserve">Answer the following questions in French. </w:t>
      </w:r>
      <w:r>
        <w:rPr>
          <w:b/>
        </w:rPr>
        <w:t>(8 marks)</w:t>
      </w:r>
    </w:p>
    <w:p w14:paraId="4765C1E0" w14:textId="77777777" w:rsidR="0082520C" w:rsidRDefault="00000000">
      <w:pPr>
        <w:spacing w:after="20"/>
        <w:ind w:left="170"/>
      </w:pPr>
      <w:r>
        <w:rPr>
          <w:b/>
        </w:rPr>
        <w:t xml:space="preserve">a </w:t>
      </w:r>
      <w:r>
        <w:t>Quand Karim est-il allé au centre commercial ?</w:t>
      </w:r>
      <w:r>
        <w:rPr>
          <w:b/>
        </w:rPr>
        <w:t xml:space="preserve"> (1 marks)</w:t>
      </w:r>
    </w:p>
    <w:p w14:paraId="25CB7B41" w14:textId="77777777" w:rsidR="0082520C" w:rsidRDefault="00000000">
      <w:pPr>
        <w:spacing w:after="0"/>
      </w:pPr>
      <w:r>
        <w:rPr>
          <w:sz w:val="16"/>
        </w:rPr>
        <w:t>________________________________________________________________________________________________</w:t>
      </w:r>
    </w:p>
    <w:p w14:paraId="0A442E07" w14:textId="77777777" w:rsidR="0082520C" w:rsidRDefault="00000000">
      <w:pPr>
        <w:spacing w:after="20"/>
        <w:ind w:left="170"/>
      </w:pPr>
      <w:r>
        <w:rPr>
          <w:b/>
        </w:rPr>
        <w:t xml:space="preserve">b </w:t>
      </w:r>
      <w:r>
        <w:t>Avec qui est-il allé ?</w:t>
      </w:r>
      <w:r>
        <w:rPr>
          <w:b/>
        </w:rPr>
        <w:t xml:space="preserve"> (1 marks)</w:t>
      </w:r>
    </w:p>
    <w:p w14:paraId="74A68BF8" w14:textId="77777777" w:rsidR="0082520C" w:rsidRDefault="00000000">
      <w:pPr>
        <w:spacing w:after="0"/>
      </w:pPr>
      <w:r>
        <w:rPr>
          <w:sz w:val="16"/>
        </w:rPr>
        <w:t>________________________________________________________________________________________________</w:t>
      </w:r>
    </w:p>
    <w:p w14:paraId="3454A999" w14:textId="77777777" w:rsidR="0082520C" w:rsidRDefault="00000000">
      <w:pPr>
        <w:spacing w:after="20"/>
        <w:ind w:left="170"/>
      </w:pPr>
      <w:r>
        <w:rPr>
          <w:b/>
        </w:rPr>
        <w:t xml:space="preserve">c </w:t>
      </w:r>
      <w:r>
        <w:t>Pourquoi a-t-il choisi la chemise bleue ?</w:t>
      </w:r>
      <w:r>
        <w:rPr>
          <w:b/>
        </w:rPr>
        <w:t xml:space="preserve"> (2 marks)</w:t>
      </w:r>
    </w:p>
    <w:p w14:paraId="2EFB19D7" w14:textId="77777777" w:rsidR="0082520C" w:rsidRDefault="00000000">
      <w:pPr>
        <w:spacing w:after="0"/>
      </w:pPr>
      <w:r>
        <w:rPr>
          <w:sz w:val="16"/>
        </w:rPr>
        <w:t>________________________________________________________________________________________________</w:t>
      </w:r>
      <w:r>
        <w:rPr>
          <w:sz w:val="16"/>
        </w:rPr>
        <w:br/>
        <w:t>________________________________________________________________________________________________</w:t>
      </w:r>
    </w:p>
    <w:p w14:paraId="721B1CFA" w14:textId="77777777" w:rsidR="0082520C" w:rsidRDefault="00000000">
      <w:pPr>
        <w:spacing w:after="20"/>
        <w:ind w:left="170"/>
      </w:pPr>
      <w:r>
        <w:rPr>
          <w:b/>
        </w:rPr>
        <w:t xml:space="preserve">d </w:t>
      </w:r>
      <w:r>
        <w:t>Qu'est-ce que sa sœur a préféré ?</w:t>
      </w:r>
      <w:r>
        <w:rPr>
          <w:b/>
        </w:rPr>
        <w:t xml:space="preserve"> (1 marks)</w:t>
      </w:r>
    </w:p>
    <w:p w14:paraId="153394CA" w14:textId="77777777" w:rsidR="0082520C" w:rsidRDefault="00000000">
      <w:pPr>
        <w:spacing w:after="0"/>
      </w:pPr>
      <w:r>
        <w:rPr>
          <w:sz w:val="16"/>
        </w:rPr>
        <w:t>________________________________________________________________________________________________</w:t>
      </w:r>
    </w:p>
    <w:p w14:paraId="76DFC77F" w14:textId="77777777" w:rsidR="0082520C" w:rsidRDefault="00000000">
      <w:pPr>
        <w:spacing w:after="20"/>
        <w:ind w:left="170"/>
      </w:pPr>
      <w:r>
        <w:rPr>
          <w:b/>
        </w:rPr>
        <w:t xml:space="preserve">e </w:t>
      </w:r>
      <w:r>
        <w:t>Pourquoi ont-ils comparé les prix ?</w:t>
      </w:r>
      <w:r>
        <w:rPr>
          <w:b/>
        </w:rPr>
        <w:t xml:space="preserve"> (2 marks)</w:t>
      </w:r>
    </w:p>
    <w:p w14:paraId="01F5433C" w14:textId="77777777" w:rsidR="0082520C" w:rsidRDefault="00000000">
      <w:pPr>
        <w:spacing w:after="0"/>
      </w:pPr>
      <w:r>
        <w:rPr>
          <w:sz w:val="16"/>
        </w:rPr>
        <w:t>________________________________________________________________________________________________</w:t>
      </w:r>
      <w:r>
        <w:rPr>
          <w:sz w:val="16"/>
        </w:rPr>
        <w:br/>
        <w:t>________________________________________________________________________________________________</w:t>
      </w:r>
    </w:p>
    <w:p w14:paraId="3920FE15" w14:textId="77777777" w:rsidR="0082520C" w:rsidRDefault="00000000">
      <w:pPr>
        <w:spacing w:after="20"/>
        <w:ind w:left="170"/>
      </w:pPr>
      <w:r>
        <w:rPr>
          <w:b/>
        </w:rPr>
        <w:t xml:space="preserve">f </w:t>
      </w:r>
      <w:r>
        <w:t>Quel conseil la vendeuse leur a-t-elle donné ?</w:t>
      </w:r>
      <w:r>
        <w:rPr>
          <w:b/>
        </w:rPr>
        <w:t xml:space="preserve"> (1 marks)</w:t>
      </w:r>
    </w:p>
    <w:p w14:paraId="41C048B1" w14:textId="77777777" w:rsidR="0082520C" w:rsidRDefault="00000000">
      <w:pPr>
        <w:spacing w:after="0"/>
      </w:pPr>
      <w:r>
        <w:rPr>
          <w:sz w:val="16"/>
        </w:rPr>
        <w:t>________________________________________________________________________________________________</w:t>
      </w:r>
    </w:p>
    <w:p w14:paraId="08B18FB6" w14:textId="77777777" w:rsidR="0082520C" w:rsidRDefault="00000000">
      <w:pPr>
        <w:spacing w:before="40" w:after="20"/>
      </w:pPr>
      <w:r>
        <w:rPr>
          <w:b/>
        </w:rPr>
        <w:t xml:space="preserve">4. </w:t>
      </w:r>
      <w:r>
        <w:t xml:space="preserve">Find in the passage words or expressions meaning the following. </w:t>
      </w:r>
      <w:r>
        <w:rPr>
          <w:b/>
        </w:rPr>
        <w:t>(5 marks)</w:t>
      </w:r>
    </w:p>
    <w:p w14:paraId="1EE2F1B1" w14:textId="77777777" w:rsidR="0082520C" w:rsidRDefault="00000000">
      <w:pPr>
        <w:spacing w:after="20"/>
        <w:ind w:left="170"/>
      </w:pPr>
      <w:r>
        <w:rPr>
          <w:b/>
        </w:rPr>
        <w:t xml:space="preserve">a </w:t>
      </w:r>
      <w:r>
        <w:t>clothes</w:t>
      </w:r>
      <w:r>
        <w:rPr>
          <w:b/>
        </w:rPr>
        <w:t xml:space="preserve"> (1 marks)</w:t>
      </w:r>
    </w:p>
    <w:p w14:paraId="035ECC1A" w14:textId="77777777" w:rsidR="0082520C" w:rsidRDefault="00000000">
      <w:pPr>
        <w:spacing w:after="0"/>
      </w:pPr>
      <w:r>
        <w:rPr>
          <w:sz w:val="16"/>
        </w:rPr>
        <w:t>________________________________________________________________________________________________</w:t>
      </w:r>
    </w:p>
    <w:p w14:paraId="66C8A8C8" w14:textId="77777777" w:rsidR="0082520C" w:rsidRDefault="00000000">
      <w:pPr>
        <w:spacing w:after="20"/>
        <w:ind w:left="170"/>
      </w:pPr>
      <w:r>
        <w:rPr>
          <w:b/>
        </w:rPr>
        <w:lastRenderedPageBreak/>
        <w:t xml:space="preserve">b </w:t>
      </w:r>
      <w:r>
        <w:t>cheap / inexpensive</w:t>
      </w:r>
      <w:r>
        <w:rPr>
          <w:b/>
        </w:rPr>
        <w:t xml:space="preserve"> (1 marks)</w:t>
      </w:r>
    </w:p>
    <w:p w14:paraId="3AFFE85C" w14:textId="77777777" w:rsidR="0082520C" w:rsidRDefault="00000000">
      <w:pPr>
        <w:spacing w:after="0"/>
      </w:pPr>
      <w:r>
        <w:rPr>
          <w:sz w:val="16"/>
        </w:rPr>
        <w:t>________________________________________________________________________________________________</w:t>
      </w:r>
    </w:p>
    <w:p w14:paraId="0681D3E3" w14:textId="77777777" w:rsidR="0082520C" w:rsidRDefault="00000000">
      <w:pPr>
        <w:spacing w:after="20"/>
        <w:ind w:left="170"/>
      </w:pPr>
      <w:r>
        <w:rPr>
          <w:b/>
        </w:rPr>
        <w:t xml:space="preserve">c </w:t>
      </w:r>
      <w:r>
        <w:t>shop assistant / saleswoman</w:t>
      </w:r>
      <w:r>
        <w:rPr>
          <w:b/>
        </w:rPr>
        <w:t xml:space="preserve"> (1 marks)</w:t>
      </w:r>
    </w:p>
    <w:p w14:paraId="3DAA635D" w14:textId="77777777" w:rsidR="0082520C" w:rsidRDefault="00000000">
      <w:pPr>
        <w:spacing w:after="0"/>
      </w:pPr>
      <w:r>
        <w:rPr>
          <w:sz w:val="16"/>
        </w:rPr>
        <w:t>________________________________________________________________________________________________</w:t>
      </w:r>
    </w:p>
    <w:p w14:paraId="4CB2AD98" w14:textId="77777777" w:rsidR="0082520C" w:rsidRDefault="00000000">
      <w:pPr>
        <w:spacing w:after="20"/>
        <w:ind w:left="170"/>
      </w:pPr>
      <w:r>
        <w:rPr>
          <w:b/>
        </w:rPr>
        <w:t xml:space="preserve">d </w:t>
      </w:r>
      <w:r>
        <w:t>not necessary / unnecessary</w:t>
      </w:r>
      <w:r>
        <w:rPr>
          <w:b/>
        </w:rPr>
        <w:t xml:space="preserve"> (1 marks)</w:t>
      </w:r>
    </w:p>
    <w:p w14:paraId="7DBA6CA4" w14:textId="77777777" w:rsidR="0082520C" w:rsidRDefault="00000000">
      <w:pPr>
        <w:spacing w:after="0"/>
      </w:pPr>
      <w:r>
        <w:rPr>
          <w:sz w:val="16"/>
        </w:rPr>
        <w:t>________________________________________________________________________________________________</w:t>
      </w:r>
    </w:p>
    <w:p w14:paraId="73E6DA44" w14:textId="77777777" w:rsidR="0082520C" w:rsidRDefault="00000000">
      <w:pPr>
        <w:spacing w:after="20"/>
        <w:ind w:left="170"/>
      </w:pPr>
      <w:r>
        <w:rPr>
          <w:b/>
        </w:rPr>
        <w:t xml:space="preserve">e </w:t>
      </w:r>
      <w:r>
        <w:t>they returned home</w:t>
      </w:r>
      <w:r>
        <w:rPr>
          <w:b/>
        </w:rPr>
        <w:t xml:space="preserve"> (1 marks)</w:t>
      </w:r>
    </w:p>
    <w:p w14:paraId="7A506B4B" w14:textId="77777777" w:rsidR="0082520C" w:rsidRDefault="00000000">
      <w:pPr>
        <w:spacing w:after="0"/>
      </w:pPr>
      <w:r>
        <w:rPr>
          <w:sz w:val="16"/>
        </w:rPr>
        <w:t>________________________________________________________________________________________________</w:t>
      </w:r>
    </w:p>
    <w:p w14:paraId="7A31218A" w14:textId="77777777" w:rsidR="0082520C" w:rsidRDefault="00000000">
      <w:pPr>
        <w:spacing w:before="40" w:after="20"/>
      </w:pPr>
      <w:r>
        <w:rPr>
          <w:b/>
        </w:rPr>
        <w:t xml:space="preserve">5. </w:t>
      </w:r>
      <w:r>
        <w:t xml:space="preserve">Give the French words for the following. </w:t>
      </w:r>
      <w:r>
        <w:rPr>
          <w:b/>
        </w:rPr>
        <w:t>(4 marks)</w:t>
      </w:r>
    </w:p>
    <w:p w14:paraId="49E0B0BB" w14:textId="77777777" w:rsidR="0082520C" w:rsidRDefault="00000000">
      <w:pPr>
        <w:spacing w:after="20"/>
        <w:ind w:left="170"/>
      </w:pPr>
      <w:r>
        <w:rPr>
          <w:b/>
        </w:rPr>
        <w:t xml:space="preserve">a </w:t>
      </w:r>
      <w:r>
        <w:t>school</w:t>
      </w:r>
      <w:r>
        <w:rPr>
          <w:b/>
        </w:rPr>
        <w:t xml:space="preserve"> (1 marks)</w:t>
      </w:r>
    </w:p>
    <w:p w14:paraId="4BE8CAAD" w14:textId="77777777" w:rsidR="0082520C" w:rsidRDefault="00000000">
      <w:pPr>
        <w:spacing w:after="0"/>
      </w:pPr>
      <w:r>
        <w:rPr>
          <w:sz w:val="16"/>
        </w:rPr>
        <w:t>________________________________________________________________________________________________</w:t>
      </w:r>
    </w:p>
    <w:p w14:paraId="3CB43965" w14:textId="77777777" w:rsidR="0082520C" w:rsidRDefault="00000000">
      <w:pPr>
        <w:spacing w:after="20"/>
        <w:ind w:left="170"/>
      </w:pPr>
      <w:r>
        <w:rPr>
          <w:b/>
        </w:rPr>
        <w:t xml:space="preserve">b </w:t>
      </w:r>
      <w:r>
        <w:t>vegetables</w:t>
      </w:r>
      <w:r>
        <w:rPr>
          <w:b/>
        </w:rPr>
        <w:t xml:space="preserve"> (1 marks)</w:t>
      </w:r>
    </w:p>
    <w:p w14:paraId="690ABCC4" w14:textId="77777777" w:rsidR="0082520C" w:rsidRDefault="00000000">
      <w:pPr>
        <w:spacing w:after="0"/>
      </w:pPr>
      <w:r>
        <w:rPr>
          <w:sz w:val="16"/>
        </w:rPr>
        <w:t>________________________________________________________________________________________________</w:t>
      </w:r>
    </w:p>
    <w:p w14:paraId="5BF8ACAE" w14:textId="77777777" w:rsidR="0082520C" w:rsidRDefault="00000000">
      <w:pPr>
        <w:spacing w:after="20"/>
        <w:ind w:left="170"/>
      </w:pPr>
      <w:r>
        <w:rPr>
          <w:b/>
        </w:rPr>
        <w:t xml:space="preserve">c </w:t>
      </w:r>
      <w:r>
        <w:t>train</w:t>
      </w:r>
      <w:r>
        <w:rPr>
          <w:b/>
        </w:rPr>
        <w:t xml:space="preserve"> (1 marks)</w:t>
      </w:r>
    </w:p>
    <w:p w14:paraId="6E056441" w14:textId="77777777" w:rsidR="0082520C" w:rsidRDefault="00000000">
      <w:pPr>
        <w:spacing w:after="0"/>
      </w:pPr>
      <w:r>
        <w:rPr>
          <w:sz w:val="16"/>
        </w:rPr>
        <w:t>________________________________________________________________________________________________</w:t>
      </w:r>
    </w:p>
    <w:p w14:paraId="5FE3F1AB" w14:textId="77777777" w:rsidR="0082520C" w:rsidRDefault="00000000">
      <w:pPr>
        <w:spacing w:after="20"/>
        <w:ind w:left="170"/>
      </w:pPr>
      <w:r>
        <w:rPr>
          <w:b/>
        </w:rPr>
        <w:t xml:space="preserve">d </w:t>
      </w:r>
      <w:r>
        <w:t>weather</w:t>
      </w:r>
      <w:r>
        <w:rPr>
          <w:b/>
        </w:rPr>
        <w:t xml:space="preserve"> (1 marks)</w:t>
      </w:r>
    </w:p>
    <w:p w14:paraId="46BB283A" w14:textId="77777777" w:rsidR="0082520C" w:rsidRDefault="00000000">
      <w:pPr>
        <w:spacing w:after="0"/>
      </w:pPr>
      <w:r>
        <w:rPr>
          <w:sz w:val="16"/>
        </w:rPr>
        <w:t>________________________________________________________________________________________________</w:t>
      </w:r>
    </w:p>
    <w:p w14:paraId="1503239F" w14:textId="77777777" w:rsidR="0082520C" w:rsidRDefault="00000000">
      <w:pPr>
        <w:spacing w:before="40" w:after="20"/>
      </w:pPr>
      <w:r>
        <w:rPr>
          <w:b/>
        </w:rPr>
        <w:t xml:space="preserve">6. </w:t>
      </w:r>
      <w:r>
        <w:t xml:space="preserve">Match each expression in Column A with its appropriate meaning in Column B. </w:t>
      </w:r>
      <w:r>
        <w:rPr>
          <w:b/>
        </w:rPr>
        <w:t>(4 marks)</w:t>
      </w:r>
    </w:p>
    <w:tbl>
      <w:tblPr>
        <w:tblW w:w="0" w:type="auto"/>
        <w:jc w:val="center"/>
        <w:tblLook w:val="04A0" w:firstRow="1" w:lastRow="0" w:firstColumn="1" w:lastColumn="0" w:noHBand="0" w:noVBand="1"/>
      </w:tblPr>
      <w:tblGrid>
        <w:gridCol w:w="5298"/>
        <w:gridCol w:w="5298"/>
      </w:tblGrid>
      <w:tr w:rsidR="0082520C" w14:paraId="07877F5F" w14:textId="77777777">
        <w:trPr>
          <w:jc w:val="center"/>
        </w:trPr>
        <w:tc>
          <w:tcPr>
            <w:tcW w:w="5298" w:type="dxa"/>
          </w:tcPr>
          <w:p w14:paraId="347A497A" w14:textId="77777777" w:rsidR="0082520C" w:rsidRDefault="00000000">
            <w:r>
              <w:t>Column A</w:t>
            </w:r>
          </w:p>
        </w:tc>
        <w:tc>
          <w:tcPr>
            <w:tcW w:w="5298" w:type="dxa"/>
          </w:tcPr>
          <w:p w14:paraId="5261A86F" w14:textId="77777777" w:rsidR="0082520C" w:rsidRDefault="00000000">
            <w:r>
              <w:t>Column B</w:t>
            </w:r>
          </w:p>
        </w:tc>
      </w:tr>
      <w:tr w:rsidR="0082520C" w14:paraId="6E9D9384" w14:textId="77777777">
        <w:trPr>
          <w:jc w:val="center"/>
        </w:trPr>
        <w:tc>
          <w:tcPr>
            <w:tcW w:w="5298" w:type="dxa"/>
          </w:tcPr>
          <w:p w14:paraId="742E1934" w14:textId="77777777" w:rsidR="0082520C" w:rsidRDefault="00000000">
            <w:r>
              <w:t>1. Il fait beau.</w:t>
            </w:r>
          </w:p>
        </w:tc>
        <w:tc>
          <w:tcPr>
            <w:tcW w:w="5298" w:type="dxa"/>
          </w:tcPr>
          <w:p w14:paraId="2789DADA" w14:textId="77777777" w:rsidR="0082520C" w:rsidRDefault="00000000">
            <w:r>
              <w:t>A. I am hungry.</w:t>
            </w:r>
          </w:p>
        </w:tc>
      </w:tr>
      <w:tr w:rsidR="0082520C" w14:paraId="635F56AA" w14:textId="77777777">
        <w:trPr>
          <w:jc w:val="center"/>
        </w:trPr>
        <w:tc>
          <w:tcPr>
            <w:tcW w:w="5298" w:type="dxa"/>
          </w:tcPr>
          <w:p w14:paraId="2E31233E" w14:textId="77777777" w:rsidR="0082520C" w:rsidRDefault="00000000">
            <w:r>
              <w:t>2. Je voudrais acheter.</w:t>
            </w:r>
          </w:p>
        </w:tc>
        <w:tc>
          <w:tcPr>
            <w:tcW w:w="5298" w:type="dxa"/>
          </w:tcPr>
          <w:p w14:paraId="2E21D7C4" w14:textId="77777777" w:rsidR="0082520C" w:rsidRDefault="00000000">
            <w:r>
              <w:t>B. The weather is fine.</w:t>
            </w:r>
          </w:p>
        </w:tc>
      </w:tr>
      <w:tr w:rsidR="0082520C" w14:paraId="7D326EE9" w14:textId="77777777">
        <w:trPr>
          <w:jc w:val="center"/>
        </w:trPr>
        <w:tc>
          <w:tcPr>
            <w:tcW w:w="5298" w:type="dxa"/>
          </w:tcPr>
          <w:p w14:paraId="5B8C9724" w14:textId="77777777" w:rsidR="0082520C" w:rsidRDefault="00000000">
            <w:r>
              <w:t>3. J'ai faim.</w:t>
            </w:r>
          </w:p>
        </w:tc>
        <w:tc>
          <w:tcPr>
            <w:tcW w:w="5298" w:type="dxa"/>
          </w:tcPr>
          <w:p w14:paraId="3B8F22AF" w14:textId="77777777" w:rsidR="0082520C" w:rsidRDefault="00000000">
            <w:r>
              <w:t>C. I would like to buy.</w:t>
            </w:r>
          </w:p>
        </w:tc>
      </w:tr>
      <w:tr w:rsidR="0082520C" w14:paraId="15FE3278" w14:textId="77777777">
        <w:trPr>
          <w:jc w:val="center"/>
        </w:trPr>
        <w:tc>
          <w:tcPr>
            <w:tcW w:w="5298" w:type="dxa"/>
          </w:tcPr>
          <w:p w14:paraId="12D5CA99" w14:textId="77777777" w:rsidR="0082520C" w:rsidRDefault="00000000">
            <w:r>
              <w:t>4. Il pleut.</w:t>
            </w:r>
          </w:p>
        </w:tc>
        <w:tc>
          <w:tcPr>
            <w:tcW w:w="5298" w:type="dxa"/>
          </w:tcPr>
          <w:p w14:paraId="2EC9FD11" w14:textId="77777777" w:rsidR="0082520C" w:rsidRDefault="00000000">
            <w:r>
              <w:t>D. It is raining.</w:t>
            </w:r>
          </w:p>
        </w:tc>
      </w:tr>
    </w:tbl>
    <w:p w14:paraId="53E2EF66" w14:textId="77777777" w:rsidR="0082520C" w:rsidRDefault="00000000">
      <w:pPr>
        <w:spacing w:before="40" w:after="20"/>
      </w:pPr>
      <w:r>
        <w:rPr>
          <w:b/>
        </w:rPr>
        <w:t xml:space="preserve">7. </w:t>
      </w:r>
      <w:r>
        <w:t xml:space="preserve">Write one appropriate French word or expression for each category: a means of transport, a school activity, a healthy food, and a shop. </w:t>
      </w:r>
      <w:r>
        <w:rPr>
          <w:b/>
        </w:rPr>
        <w:t>(4 marks)</w:t>
      </w:r>
    </w:p>
    <w:p w14:paraId="4406F2AC" w14:textId="77777777" w:rsidR="0082520C" w:rsidRDefault="00000000">
      <w:pPr>
        <w:spacing w:after="0"/>
      </w:pPr>
      <w:r>
        <w:rPr>
          <w:sz w:val="16"/>
        </w:rP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p>
    <w:p w14:paraId="5998896C" w14:textId="77777777" w:rsidR="0082520C" w:rsidRDefault="00000000">
      <w:pPr>
        <w:spacing w:before="80" w:after="40"/>
      </w:pPr>
      <w:r>
        <w:rPr>
          <w:b/>
          <w:sz w:val="24"/>
        </w:rPr>
        <w:t>SECTION C — GRAMMAR &amp; LANGUAGE STRUCTURES (30 MARKS)</w:t>
      </w:r>
    </w:p>
    <w:p w14:paraId="4BDCE560" w14:textId="77777777" w:rsidR="0082520C" w:rsidRDefault="00000000">
      <w:pPr>
        <w:spacing w:before="40" w:after="20"/>
      </w:pPr>
      <w:r>
        <w:rPr>
          <w:b/>
        </w:rPr>
        <w:t xml:space="preserve">8. </w:t>
      </w:r>
      <w:r>
        <w:t xml:space="preserve">Complete the sentences with the correct form of the verb in brackets. </w:t>
      </w:r>
      <w:r>
        <w:rPr>
          <w:b/>
        </w:rPr>
        <w:t>(6 marks)</w:t>
      </w:r>
    </w:p>
    <w:p w14:paraId="7458785A" w14:textId="77777777" w:rsidR="0082520C" w:rsidRDefault="00000000">
      <w:pPr>
        <w:spacing w:after="20"/>
        <w:ind w:left="170"/>
      </w:pPr>
      <w:r>
        <w:t>a) Nous ________ (aller) au marché le samedi.</w:t>
      </w:r>
      <w:r>
        <w:rPr>
          <w:b/>
        </w:rPr>
        <w:t xml:space="preserve"> (1 marks)</w:t>
      </w:r>
    </w:p>
    <w:p w14:paraId="010E04CB" w14:textId="77777777" w:rsidR="0082520C" w:rsidRPr="0014193E" w:rsidRDefault="00000000">
      <w:pPr>
        <w:spacing w:after="20"/>
        <w:ind w:left="170"/>
        <w:rPr>
          <w:lang w:val="de-DE"/>
        </w:rPr>
      </w:pPr>
      <w:r>
        <w:t>b) Elle ________ (aimer) les fruits.</w:t>
      </w:r>
      <w:r>
        <w:rPr>
          <w:b/>
        </w:rPr>
        <w:t xml:space="preserve"> </w:t>
      </w:r>
      <w:r w:rsidRPr="0014193E">
        <w:rPr>
          <w:b/>
          <w:lang w:val="de-DE"/>
        </w:rPr>
        <w:t>(1 marks)</w:t>
      </w:r>
    </w:p>
    <w:p w14:paraId="11DA8909" w14:textId="77777777" w:rsidR="0082520C" w:rsidRDefault="00000000">
      <w:pPr>
        <w:spacing w:after="20"/>
        <w:ind w:left="170"/>
      </w:pPr>
      <w:r w:rsidRPr="0014193E">
        <w:rPr>
          <w:lang w:val="de-DE"/>
        </w:rPr>
        <w:t>c) Je ________ (avoir) deux cahiers.</w:t>
      </w:r>
      <w:r w:rsidRPr="0014193E">
        <w:rPr>
          <w:b/>
          <w:lang w:val="de-DE"/>
        </w:rPr>
        <w:t xml:space="preserve"> </w:t>
      </w:r>
      <w:r>
        <w:rPr>
          <w:b/>
        </w:rPr>
        <w:t>(1 marks)</w:t>
      </w:r>
    </w:p>
    <w:p w14:paraId="07C7D4F9" w14:textId="77777777" w:rsidR="0082520C" w:rsidRDefault="00000000">
      <w:pPr>
        <w:spacing w:after="20"/>
        <w:ind w:left="170"/>
      </w:pPr>
      <w:r>
        <w:t>d) Vous ________ (prendre) le bus.</w:t>
      </w:r>
      <w:r>
        <w:rPr>
          <w:b/>
        </w:rPr>
        <w:t xml:space="preserve"> (1 marks)</w:t>
      </w:r>
    </w:p>
    <w:p w14:paraId="18420400" w14:textId="77777777" w:rsidR="0082520C" w:rsidRDefault="00000000">
      <w:pPr>
        <w:spacing w:after="20"/>
        <w:ind w:left="170"/>
      </w:pPr>
      <w:r>
        <w:t>e) Ils ________ (faire) leurs devoirs.</w:t>
      </w:r>
      <w:r>
        <w:rPr>
          <w:b/>
        </w:rPr>
        <w:t xml:space="preserve"> (1 marks)</w:t>
      </w:r>
    </w:p>
    <w:p w14:paraId="37A04449" w14:textId="77777777" w:rsidR="0082520C" w:rsidRDefault="00000000">
      <w:pPr>
        <w:spacing w:after="20"/>
        <w:ind w:left="170"/>
      </w:pPr>
      <w:r>
        <w:t>f) Tu ________ (vouloir) acheter une chemise.</w:t>
      </w:r>
      <w:r>
        <w:rPr>
          <w:b/>
        </w:rPr>
        <w:t xml:space="preserve"> (1 marks)</w:t>
      </w:r>
    </w:p>
    <w:p w14:paraId="1A688345" w14:textId="77777777" w:rsidR="0082520C" w:rsidRDefault="00000000">
      <w:pPr>
        <w:spacing w:before="40" w:after="20"/>
      </w:pPr>
      <w:r>
        <w:rPr>
          <w:b/>
        </w:rPr>
        <w:t xml:space="preserve">9. </w:t>
      </w:r>
      <w:r>
        <w:t xml:space="preserve">Choose the correct personal pronoun: je, tu, il, elle, nous, vous or ils. </w:t>
      </w:r>
      <w:r>
        <w:rPr>
          <w:b/>
        </w:rPr>
        <w:t>(5 marks)</w:t>
      </w:r>
    </w:p>
    <w:p w14:paraId="3680A8A9" w14:textId="77777777" w:rsidR="0082520C" w:rsidRDefault="00000000">
      <w:pPr>
        <w:spacing w:after="20"/>
        <w:ind w:left="170"/>
      </w:pPr>
      <w:r>
        <w:t>a) ________ habite à Nairobi.</w:t>
      </w:r>
      <w:r>
        <w:rPr>
          <w:b/>
        </w:rPr>
        <w:t xml:space="preserve"> (1 marks)</w:t>
      </w:r>
    </w:p>
    <w:p w14:paraId="00D336E3" w14:textId="77777777" w:rsidR="0082520C" w:rsidRPr="0014193E" w:rsidRDefault="00000000">
      <w:pPr>
        <w:spacing w:after="20"/>
        <w:ind w:left="170"/>
        <w:rPr>
          <w:lang w:val="de-DE"/>
        </w:rPr>
      </w:pPr>
      <w:r>
        <w:t>b) ________ avons un cours de français.</w:t>
      </w:r>
      <w:r>
        <w:rPr>
          <w:b/>
        </w:rPr>
        <w:t xml:space="preserve"> </w:t>
      </w:r>
      <w:r w:rsidRPr="0014193E">
        <w:rPr>
          <w:b/>
          <w:lang w:val="de-DE"/>
        </w:rPr>
        <w:t>(1 marks)</w:t>
      </w:r>
    </w:p>
    <w:p w14:paraId="41ED4DA0" w14:textId="77777777" w:rsidR="0082520C" w:rsidRDefault="00000000">
      <w:pPr>
        <w:spacing w:after="20"/>
        <w:ind w:left="170"/>
      </w:pPr>
      <w:r w:rsidRPr="0014193E">
        <w:rPr>
          <w:lang w:val="de-DE"/>
        </w:rPr>
        <w:t>c) ________ allez au marché.</w:t>
      </w:r>
      <w:r w:rsidRPr="0014193E">
        <w:rPr>
          <w:b/>
          <w:lang w:val="de-DE"/>
        </w:rPr>
        <w:t xml:space="preserve"> </w:t>
      </w:r>
      <w:r>
        <w:rPr>
          <w:b/>
        </w:rPr>
        <w:t>(1 marks)</w:t>
      </w:r>
    </w:p>
    <w:p w14:paraId="47C7BE94" w14:textId="77777777" w:rsidR="0082520C" w:rsidRPr="0014193E" w:rsidRDefault="00000000">
      <w:pPr>
        <w:spacing w:after="20"/>
        <w:ind w:left="170"/>
        <w:rPr>
          <w:lang w:val="de-DE"/>
        </w:rPr>
      </w:pPr>
      <w:r>
        <w:t>d) ________ aiment le football.</w:t>
      </w:r>
      <w:r>
        <w:rPr>
          <w:b/>
        </w:rPr>
        <w:t xml:space="preserve"> </w:t>
      </w:r>
      <w:r w:rsidRPr="0014193E">
        <w:rPr>
          <w:b/>
          <w:lang w:val="de-DE"/>
        </w:rPr>
        <w:t>(1 marks)</w:t>
      </w:r>
    </w:p>
    <w:p w14:paraId="54E715B2" w14:textId="77777777" w:rsidR="0082520C" w:rsidRDefault="00000000">
      <w:pPr>
        <w:spacing w:after="20"/>
        <w:ind w:left="170"/>
      </w:pPr>
      <w:r w:rsidRPr="0014193E">
        <w:rPr>
          <w:lang w:val="de-DE"/>
        </w:rPr>
        <w:t>e) ________ veux acheter du pain.</w:t>
      </w:r>
      <w:r w:rsidRPr="0014193E">
        <w:rPr>
          <w:b/>
          <w:lang w:val="de-DE"/>
        </w:rPr>
        <w:t xml:space="preserve"> </w:t>
      </w:r>
      <w:r>
        <w:rPr>
          <w:b/>
        </w:rPr>
        <w:t>(1 marks)</w:t>
      </w:r>
    </w:p>
    <w:p w14:paraId="40383703" w14:textId="77777777" w:rsidR="0082520C" w:rsidRDefault="00000000">
      <w:pPr>
        <w:spacing w:before="40" w:after="20"/>
      </w:pPr>
      <w:r>
        <w:rPr>
          <w:b/>
        </w:rPr>
        <w:t xml:space="preserve">10. </w:t>
      </w:r>
      <w:r>
        <w:t xml:space="preserve">Fill in the blanks with an appropriate preposition: à, au, aux, dans, devant, derrière, sur or près de. </w:t>
      </w:r>
      <w:r>
        <w:rPr>
          <w:b/>
        </w:rPr>
        <w:t>(5 marks)</w:t>
      </w:r>
    </w:p>
    <w:p w14:paraId="47A356C4" w14:textId="77777777" w:rsidR="0082520C" w:rsidRDefault="00000000">
      <w:pPr>
        <w:spacing w:after="20"/>
        <w:ind w:left="170"/>
      </w:pPr>
      <w:r>
        <w:t>a) Le livre est ________ la table.</w:t>
      </w:r>
      <w:r>
        <w:rPr>
          <w:b/>
        </w:rPr>
        <w:t xml:space="preserve"> (1 marks)</w:t>
      </w:r>
    </w:p>
    <w:p w14:paraId="60446D86" w14:textId="77777777" w:rsidR="0082520C" w:rsidRDefault="00000000">
      <w:pPr>
        <w:spacing w:after="20"/>
        <w:ind w:left="170"/>
      </w:pPr>
      <w:r>
        <w:t>b) L'école est ________ la maison.</w:t>
      </w:r>
      <w:r>
        <w:rPr>
          <w:b/>
        </w:rPr>
        <w:t xml:space="preserve"> (1 marks)</w:t>
      </w:r>
    </w:p>
    <w:p w14:paraId="3C2AA318" w14:textId="77777777" w:rsidR="0082520C" w:rsidRDefault="00000000">
      <w:pPr>
        <w:spacing w:after="20"/>
        <w:ind w:left="170"/>
      </w:pPr>
      <w:r>
        <w:t>c) Nous allons ________ marché.</w:t>
      </w:r>
      <w:r>
        <w:rPr>
          <w:b/>
        </w:rPr>
        <w:t xml:space="preserve"> (1 marks)</w:t>
      </w:r>
    </w:p>
    <w:p w14:paraId="4ABF9B65" w14:textId="77777777" w:rsidR="0082520C" w:rsidRDefault="00000000">
      <w:pPr>
        <w:spacing w:after="20"/>
        <w:ind w:left="170"/>
      </w:pPr>
      <w:r>
        <w:lastRenderedPageBreak/>
        <w:t>d) Le professeur est ________ la classe.</w:t>
      </w:r>
      <w:r>
        <w:rPr>
          <w:b/>
        </w:rPr>
        <w:t xml:space="preserve"> (1 marks)</w:t>
      </w:r>
    </w:p>
    <w:p w14:paraId="33B95D11" w14:textId="77777777" w:rsidR="0082520C" w:rsidRDefault="00000000">
      <w:pPr>
        <w:spacing w:after="20"/>
        <w:ind w:left="170"/>
      </w:pPr>
      <w:r>
        <w:t>e) Le sac est ________ la chaise.</w:t>
      </w:r>
      <w:r>
        <w:rPr>
          <w:b/>
        </w:rPr>
        <w:t xml:space="preserve"> (1 marks)</w:t>
      </w:r>
    </w:p>
    <w:p w14:paraId="693413D0" w14:textId="77777777" w:rsidR="0082520C" w:rsidRDefault="00000000">
      <w:pPr>
        <w:spacing w:before="40" w:after="20"/>
      </w:pPr>
      <w:r>
        <w:rPr>
          <w:b/>
        </w:rPr>
        <w:t xml:space="preserve">11. </w:t>
      </w:r>
      <w:r>
        <w:t xml:space="preserve">Rewrite each sentence using the correct adjective form shown by the context. </w:t>
      </w:r>
      <w:r>
        <w:rPr>
          <w:b/>
        </w:rPr>
        <w:t>(5 marks)</w:t>
      </w:r>
    </w:p>
    <w:p w14:paraId="0DE90D13" w14:textId="77777777" w:rsidR="0082520C" w:rsidRDefault="00000000">
      <w:pPr>
        <w:spacing w:after="20"/>
        <w:ind w:left="170"/>
      </w:pPr>
      <w:r>
        <w:t>a) Une robe ________ (rouge).</w:t>
      </w:r>
      <w:r>
        <w:rPr>
          <w:b/>
        </w:rPr>
        <w:t xml:space="preserve"> (1 marks)</w:t>
      </w:r>
    </w:p>
    <w:p w14:paraId="40A744B4" w14:textId="77777777" w:rsidR="0082520C" w:rsidRDefault="00000000">
      <w:pPr>
        <w:spacing w:after="20"/>
        <w:ind w:left="170"/>
      </w:pPr>
      <w:r>
        <w:t>b) Des cahiers ________ (nouveau).</w:t>
      </w:r>
      <w:r>
        <w:rPr>
          <w:b/>
        </w:rPr>
        <w:t xml:space="preserve"> (1 marks)</w:t>
      </w:r>
    </w:p>
    <w:p w14:paraId="6C038D12" w14:textId="77777777" w:rsidR="0082520C" w:rsidRPr="0014193E" w:rsidRDefault="00000000">
      <w:pPr>
        <w:spacing w:after="20"/>
        <w:ind w:left="170"/>
        <w:rPr>
          <w:lang w:val="de-DE"/>
        </w:rPr>
      </w:pPr>
      <w:r>
        <w:t>c) Une maison ________ (grand).</w:t>
      </w:r>
      <w:r>
        <w:rPr>
          <w:b/>
        </w:rPr>
        <w:t xml:space="preserve"> </w:t>
      </w:r>
      <w:r w:rsidRPr="0014193E">
        <w:rPr>
          <w:b/>
          <w:lang w:val="de-DE"/>
        </w:rPr>
        <w:t>(1 marks)</w:t>
      </w:r>
    </w:p>
    <w:p w14:paraId="5F47EA04" w14:textId="77777777" w:rsidR="0082520C" w:rsidRPr="0014193E" w:rsidRDefault="00000000">
      <w:pPr>
        <w:spacing w:after="20"/>
        <w:ind w:left="170"/>
        <w:rPr>
          <w:lang w:val="de-DE"/>
        </w:rPr>
      </w:pPr>
      <w:r w:rsidRPr="0014193E">
        <w:rPr>
          <w:lang w:val="de-DE"/>
        </w:rPr>
        <w:t>d) Un pantalon ________ (bleu).</w:t>
      </w:r>
      <w:r w:rsidRPr="0014193E">
        <w:rPr>
          <w:b/>
          <w:lang w:val="de-DE"/>
        </w:rPr>
        <w:t xml:space="preserve"> (1 marks)</w:t>
      </w:r>
    </w:p>
    <w:p w14:paraId="64E98CAB" w14:textId="77777777" w:rsidR="0082520C" w:rsidRDefault="00000000">
      <w:pPr>
        <w:spacing w:after="20"/>
        <w:ind w:left="170"/>
      </w:pPr>
      <w:r w:rsidRPr="0014193E">
        <w:rPr>
          <w:lang w:val="de-DE"/>
        </w:rPr>
        <w:t>e) Des pommes ________ (vert).</w:t>
      </w:r>
      <w:r w:rsidRPr="0014193E">
        <w:rPr>
          <w:b/>
          <w:lang w:val="de-DE"/>
        </w:rPr>
        <w:t xml:space="preserve"> </w:t>
      </w:r>
      <w:r>
        <w:rPr>
          <w:b/>
        </w:rPr>
        <w:t>(1 marks)</w:t>
      </w:r>
    </w:p>
    <w:p w14:paraId="6EC66791" w14:textId="77777777" w:rsidR="0082520C" w:rsidRDefault="00000000">
      <w:pPr>
        <w:spacing w:before="40" w:after="20"/>
      </w:pPr>
      <w:r>
        <w:rPr>
          <w:b/>
        </w:rPr>
        <w:t xml:space="preserve">12. </w:t>
      </w:r>
      <w:r>
        <w:t xml:space="preserve">Complete the sentences with the correct article: le, la, l', les, un, une or des. </w:t>
      </w:r>
      <w:r>
        <w:rPr>
          <w:b/>
        </w:rPr>
        <w:t>(5 marks)</w:t>
      </w:r>
    </w:p>
    <w:p w14:paraId="4C8011A6" w14:textId="77777777" w:rsidR="0082520C" w:rsidRDefault="00000000">
      <w:pPr>
        <w:spacing w:after="20"/>
        <w:ind w:left="170"/>
      </w:pPr>
      <w:r>
        <w:t>a) J'achète ________ chemise.</w:t>
      </w:r>
      <w:r>
        <w:rPr>
          <w:b/>
        </w:rPr>
        <w:t xml:space="preserve"> (1 marks)</w:t>
      </w:r>
    </w:p>
    <w:p w14:paraId="6831DD67" w14:textId="77777777" w:rsidR="0082520C" w:rsidRDefault="00000000">
      <w:pPr>
        <w:spacing w:after="20"/>
        <w:ind w:left="170"/>
      </w:pPr>
      <w:r>
        <w:t>b) ________ élèves sont dans la classe.</w:t>
      </w:r>
      <w:r>
        <w:rPr>
          <w:b/>
        </w:rPr>
        <w:t xml:space="preserve"> (1 marks)</w:t>
      </w:r>
    </w:p>
    <w:p w14:paraId="5C0798ED" w14:textId="77777777" w:rsidR="0082520C" w:rsidRDefault="00000000">
      <w:pPr>
        <w:spacing w:after="20"/>
        <w:ind w:left="170"/>
      </w:pPr>
      <w:r>
        <w:t>c) Elle boit ________ eau.</w:t>
      </w:r>
      <w:r>
        <w:rPr>
          <w:b/>
        </w:rPr>
        <w:t xml:space="preserve"> (1 marks)</w:t>
      </w:r>
    </w:p>
    <w:p w14:paraId="2A829424" w14:textId="77777777" w:rsidR="0082520C" w:rsidRDefault="00000000">
      <w:pPr>
        <w:spacing w:after="20"/>
        <w:ind w:left="170"/>
      </w:pPr>
      <w:r>
        <w:t>d) Nous avons ________ livre de français.</w:t>
      </w:r>
      <w:r>
        <w:rPr>
          <w:b/>
        </w:rPr>
        <w:t xml:space="preserve"> (1 marks)</w:t>
      </w:r>
    </w:p>
    <w:p w14:paraId="6E79ECF6" w14:textId="77777777" w:rsidR="0082520C" w:rsidRDefault="00000000">
      <w:pPr>
        <w:spacing w:after="20"/>
        <w:ind w:left="170"/>
      </w:pPr>
      <w:r>
        <w:t>e) Il mange ________ fruits.</w:t>
      </w:r>
      <w:r>
        <w:rPr>
          <w:b/>
        </w:rPr>
        <w:t xml:space="preserve"> (1 marks)</w:t>
      </w:r>
    </w:p>
    <w:p w14:paraId="568488EF" w14:textId="77777777" w:rsidR="0082520C" w:rsidRDefault="00000000">
      <w:pPr>
        <w:spacing w:before="40" w:after="20"/>
      </w:pPr>
      <w:r>
        <w:rPr>
          <w:b/>
        </w:rPr>
        <w:t xml:space="preserve">13. </w:t>
      </w:r>
      <w:r>
        <w:t xml:space="preserve">Join or complete the sentences using the appropriate conjunction or expression: et, mais, parce que, ou, donc. </w:t>
      </w:r>
      <w:r>
        <w:rPr>
          <w:b/>
        </w:rPr>
        <w:t>(4 marks)</w:t>
      </w:r>
    </w:p>
    <w:p w14:paraId="3586247F" w14:textId="77777777" w:rsidR="0082520C" w:rsidRDefault="00000000">
      <w:pPr>
        <w:spacing w:after="20"/>
        <w:ind w:left="170"/>
      </w:pPr>
      <w:r>
        <w:t>a) J'aime le français ________ je n'aime pas les longues dictées.</w:t>
      </w:r>
      <w:r>
        <w:rPr>
          <w:b/>
        </w:rPr>
        <w:t xml:space="preserve"> (1 marks)</w:t>
      </w:r>
    </w:p>
    <w:p w14:paraId="7632F6A6" w14:textId="77777777" w:rsidR="0082520C" w:rsidRDefault="00000000">
      <w:pPr>
        <w:spacing w:after="20"/>
        <w:ind w:left="170"/>
      </w:pPr>
      <w:r>
        <w:t>b) Il fait froid, ________ je porte une veste.</w:t>
      </w:r>
      <w:r>
        <w:rPr>
          <w:b/>
        </w:rPr>
        <w:t xml:space="preserve"> (1 marks)</w:t>
      </w:r>
    </w:p>
    <w:p w14:paraId="1C2D2855" w14:textId="77777777" w:rsidR="0082520C" w:rsidRDefault="00000000">
      <w:pPr>
        <w:spacing w:after="20"/>
        <w:ind w:left="170"/>
      </w:pPr>
      <w:r>
        <w:t>c) Tu veux du thé ________ du lait ?</w:t>
      </w:r>
      <w:r>
        <w:rPr>
          <w:b/>
        </w:rPr>
        <w:t xml:space="preserve"> (1 marks)</w:t>
      </w:r>
    </w:p>
    <w:p w14:paraId="0B70F942" w14:textId="77777777" w:rsidR="0082520C" w:rsidRDefault="00000000">
      <w:pPr>
        <w:spacing w:after="20"/>
        <w:ind w:left="170"/>
      </w:pPr>
      <w:r>
        <w:t>d) J'étudie le français ________ j'aime communiquer avec les autres.</w:t>
      </w:r>
      <w:r>
        <w:rPr>
          <w:b/>
        </w:rPr>
        <w:t xml:space="preserve"> (1 marks)</w:t>
      </w:r>
    </w:p>
    <w:p w14:paraId="08170B2F" w14:textId="77777777" w:rsidR="0082520C" w:rsidRDefault="00000000">
      <w:pPr>
        <w:spacing w:before="80" w:after="40"/>
      </w:pPr>
      <w:r>
        <w:rPr>
          <w:b/>
          <w:sz w:val="24"/>
        </w:rPr>
        <w:t>SECTION D — GUIDED / FUNCTIONAL WRITING (15 MARKS)</w:t>
      </w:r>
    </w:p>
    <w:p w14:paraId="7714B202" w14:textId="77777777" w:rsidR="0082520C" w:rsidRDefault="00000000">
      <w:pPr>
        <w:spacing w:before="40" w:after="20"/>
      </w:pPr>
      <w:r>
        <w:rPr>
          <w:b/>
        </w:rPr>
        <w:t xml:space="preserve">14. </w:t>
      </w:r>
      <w:r>
        <w:t xml:space="preserve">Write five simple sentences in French describing your daily school routine. Mention at least one time expression, two school activities and one subject. </w:t>
      </w:r>
      <w:r>
        <w:rPr>
          <w:b/>
        </w:rPr>
        <w:t>(5 marks)</w:t>
      </w:r>
    </w:p>
    <w:p w14:paraId="6FFDEFCF" w14:textId="77777777" w:rsidR="0082520C" w:rsidRDefault="00000000">
      <w:pPr>
        <w:spacing w:after="0"/>
      </w:pPr>
      <w:r>
        <w:rPr>
          <w:sz w:val="16"/>
        </w:rP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p>
    <w:p w14:paraId="7BE5C66A" w14:textId="77777777" w:rsidR="0082520C" w:rsidRDefault="00000000">
      <w:pPr>
        <w:spacing w:before="40" w:after="20"/>
      </w:pPr>
      <w:r>
        <w:rPr>
          <w:b/>
        </w:rPr>
        <w:t xml:space="preserve">15. </w:t>
      </w:r>
      <w:r>
        <w:t xml:space="preserve">Write a short dialogue of at least six exchanges between a customer and a shopkeeper. Include a greeting, a product, its price, a question about quantity/size, a response and a closing. </w:t>
      </w:r>
      <w:r>
        <w:rPr>
          <w:b/>
        </w:rPr>
        <w:t>(5 marks)</w:t>
      </w:r>
    </w:p>
    <w:p w14:paraId="38F9D834" w14:textId="77777777" w:rsidR="0082520C" w:rsidRDefault="00000000">
      <w:pPr>
        <w:spacing w:after="0"/>
      </w:pPr>
      <w:r>
        <w:rPr>
          <w:sz w:val="16"/>
        </w:rP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p>
    <w:p w14:paraId="63E81AEE" w14:textId="77777777" w:rsidR="0082520C" w:rsidRDefault="00000000">
      <w:pPr>
        <w:spacing w:before="40" w:after="20"/>
      </w:pPr>
      <w:r>
        <w:rPr>
          <w:b/>
        </w:rPr>
        <w:t xml:space="preserve">16. </w:t>
      </w:r>
      <w:r>
        <w:t xml:space="preserve">Write five sentences in French giving directions from your home to a familiar place. Use at least three location/direction expressions such as à droite, à gauche, devant, derrière, près de or en face de. </w:t>
      </w:r>
      <w:r>
        <w:rPr>
          <w:b/>
        </w:rPr>
        <w:t>(5 marks)</w:t>
      </w:r>
    </w:p>
    <w:p w14:paraId="5A5E06B5" w14:textId="77777777" w:rsidR="0082520C" w:rsidRDefault="00000000">
      <w:pPr>
        <w:spacing w:after="0"/>
      </w:pPr>
      <w:r>
        <w:rPr>
          <w:sz w:val="16"/>
        </w:rP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p>
    <w:p w14:paraId="64343D52" w14:textId="77777777" w:rsidR="0082520C" w:rsidRDefault="00000000">
      <w:pPr>
        <w:spacing w:before="80" w:after="40"/>
      </w:pPr>
      <w:r>
        <w:rPr>
          <w:b/>
          <w:sz w:val="24"/>
        </w:rPr>
        <w:t>SECTION E — EXTENDED WRITING (15 MARKS)</w:t>
      </w:r>
    </w:p>
    <w:p w14:paraId="43215E63" w14:textId="77777777" w:rsidR="0082520C" w:rsidRDefault="00000000">
      <w:pPr>
        <w:spacing w:before="40" w:after="20"/>
      </w:pPr>
      <w:r>
        <w:rPr>
          <w:b/>
        </w:rPr>
        <w:t xml:space="preserve">17. </w:t>
      </w:r>
      <w:r>
        <w:t xml:space="preserve">Choose ONE topic and write 100–120 words in French. </w:t>
      </w:r>
      <w:r>
        <w:rPr>
          <w:b/>
        </w:rPr>
        <w:t>(15 marks)</w:t>
      </w:r>
    </w:p>
    <w:p w14:paraId="722ECF82" w14:textId="77777777" w:rsidR="0082520C" w:rsidRDefault="00000000">
      <w:pPr>
        <w:spacing w:after="20"/>
        <w:ind w:left="170"/>
      </w:pPr>
      <w:r>
        <w:rPr>
          <w:b/>
        </w:rPr>
        <w:t xml:space="preserve">a </w:t>
      </w:r>
      <w:r>
        <w:t>Describe your plans for a healthy weekend. Include food/drinks, activities, people you will be with and at least one reason for your choices.</w:t>
      </w:r>
    </w:p>
    <w:p w14:paraId="08DB9C60" w14:textId="77777777" w:rsidR="0082520C" w:rsidRDefault="00000000">
      <w:pPr>
        <w:spacing w:after="20"/>
        <w:ind w:left="170"/>
      </w:pPr>
      <w:r>
        <w:rPr>
          <w:b/>
        </w:rPr>
        <w:t xml:space="preserve">b </w:t>
      </w:r>
      <w:r>
        <w:t>Write about a journey you would like to make. Include the destination, means of transport, what you would take, what you would do there and safety considerations.</w:t>
      </w:r>
    </w:p>
    <w:p w14:paraId="6C0AC2F3" w14:textId="77777777" w:rsidR="0082520C" w:rsidRDefault="00000000">
      <w:pPr>
        <w:spacing w:after="20"/>
        <w:ind w:left="170"/>
      </w:pPr>
      <w:r>
        <w:rPr>
          <w:b/>
        </w:rPr>
        <w:t xml:space="preserve">c </w:t>
      </w:r>
      <w:r>
        <w:t>Describe a shopping experience. Include the place, items bought, prices/quantities, your opinion of the experience and how you would avoid unnecessary spending.</w:t>
      </w:r>
    </w:p>
    <w:p w14:paraId="73E5C754" w14:textId="77777777" w:rsidR="0082520C" w:rsidRDefault="00000000">
      <w:pPr>
        <w:spacing w:after="0"/>
      </w:pPr>
      <w:r>
        <w:rPr>
          <w:sz w:val="16"/>
        </w:rPr>
        <w:lastRenderedPageBreak/>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r>
        <w:rPr>
          <w:sz w:val="16"/>
        </w:rPr>
        <w:br/>
        <w:t>________________________________________________________________________________________________</w:t>
      </w:r>
    </w:p>
    <w:sectPr w:rsidR="0082520C" w:rsidSect="00034616">
      <w:footerReference w:type="default" r:id="rId8"/>
      <w:headerReference w:type="default" r:id="rId11"/>
      <w:headerReference w:type="first" r:id="rId12"/>
      <w:headerReference w:type="even" r:id="rId13"/>
      <w:footerReference w:type="first" r:id="rId14"/>
      <w:footerReference w:type="even" r:id="rId15"/>
      <w:pgSz w:w="12240" w:h="15840"/>
      <w:pgMar w:top="709" w:right="822" w:bottom="652" w:left="82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5BC67" w14:textId="77777777" w:rsidR="00693F03" w:rsidRDefault="00693F03">
      <w:pPr>
        <w:spacing w:after="0" w:line="240" w:lineRule="auto"/>
      </w:pPr>
      <w:r>
        <w:separator/>
      </w:r>
    </w:p>
  </w:endnote>
  <w:endnote w:type="continuationSeparator" w:id="0">
    <w:p w14:paraId="07059C8B" w14:textId="77777777" w:rsidR="00693F03" w:rsidRDefault="00693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14054" w14:textId="77777777" w:rsidR="00693F03" w:rsidRDefault="00693F03">
      <w:pPr>
        <w:spacing w:after="0" w:line="240" w:lineRule="auto"/>
      </w:pPr>
      <w:r>
        <w:separator/>
      </w:r>
    </w:p>
  </w:footnote>
  <w:footnote w:type="continuationSeparator" w:id="0">
    <w:p w14:paraId="5DEBA912" w14:textId="77777777" w:rsidR="00693F03" w:rsidRDefault="00693F03">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083840">
    <w:abstractNumId w:val="8"/>
  </w:num>
  <w:num w:numId="2" w16cid:durableId="694424239">
    <w:abstractNumId w:val="6"/>
  </w:num>
  <w:num w:numId="3" w16cid:durableId="240337833">
    <w:abstractNumId w:val="5"/>
  </w:num>
  <w:num w:numId="4" w16cid:durableId="901330164">
    <w:abstractNumId w:val="4"/>
  </w:num>
  <w:num w:numId="5" w16cid:durableId="1696348565">
    <w:abstractNumId w:val="7"/>
  </w:num>
  <w:num w:numId="6" w16cid:durableId="755521824">
    <w:abstractNumId w:val="3"/>
  </w:num>
  <w:num w:numId="7" w16cid:durableId="1056128818">
    <w:abstractNumId w:val="2"/>
  </w:num>
  <w:num w:numId="8" w16cid:durableId="1286307147">
    <w:abstractNumId w:val="1"/>
  </w:num>
  <w:num w:numId="9" w16cid:durableId="1935164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193E"/>
    <w:rsid w:val="0015074B"/>
    <w:rsid w:val="0029639D"/>
    <w:rsid w:val="00326F90"/>
    <w:rsid w:val="00693F03"/>
    <w:rsid w:val="0082520C"/>
    <w:rsid w:val="00AA1D8D"/>
    <w:rsid w:val="00B47730"/>
    <w:rsid w:val="00CB0664"/>
    <w:rsid w:val="00D74AC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E97912"/>
  <w14:defaultImageDpi w14:val="300"/>
  <w15:docId w15:val="{AF56D06A-A3D7-464B-9CF5-3F902F560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Times New Roman" w:eastAsia="Times New Roman" w:hAnsi="Times New Roman"/>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Times New Roman" w:eastAsia="Times New Roman" w:hAnsi="Times New Roman"/>
    </w:rPr>
  </w:style>
  <w:style w:type="paragraph" w:styleId="NoSpacing">
    <w:name w:val="No Spacing"/>
    <w:uiPriority w:val="1"/>
    <w:qFormat/>
    <w:rsid w:val="00FC693F"/>
    <w:pPr>
      <w:spacing w:after="0" w:line="240" w:lineRule="auto"/>
    </w:pPr>
    <w:rPr>
      <w:rFonts w:ascii="Times New Roman" w:eastAsia="Times New Roman" w:hAnsi="Times New Roman"/>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Times New Roman" w:eastAsia="Times New Roman" w:hAnsi="Times New Roman"/>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Times New Roman" w:eastAsia="Times New Roman" w:hAnsi="Times New Roman"/>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Times New Roman" w:eastAsia="Times New Roman" w:hAnsi="Times New Roman"/>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sz w:val="20"/>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Times New Roman" w:eastAsia="Times New Roman" w:hAnsi="Times New Roman"/>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Times New Roman" w:eastAsia="Times New Roman" w:hAnsi="Times New Roman"/>
      <w:b/>
      <w:bCs/>
    </w:rPr>
  </w:style>
  <w:style w:type="character" w:styleId="Emphasis">
    <w:name w:val="Emphasis"/>
    <w:basedOn w:val="DefaultParagraphFont"/>
    <w:uiPriority w:val="20"/>
    <w:qFormat/>
    <w:rsid w:val="00FC693F"/>
    <w:rPr>
      <w:rFonts w:ascii="Times New Roman" w:eastAsia="Times New Roman" w:hAnsi="Times New Roman"/>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Times New Roman" w:eastAsia="Times New Roman" w:hAnsi="Times New Roman"/>
      <w:b/>
      <w:bCs/>
      <w:i/>
      <w:iCs/>
      <w:color w:val="4F81BD" w:themeColor="accent1"/>
    </w:rPr>
  </w:style>
  <w:style w:type="character" w:styleId="SubtleEmphasis">
    <w:name w:val="Subtle Emphasis"/>
    <w:basedOn w:val="DefaultParagraphFont"/>
    <w:uiPriority w:val="19"/>
    <w:qFormat/>
    <w:rsid w:val="00FC693F"/>
    <w:rPr>
      <w:rFonts w:ascii="Times New Roman" w:eastAsia="Times New Roman" w:hAnsi="Times New Roman"/>
      <w:i/>
      <w:iCs/>
      <w:color w:val="808080" w:themeColor="text1" w:themeTint="7F"/>
    </w:rPr>
  </w:style>
  <w:style w:type="character" w:styleId="IntenseEmphasis">
    <w:name w:val="Intense Emphasis"/>
    <w:basedOn w:val="DefaultParagraphFont"/>
    <w:uiPriority w:val="21"/>
    <w:qFormat/>
    <w:rsid w:val="00FC693F"/>
    <w:rPr>
      <w:rFonts w:ascii="Times New Roman" w:eastAsia="Times New Roman" w:hAnsi="Times New Roman"/>
      <w:b/>
      <w:bCs/>
      <w:i/>
      <w:iCs/>
      <w:color w:val="4F81BD" w:themeColor="accent1"/>
    </w:rPr>
  </w:style>
  <w:style w:type="character" w:styleId="SubtleReference">
    <w:name w:val="Subtle Reference"/>
    <w:basedOn w:val="DefaultParagraphFont"/>
    <w:uiPriority w:val="31"/>
    <w:qFormat/>
    <w:rsid w:val="00FC693F"/>
    <w:rPr>
      <w:rFonts w:ascii="Times New Roman" w:eastAsia="Times New Roman" w:hAnsi="Times New Roman"/>
      <w:smallCaps/>
      <w:color w:val="C0504D" w:themeColor="accent2"/>
      <w:u w:val="single"/>
    </w:rPr>
  </w:style>
  <w:style w:type="character" w:styleId="IntenseReference">
    <w:name w:val="Intense Reference"/>
    <w:basedOn w:val="DefaultParagraphFont"/>
    <w:uiPriority w:val="32"/>
    <w:qFormat/>
    <w:rsid w:val="00FC693F"/>
    <w:rPr>
      <w:rFonts w:ascii="Times New Roman" w:eastAsia="Times New Roman" w:hAnsi="Times New Roman"/>
      <w:b/>
      <w:bCs/>
      <w:smallCaps/>
      <w:color w:val="C0504D" w:themeColor="accent2"/>
      <w:spacing w:val="5"/>
      <w:u w:val="single"/>
    </w:rPr>
  </w:style>
  <w:style w:type="character" w:styleId="BookTitle">
    <w:name w:val="Book Title"/>
    <w:basedOn w:val="DefaultParagraphFont"/>
    <w:uiPriority w:val="33"/>
    <w:qFormat/>
    <w:rsid w:val="00FC693F"/>
    <w:rPr>
      <w:rFonts w:ascii="Times New Roman" w:eastAsia="Times New Roman" w:hAnsi="Times New Roman"/>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eastAsia="Times New Roman" w:hAnsi="Times New Roman"/>
    </w:rPr>
  </w:style>
  <w:style w:type="table" w:styleId="TableGrid">
    <w:name w:val="Table Grid"/>
    <w:basedOn w:val="TableNormal"/>
    <w:uiPriority w:val="59"/>
    <w:rsid w:val="00FC693F"/>
    <w:pPr>
      <w:spacing w:after="0" w:line="24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Times New Roman" w:eastAsia="Times New Roman" w:hAnsi="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imes New Roman" w:eastAsia="Times New Roman" w:hAnsi="Times New Roman"/>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imes New Roman" w:eastAsia="Times New Roman" w:hAnsi="Times New Roman"/>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imes New Roman" w:eastAsia="Times New Roman" w:hAnsi="Times New Roman"/>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imes New Roman" w:eastAsia="Times New Roman" w:hAnsi="Times New Roman"/>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imes New Roman" w:eastAsia="Times New Roman" w:hAnsi="Times New Roman"/>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imes New Roman" w:eastAsia="Times New Roman" w:hAnsi="Times New Roman"/>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imes New Roman" w:eastAsia="Times New Roman" w:hAnsi="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imes New Roman" w:eastAsia="Times New Roman" w:hAnsi="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1983</Words>
  <Characters>11304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2026-09-23T13:35:00Z</dcterms:modified>
  <cp:category/>
</cp:coreProperties>
</file>