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BFCF9" w14:textId="77777777" w:rsidR="000D3E6E" w:rsidRDefault="00000000">
      <w:pPr>
        <w:spacing w:after="40"/>
        <w:jc w:val="center"/>
      </w:pPr>
      <w:r>
        <w:rPr>
          <w:b/>
          <w:sz w:val="36"/>
        </w:rPr>
        <w:t/>
      </w:r>
    </w:p>
    <w:p w14:paraId="7044CDAC" w14:textId="77777777" w:rsidR="000D3E6E" w:rsidRDefault="00000000">
      <w:pPr>
        <w:spacing w:after="40"/>
        <w:jc w:val="center"/>
      </w:pPr>
      <w:r>
        <w:rPr>
          <w:b/>
          <w:sz w:val="30"/>
        </w:rPr>
        <w:t>END TERM 3 2026</w:t>
      </w:r>
    </w:p>
    <w:p w14:paraId="1A932B02" w14:textId="77777777" w:rsidR="000D3E6E" w:rsidRDefault="00000000">
      <w:pPr>
        <w:spacing w:after="40"/>
        <w:jc w:val="center"/>
      </w:pPr>
      <w:r>
        <w:rPr>
          <w:b/>
          <w:sz w:val="30"/>
        </w:rPr>
        <w:t>GRADE 10</w:t>
      </w:r>
    </w:p>
    <w:p w14:paraId="1AE5B861" w14:textId="77777777" w:rsidR="000D3E6E" w:rsidRDefault="00000000">
      <w:pPr>
        <w:spacing w:after="40"/>
        <w:jc w:val="center"/>
      </w:pPr>
      <w:r>
        <w:rPr>
          <w:b/>
          <w:sz w:val="30"/>
        </w:rPr>
        <w:t>CORE MATHEMATICS</w:t>
      </w:r>
    </w:p>
    <w:p w14:paraId="79DF341B" w14:textId="77777777" w:rsidR="000D3E6E" w:rsidRDefault="00000000">
      <w:pPr>
        <w:spacing w:after="40"/>
        <w:jc w:val="center"/>
      </w:pPr>
      <w:r>
        <w:rPr>
          <w:b/>
          <w:sz w:val="26"/>
        </w:rPr>
        <w:t>TIME: 2 HOURS 30 MINUTES</w:t>
      </w:r>
    </w:p>
    <w:p w14:paraId="02DEEBF8" w14:textId="77777777" w:rsidR="000D3E6E" w:rsidRDefault="00000000">
      <w:pPr>
        <w:spacing w:after="40"/>
      </w:pPr>
      <w:r>
        <w:t>Name: ___________________________________________________________________________</w:t>
      </w:r>
    </w:p>
    <w:p w14:paraId="3D0F3BD2" w14:textId="77777777" w:rsidR="000D3E6E" w:rsidRDefault="00000000">
      <w:pPr>
        <w:spacing w:after="40"/>
      </w:pPr>
      <w:r>
        <w:t>Assessment Number: _________________________________________________________________</w:t>
      </w:r>
    </w:p>
    <w:p w14:paraId="0C76C003" w14:textId="77777777" w:rsidR="000D3E6E" w:rsidRDefault="00000000">
      <w:pPr>
        <w:spacing w:after="40"/>
      </w:pPr>
      <w:r>
        <w:t>Class / Stream: ___________________________________________________________________</w:t>
      </w:r>
    </w:p>
    <w:p w14:paraId="42B0D99A" w14:textId="77777777" w:rsidR="000D3E6E" w:rsidRDefault="00000000">
      <w:pPr>
        <w:spacing w:after="40"/>
      </w:pPr>
      <w:r>
        <w:t>Date: _________________________________________________________________________</w:t>
      </w:r>
    </w:p>
    <w:p w14:paraId="1598D0B9" w14:textId="77777777" w:rsidR="000D3E6E" w:rsidRDefault="00000000">
      <w:pPr>
        <w:pStyle w:val="Heading1"/>
      </w:pPr>
      <w:r>
        <w:t>INSTRUCTIONS TO CANDIDATES</w:t>
      </w:r>
    </w:p>
    <w:p w14:paraId="228C12A4" w14:textId="77777777" w:rsidR="000D3E6E" w:rsidRDefault="00000000">
      <w:pPr>
        <w:pStyle w:val="ListBullet"/>
        <w:spacing w:after="40"/>
      </w:pPr>
      <w:r>
        <w:t>Answer ALL questions.</w:t>
      </w:r>
    </w:p>
    <w:p w14:paraId="72B3D15A" w14:textId="77777777" w:rsidR="000D3E6E" w:rsidRDefault="00000000">
      <w:pPr>
        <w:pStyle w:val="ListBullet"/>
        <w:spacing w:after="40"/>
      </w:pPr>
      <w:r>
        <w:t>This is a cumulative assessment of the Grade 10 Core Mathematics Curriculum Design.</w:t>
      </w:r>
    </w:p>
    <w:p w14:paraId="7773573D" w14:textId="77777777" w:rsidR="000D3E6E" w:rsidRDefault="00000000">
      <w:pPr>
        <w:pStyle w:val="ListBullet"/>
        <w:spacing w:after="40"/>
      </w:pPr>
      <w:r>
        <w:t>Show all working clearly. Full working is required for questions involving calculations.</w:t>
      </w:r>
    </w:p>
    <w:p w14:paraId="1EE6AE95" w14:textId="77777777" w:rsidR="000D3E6E" w:rsidRDefault="00000000">
      <w:pPr>
        <w:pStyle w:val="ListBullet"/>
        <w:spacing w:after="40"/>
      </w:pPr>
      <w:r>
        <w:t>Use a calculator where appropriate.</w:t>
      </w:r>
    </w:p>
    <w:p w14:paraId="12C44181" w14:textId="77777777" w:rsidR="000D3E6E" w:rsidRDefault="00000000">
      <w:pPr>
        <w:pStyle w:val="ListBullet"/>
        <w:spacing w:after="40"/>
      </w:pPr>
      <w:r>
        <w:t>Give answers to a suitable degree of accuracy where necessary.</w:t>
      </w:r>
    </w:p>
    <w:p w14:paraId="0E11AE42" w14:textId="77777777" w:rsidR="000D3E6E" w:rsidRDefault="00000000">
      <w:pPr>
        <w:pStyle w:val="ListBullet"/>
        <w:spacing w:after="40"/>
      </w:pPr>
      <w:r>
        <w:t>Use π = 22/7 unless otherwise stated.</w:t>
      </w:r>
    </w:p>
    <w:p w14:paraId="5756DCE3" w14:textId="77777777" w:rsidR="000D3E6E" w:rsidRDefault="00000000">
      <w:pPr>
        <w:pStyle w:val="Heading1"/>
      </w:pPr>
      <w: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0D3E6E" w14:paraId="52BB301F" w14:textId="77777777">
        <w:trPr>
          <w:jc w:val="center"/>
        </w:trPr>
        <w:tc>
          <w:tcPr>
            <w:tcW w:w="2592" w:type="dxa"/>
            <w:shd w:val="clear" w:color="auto" w:fill="D9E1F2"/>
          </w:tcPr>
          <w:p w14:paraId="3A64D22C" w14:textId="77777777" w:rsidR="000D3E6E" w:rsidRDefault="00000000">
            <w:r>
              <w:rPr>
                <w:b/>
                <w:sz w:val="18"/>
              </w:rPr>
              <w:t>Section</w:t>
            </w:r>
          </w:p>
        </w:tc>
        <w:tc>
          <w:tcPr>
            <w:tcW w:w="2592" w:type="dxa"/>
            <w:shd w:val="clear" w:color="auto" w:fill="D9E1F2"/>
          </w:tcPr>
          <w:p w14:paraId="48DFB66E" w14:textId="77777777" w:rsidR="000D3E6E" w:rsidRDefault="00000000">
            <w:r>
              <w:rPr>
                <w:b/>
                <w:sz w:val="18"/>
              </w:rPr>
              <w:t>Questions</w:t>
            </w:r>
          </w:p>
        </w:tc>
        <w:tc>
          <w:tcPr>
            <w:tcW w:w="2592" w:type="dxa"/>
            <w:shd w:val="clear" w:color="auto" w:fill="D9E1F2"/>
          </w:tcPr>
          <w:p w14:paraId="496668A3" w14:textId="77777777" w:rsidR="000D3E6E" w:rsidRDefault="00000000">
            <w:r>
              <w:rPr>
                <w:b/>
                <w:sz w:val="18"/>
              </w:rPr>
              <w:t>Maximum Score</w:t>
            </w:r>
          </w:p>
        </w:tc>
        <w:tc>
          <w:tcPr>
            <w:tcW w:w="2592" w:type="dxa"/>
            <w:shd w:val="clear" w:color="auto" w:fill="D9E1F2"/>
          </w:tcPr>
          <w:p w14:paraId="78C90469" w14:textId="77777777" w:rsidR="000D3E6E" w:rsidRDefault="00000000">
            <w:r>
              <w:rPr>
                <w:b/>
                <w:sz w:val="18"/>
              </w:rPr>
              <w:t>Score</w:t>
            </w:r>
          </w:p>
        </w:tc>
      </w:tr>
      <w:tr w:rsidR="000D3E6E" w14:paraId="65013576" w14:textId="77777777">
        <w:trPr>
          <w:jc w:val="center"/>
        </w:trPr>
        <w:tc>
          <w:tcPr>
            <w:tcW w:w="2592" w:type="dxa"/>
          </w:tcPr>
          <w:p w14:paraId="7231F864" w14:textId="77777777" w:rsidR="000D3E6E" w:rsidRDefault="00000000">
            <w:r>
              <w:rPr>
                <w:sz w:val="18"/>
              </w:rPr>
              <w:t>A</w:t>
            </w:r>
          </w:p>
        </w:tc>
        <w:tc>
          <w:tcPr>
            <w:tcW w:w="2592" w:type="dxa"/>
          </w:tcPr>
          <w:p w14:paraId="0212FA16" w14:textId="77777777" w:rsidR="000D3E6E" w:rsidRDefault="00000000">
            <w:r>
              <w:rPr>
                <w:sz w:val="18"/>
              </w:rPr>
              <w:t>1–2</w:t>
            </w:r>
          </w:p>
        </w:tc>
        <w:tc>
          <w:tcPr>
            <w:tcW w:w="2592" w:type="dxa"/>
          </w:tcPr>
          <w:p w14:paraId="2D10C4E2" w14:textId="77777777" w:rsidR="000D3E6E" w:rsidRDefault="00000000">
            <w:r>
              <w:rPr>
                <w:sz w:val="18"/>
              </w:rPr>
              <w:t>20</w:t>
            </w:r>
          </w:p>
        </w:tc>
        <w:tc>
          <w:tcPr>
            <w:tcW w:w="2592" w:type="dxa"/>
          </w:tcPr>
          <w:p w14:paraId="775DCFFE" w14:textId="77777777" w:rsidR="000D3E6E" w:rsidRDefault="000D3E6E"/>
        </w:tc>
      </w:tr>
      <w:tr w:rsidR="000D3E6E" w14:paraId="1DDAF93B" w14:textId="77777777">
        <w:trPr>
          <w:jc w:val="center"/>
        </w:trPr>
        <w:tc>
          <w:tcPr>
            <w:tcW w:w="2592" w:type="dxa"/>
          </w:tcPr>
          <w:p w14:paraId="7A6CE92C" w14:textId="77777777" w:rsidR="000D3E6E" w:rsidRDefault="00000000">
            <w:r>
              <w:rPr>
                <w:sz w:val="18"/>
              </w:rPr>
              <w:t>B</w:t>
            </w:r>
          </w:p>
        </w:tc>
        <w:tc>
          <w:tcPr>
            <w:tcW w:w="2592" w:type="dxa"/>
          </w:tcPr>
          <w:p w14:paraId="3F3A401C" w14:textId="77777777" w:rsidR="000D3E6E" w:rsidRDefault="00000000">
            <w:r>
              <w:rPr>
                <w:sz w:val="18"/>
              </w:rPr>
              <w:t>3–8</w:t>
            </w:r>
          </w:p>
        </w:tc>
        <w:tc>
          <w:tcPr>
            <w:tcW w:w="2592" w:type="dxa"/>
          </w:tcPr>
          <w:p w14:paraId="38BA4737" w14:textId="77777777" w:rsidR="000D3E6E" w:rsidRDefault="00000000">
            <w:r>
              <w:rPr>
                <w:sz w:val="18"/>
              </w:rPr>
              <w:t>60</w:t>
            </w:r>
          </w:p>
        </w:tc>
        <w:tc>
          <w:tcPr>
            <w:tcW w:w="2592" w:type="dxa"/>
          </w:tcPr>
          <w:p w14:paraId="5D4AE909" w14:textId="77777777" w:rsidR="000D3E6E" w:rsidRDefault="000D3E6E"/>
        </w:tc>
      </w:tr>
      <w:tr w:rsidR="000D3E6E" w14:paraId="25888577" w14:textId="77777777">
        <w:trPr>
          <w:jc w:val="center"/>
        </w:trPr>
        <w:tc>
          <w:tcPr>
            <w:tcW w:w="2592" w:type="dxa"/>
          </w:tcPr>
          <w:p w14:paraId="749802AE" w14:textId="77777777" w:rsidR="000D3E6E" w:rsidRDefault="00000000">
            <w:r>
              <w:rPr>
                <w:sz w:val="18"/>
              </w:rPr>
              <w:t>C</w:t>
            </w:r>
          </w:p>
        </w:tc>
        <w:tc>
          <w:tcPr>
            <w:tcW w:w="2592" w:type="dxa"/>
          </w:tcPr>
          <w:p w14:paraId="06ABBA89" w14:textId="77777777" w:rsidR="000D3E6E" w:rsidRDefault="00000000">
            <w:r>
              <w:rPr>
                <w:sz w:val="18"/>
              </w:rPr>
              <w:t>9–12</w:t>
            </w:r>
          </w:p>
        </w:tc>
        <w:tc>
          <w:tcPr>
            <w:tcW w:w="2592" w:type="dxa"/>
          </w:tcPr>
          <w:p w14:paraId="051FCDD9" w14:textId="77777777" w:rsidR="000D3E6E" w:rsidRDefault="00000000">
            <w:r>
              <w:rPr>
                <w:sz w:val="18"/>
              </w:rPr>
              <w:t>20</w:t>
            </w:r>
          </w:p>
        </w:tc>
        <w:tc>
          <w:tcPr>
            <w:tcW w:w="2592" w:type="dxa"/>
          </w:tcPr>
          <w:p w14:paraId="3028BA86" w14:textId="77777777" w:rsidR="000D3E6E" w:rsidRDefault="000D3E6E"/>
        </w:tc>
      </w:tr>
      <w:tr w:rsidR="000D3E6E" w14:paraId="269A880B" w14:textId="77777777">
        <w:trPr>
          <w:jc w:val="center"/>
        </w:trPr>
        <w:tc>
          <w:tcPr>
            <w:tcW w:w="2592" w:type="dxa"/>
          </w:tcPr>
          <w:p w14:paraId="0174F775" w14:textId="77777777" w:rsidR="000D3E6E" w:rsidRDefault="00000000">
            <w:r>
              <w:rPr>
                <w:sz w:val="18"/>
              </w:rPr>
              <w:t>TOTAL</w:t>
            </w:r>
          </w:p>
        </w:tc>
        <w:tc>
          <w:tcPr>
            <w:tcW w:w="2592" w:type="dxa"/>
          </w:tcPr>
          <w:p w14:paraId="7F45F314" w14:textId="77777777" w:rsidR="000D3E6E" w:rsidRDefault="000D3E6E"/>
        </w:tc>
        <w:tc>
          <w:tcPr>
            <w:tcW w:w="2592" w:type="dxa"/>
          </w:tcPr>
          <w:p w14:paraId="398B5395" w14:textId="77777777" w:rsidR="000D3E6E" w:rsidRDefault="00000000">
            <w:r>
              <w:rPr>
                <w:sz w:val="18"/>
              </w:rPr>
              <w:t>100</w:t>
            </w:r>
          </w:p>
        </w:tc>
        <w:tc>
          <w:tcPr>
            <w:tcW w:w="2592" w:type="dxa"/>
          </w:tcPr>
          <w:p w14:paraId="3112502C" w14:textId="77777777" w:rsidR="000D3E6E" w:rsidRDefault="000D3E6E"/>
        </w:tc>
      </w:tr>
    </w:tbl>
    <w:p w14:paraId="1161E298" w14:textId="77777777" w:rsidR="000D3E6E" w:rsidRDefault="00000000">
      <w:r>
        <w:br w:type="page"/>
      </w:r>
    </w:p>
    <w:p w14:paraId="733E9777" w14:textId="77777777" w:rsidR="000D3E6E" w:rsidRDefault="00000000">
      <w:pPr>
        <w:spacing w:after="40"/>
        <w:jc w:val="center"/>
      </w:pPr>
      <w:r>
        <w:rPr>
          <w:b/>
          <w:sz w:val="28"/>
        </w:rPr>
        <w:lastRenderedPageBreak/>
        <w:t>GRADE 10 END TERM 3 2026 SUMMATIVE ASSESSMENT</w:t>
      </w:r>
    </w:p>
    <w:p w14:paraId="60BA04A9" w14:textId="77777777" w:rsidR="000D3E6E" w:rsidRDefault="00000000">
      <w:pPr>
        <w:pStyle w:val="Heading1"/>
      </w:pPr>
      <w:r>
        <w:t>SECTION A: NUMBERS AND ALGEBRA</w:t>
      </w:r>
    </w:p>
    <w:p w14:paraId="5B51AA73" w14:textId="77777777" w:rsidR="000D3E6E" w:rsidRDefault="00000000">
      <w:pPr>
        <w:spacing w:before="60" w:after="40"/>
      </w:pPr>
      <w:r>
        <w:t>1. (a) Classify √49, √7, 0.125 and π as rational or irrational.</w:t>
      </w:r>
      <w:r>
        <w:rPr>
          <w:b/>
        </w:rPr>
        <w:t xml:space="preserve"> (4 marks)</w:t>
      </w:r>
    </w:p>
    <w:p w14:paraId="6704DC8F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08E5189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EDACAB7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A9F8F12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6406F0A" w14:textId="77777777" w:rsidR="000D3E6E" w:rsidRDefault="00000000">
      <w:pPr>
        <w:spacing w:before="60" w:after="40"/>
      </w:pPr>
      <w:r>
        <w:t>(b) Find the reciprocal of 5/8.</w:t>
      </w:r>
      <w:r>
        <w:rPr>
          <w:b/>
        </w:rPr>
        <w:t xml:space="preserve"> (2 marks)</w:t>
      </w:r>
    </w:p>
    <w:p w14:paraId="20F0DA1B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2EC00DE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2EA344B" w14:textId="77777777" w:rsidR="000D3E6E" w:rsidRDefault="00000000">
      <w:pPr>
        <w:spacing w:before="60" w:after="40"/>
      </w:pPr>
      <w:r>
        <w:t>(c) Evaluate 2³ × 2⁻¹ ÷ 2².</w:t>
      </w:r>
      <w:r>
        <w:rPr>
          <w:b/>
        </w:rPr>
        <w:t xml:space="preserve"> (2 marks)</w:t>
      </w:r>
    </w:p>
    <w:p w14:paraId="2DE4ED73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2762434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957A70C" w14:textId="77777777" w:rsidR="000D3E6E" w:rsidRDefault="00000000">
      <w:pPr>
        <w:spacing w:before="60" w:after="40"/>
      </w:pPr>
      <w:r>
        <w:t>(d) Find log₁₀ 1000.</w:t>
      </w:r>
      <w:r>
        <w:rPr>
          <w:b/>
        </w:rPr>
        <w:t xml:space="preserve"> (2 marks)</w:t>
      </w:r>
    </w:p>
    <w:p w14:paraId="42B04E20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0B20881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8FCFF66" w14:textId="77777777" w:rsidR="000D3E6E" w:rsidRDefault="00000000">
      <w:pPr>
        <w:spacing w:before="60" w:after="40"/>
      </w:pPr>
      <w:r>
        <w:t>2. (a) Factorise x² − 9x + 20.</w:t>
      </w:r>
      <w:r>
        <w:rPr>
          <w:b/>
        </w:rPr>
        <w:t xml:space="preserve"> (3 marks)</w:t>
      </w:r>
    </w:p>
    <w:p w14:paraId="2CDED149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B0FABAB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339AA45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645E950" w14:textId="77777777" w:rsidR="000D3E6E" w:rsidRDefault="00000000">
      <w:pPr>
        <w:spacing w:before="60" w:after="40"/>
      </w:pPr>
      <w:r>
        <w:t>(b) Solve x² − 7x + 12 = 0 by factorisation.</w:t>
      </w:r>
      <w:r>
        <w:rPr>
          <w:b/>
        </w:rPr>
        <w:t xml:space="preserve"> (4 marks)</w:t>
      </w:r>
    </w:p>
    <w:p w14:paraId="73149081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6F89B2C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A65DFFF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14EFA99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DF0ABED" w14:textId="77777777" w:rsidR="000D3E6E" w:rsidRDefault="00000000">
      <w:pPr>
        <w:spacing w:before="60" w:after="40"/>
      </w:pPr>
      <w:r>
        <w:t>(c) A rectangle has area 48 m² and length 2 m more than its width. Form a quadratic equation and determine its dimensions.</w:t>
      </w:r>
      <w:r>
        <w:rPr>
          <w:b/>
        </w:rPr>
        <w:t xml:space="preserve"> (3 marks)</w:t>
      </w:r>
    </w:p>
    <w:p w14:paraId="1500961E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28BA97B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2F1B072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D0ADA4F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465DAD2" w14:textId="77777777" w:rsidR="000D3E6E" w:rsidRDefault="00000000">
      <w:pPr>
        <w:pStyle w:val="Heading1"/>
      </w:pPr>
      <w:r>
        <w:t>SECTION B: MEASUREMENTS AND GEOMETRY</w:t>
      </w:r>
    </w:p>
    <w:p w14:paraId="12888721" w14:textId="77777777" w:rsidR="000D3E6E" w:rsidRDefault="00000000">
      <w:pPr>
        <w:spacing w:before="60" w:after="40"/>
      </w:pPr>
      <w:r>
        <w:t>3. (a) Similar figures have corresponding lengths in the ratio 2:5. Find the ratio of their areas and volumes.</w:t>
      </w:r>
      <w:r>
        <w:rPr>
          <w:b/>
        </w:rPr>
        <w:t xml:space="preserve"> (4 marks)</w:t>
      </w:r>
    </w:p>
    <w:p w14:paraId="1AB4B27D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130336A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131205B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4B31B66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62EF7D0" w14:textId="77777777" w:rsidR="000D3E6E" w:rsidRDefault="00000000">
      <w:pPr>
        <w:spacing w:before="60" w:after="40"/>
      </w:pPr>
      <w:r>
        <w:t>(b) Reflect A(3,2) in the y-axis and state A′.</w:t>
      </w:r>
      <w:r>
        <w:rPr>
          <w:b/>
        </w:rPr>
        <w:t xml:space="preserve"> (2 marks)</w:t>
      </w:r>
    </w:p>
    <w:p w14:paraId="12E5C5A6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3DC380A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25E9D18" w14:textId="77777777" w:rsidR="000D3E6E" w:rsidRDefault="00000000">
      <w:pPr>
        <w:spacing w:before="60" w:after="40"/>
      </w:pPr>
      <w:r>
        <w:t>(c) State the coordinate rule for a 90° anticlockwise rotation about the origin.</w:t>
      </w:r>
      <w:r>
        <w:rPr>
          <w:b/>
        </w:rPr>
        <w:t xml:space="preserve"> (2 marks)</w:t>
      </w:r>
    </w:p>
    <w:p w14:paraId="02BD63CF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6AAB79F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E531ACF" w14:textId="77777777" w:rsidR="000D3E6E" w:rsidRDefault="00000000">
      <w:pPr>
        <w:spacing w:before="60" w:after="40"/>
      </w:pPr>
      <w:r>
        <w:t>4. A vector is (6,8). (a) Find its magnitude. (b) If u=(2,−1) and v=(4,3), find u+v. (c) State the translation represented by (−3,5).</w:t>
      </w:r>
      <w:r>
        <w:rPr>
          <w:b/>
        </w:rPr>
        <w:t xml:space="preserve"> (6 marks)</w:t>
      </w:r>
    </w:p>
    <w:p w14:paraId="65385768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D7E1350" w14:textId="77777777" w:rsidR="000D3E6E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____________________________________________________________________________________________________________</w:t>
      </w:r>
    </w:p>
    <w:p w14:paraId="28B7B86F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B2B4208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591003A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6C28A50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C84397F" w14:textId="77777777" w:rsidR="00673180" w:rsidRDefault="00000000">
      <w:pPr>
        <w:spacing w:before="60" w:after="40"/>
      </w:pPr>
      <w:r>
        <w:t xml:space="preserve">5. </w:t>
      </w:r>
      <w:r w:rsidR="00673180">
        <w:t>Study the figure below and answer questions that follow</w:t>
      </w:r>
      <w:r>
        <w:t xml:space="preserve">. </w:t>
      </w:r>
    </w:p>
    <w:p w14:paraId="49FA18E1" w14:textId="77777777" w:rsidR="00673180" w:rsidRDefault="00673180">
      <w:pPr>
        <w:spacing w:before="60" w:after="40"/>
      </w:pPr>
      <w:r w:rsidRPr="00673180">
        <w:drawing>
          <wp:inline distT="0" distB="0" distL="0" distR="0" wp14:anchorId="455AE912" wp14:editId="4BBF2BA7">
            <wp:extent cx="3879850" cy="1625600"/>
            <wp:effectExtent l="0" t="0" r="6350" b="0"/>
            <wp:docPr id="1009783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783723" name=""/>
                    <pic:cNvPicPr/>
                  </pic:nvPicPr>
                  <pic:blipFill rotWithShape="1">
                    <a:blip r:embed="rId8"/>
                    <a:srcRect t="18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0" cy="162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50D3C" w14:textId="47DE7653" w:rsidR="00673180" w:rsidRDefault="00000000">
      <w:pPr>
        <w:spacing w:before="60" w:after="40"/>
        <w:rPr>
          <w:b/>
          <w:bCs/>
        </w:rPr>
      </w:pPr>
      <w:r>
        <w:t>(a) Find the hypotenuse</w:t>
      </w:r>
      <w:r w:rsidR="005C71EE">
        <w:t xml:space="preserve">. </w:t>
      </w:r>
      <w:r w:rsidR="005C71EE" w:rsidRPr="005C71EE">
        <w:rPr>
          <w:b/>
          <w:bCs/>
        </w:rPr>
        <w:t>(2 marks)</w:t>
      </w:r>
    </w:p>
    <w:p w14:paraId="48CCAF63" w14:textId="77777777" w:rsidR="005C71EE" w:rsidRDefault="005C71EE" w:rsidP="005C71EE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F7145E0" w14:textId="77777777" w:rsidR="005C71EE" w:rsidRDefault="005C71EE" w:rsidP="005C71EE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7928534" w14:textId="77777777" w:rsidR="005C71EE" w:rsidRDefault="005C71EE" w:rsidP="005C71EE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B0D0C34" w14:textId="77777777" w:rsidR="005C71EE" w:rsidRDefault="005C71EE" w:rsidP="005C71EE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AFF0D51" w14:textId="24E3DB1F" w:rsidR="005C71EE" w:rsidRDefault="005C71EE" w:rsidP="005C71EE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BF766B3" w14:textId="77777777" w:rsidR="005C71EE" w:rsidRDefault="00000000">
      <w:pPr>
        <w:spacing w:before="60" w:after="40"/>
      </w:pPr>
      <w:r>
        <w:t>(b) For the angle opposite 9 cm, find sin θ, cos θ and tan θ.</w:t>
      </w:r>
      <w:r w:rsidR="005C71EE">
        <w:t xml:space="preserve"> </w:t>
      </w:r>
      <w:r w:rsidR="005C71EE" w:rsidRPr="005C71EE">
        <w:rPr>
          <w:b/>
          <w:bCs/>
        </w:rPr>
        <w:t>(2 marks)</w:t>
      </w:r>
      <w:r>
        <w:t xml:space="preserve"> </w:t>
      </w:r>
    </w:p>
    <w:p w14:paraId="2267C283" w14:textId="77777777" w:rsidR="005C71EE" w:rsidRDefault="005C71EE" w:rsidP="005C71EE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19DDF54" w14:textId="77777777" w:rsidR="005C71EE" w:rsidRDefault="005C71EE" w:rsidP="005C71EE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08D54C9" w14:textId="77777777" w:rsidR="005C71EE" w:rsidRDefault="005C71EE" w:rsidP="005C71EE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8FA707F" w14:textId="77777777" w:rsidR="005C71EE" w:rsidRDefault="005C71EE" w:rsidP="005C71EE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040DF5A" w14:textId="4102F15F" w:rsidR="000D3E6E" w:rsidRDefault="00000000">
      <w:pPr>
        <w:spacing w:before="60" w:after="40"/>
      </w:pPr>
      <w:r>
        <w:t>(c) State exact values of sin30°, cos60° and tan45°.</w:t>
      </w:r>
      <w:r>
        <w:rPr>
          <w:b/>
        </w:rPr>
        <w:t xml:space="preserve"> (</w:t>
      </w:r>
      <w:r w:rsidR="005C71EE">
        <w:rPr>
          <w:b/>
        </w:rPr>
        <w:t>3</w:t>
      </w:r>
      <w:r>
        <w:rPr>
          <w:b/>
        </w:rPr>
        <w:t xml:space="preserve"> marks)</w:t>
      </w:r>
    </w:p>
    <w:p w14:paraId="13C553B1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4287888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FA4BAF7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DA59376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416E7E9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5D52A07" w14:textId="77777777" w:rsidR="000D3E6E" w:rsidRDefault="00000000">
      <w:pPr>
        <w:spacing w:before="60" w:after="40"/>
      </w:pPr>
      <w:r>
        <w:t>6. (a) A triangle has sides 13 cm and 14 cm enclosing 30°. Find its area. (b) Find the area of a regular hexagon of side 8 cm. (c) A circle has radius 14 cm. Find the area of a 90° sector.</w:t>
      </w:r>
      <w:r>
        <w:rPr>
          <w:b/>
        </w:rPr>
        <w:t xml:space="preserve"> (8 marks)</w:t>
      </w:r>
    </w:p>
    <w:p w14:paraId="2DB9FD73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33CF360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4519878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9531155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2CCA645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0138E58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9488162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D988E60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691A13C" w14:textId="7FC60075" w:rsidR="00BF4B2B" w:rsidRDefault="00000000">
      <w:pPr>
        <w:spacing w:before="60" w:after="40"/>
      </w:pPr>
      <w:r>
        <w:t xml:space="preserve">7. </w:t>
      </w:r>
      <w:r w:rsidR="00BF4B2B">
        <w:t>(a) Study the figure below</w:t>
      </w:r>
      <w:r>
        <w:t>.</w:t>
      </w:r>
      <w:r w:rsidR="00BF4B2B">
        <w:t xml:space="preserve"> </w:t>
      </w:r>
      <w:r w:rsidR="00BF4B2B">
        <w:t>Find its volume</w:t>
      </w:r>
      <w:r w:rsidR="00BF4B2B">
        <w:t xml:space="preserve">. </w:t>
      </w:r>
      <w:r w:rsidR="00BF4B2B" w:rsidRPr="00BF4B2B">
        <w:rPr>
          <w:b/>
          <w:bCs/>
        </w:rPr>
        <w:t>(2 marks)</w:t>
      </w:r>
      <w:r w:rsidR="00BF4B2B">
        <w:t xml:space="preserve"> </w:t>
      </w:r>
    </w:p>
    <w:p w14:paraId="6CD67014" w14:textId="72BE3674" w:rsidR="00BF4B2B" w:rsidRDefault="00BF4B2B" w:rsidP="00BF4B2B">
      <w:pPr>
        <w:spacing w:before="60" w:after="40"/>
        <w:jc w:val="center"/>
      </w:pPr>
      <w:r w:rsidRPr="00BF4B2B">
        <w:lastRenderedPageBreak/>
        <w:drawing>
          <wp:inline distT="0" distB="0" distL="0" distR="0" wp14:anchorId="063BEA18" wp14:editId="7012B519">
            <wp:extent cx="3962400" cy="2559050"/>
            <wp:effectExtent l="0" t="0" r="0" b="0"/>
            <wp:docPr id="138319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19369" name=""/>
                    <pic:cNvPicPr/>
                  </pic:nvPicPr>
                  <pic:blipFill rotWithShape="1">
                    <a:blip r:embed="rId9"/>
                    <a:srcRect l="7909" t="23498" r="31906" b="5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55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D11CC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4408085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98F5E1B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C1A3250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271E2F7" w14:textId="55B268BF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6C0EDF3" w14:textId="74F4AAC8" w:rsidR="00BF4B2B" w:rsidRDefault="00000000">
      <w:pPr>
        <w:spacing w:before="60" w:after="40"/>
      </w:pPr>
      <w:r>
        <w:t xml:space="preserve"> (b) A cuboid is 8 cm × 5 cm × 3 cm. Find its total surface area.</w:t>
      </w:r>
      <w:r w:rsidR="00BF4B2B">
        <w:t xml:space="preserve"> </w:t>
      </w:r>
      <w:r w:rsidR="00BF4B2B" w:rsidRPr="00BF4B2B">
        <w:rPr>
          <w:b/>
          <w:bCs/>
        </w:rPr>
        <w:t>(2 marks)</w:t>
      </w:r>
      <w:r>
        <w:t xml:space="preserve"> </w:t>
      </w:r>
    </w:p>
    <w:p w14:paraId="0A03CC07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EB6E59C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9936CEF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7C6EFCF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5EA89A6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78B673A" w14:textId="77777777" w:rsidR="00BF4B2B" w:rsidRDefault="00BF4B2B">
      <w:pPr>
        <w:spacing w:before="60" w:after="40"/>
      </w:pPr>
    </w:p>
    <w:p w14:paraId="109AE9CC" w14:textId="7907495F" w:rsidR="000D3E6E" w:rsidRDefault="00000000">
      <w:pPr>
        <w:spacing w:before="60" w:after="40"/>
      </w:pPr>
      <w:r>
        <w:t>(c) State the information needed to calculate the volume of a frustum.</w:t>
      </w:r>
      <w:r>
        <w:rPr>
          <w:b/>
        </w:rPr>
        <w:t xml:space="preserve"> (</w:t>
      </w:r>
      <w:r w:rsidR="00BF4B2B">
        <w:rPr>
          <w:b/>
        </w:rPr>
        <w:t xml:space="preserve">3 </w:t>
      </w:r>
      <w:r>
        <w:rPr>
          <w:b/>
        </w:rPr>
        <w:t>marks)</w:t>
      </w:r>
    </w:p>
    <w:p w14:paraId="4096BE99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21ABBE3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6A6D82C" w14:textId="77777777" w:rsidR="000D3E6E" w:rsidRDefault="00000000">
      <w:pPr>
        <w:spacing w:after="0"/>
        <w:rPr>
          <w:sz w:val="18"/>
        </w:rPr>
      </w:pPr>
      <w:r>
        <w:rPr>
          <w:sz w:val="18"/>
        </w:rPr>
        <w:t>____________________________________________________________________________________________________________</w:t>
      </w:r>
    </w:p>
    <w:p w14:paraId="1FDDF953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1B2AFA2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F08A275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94D3CB7" w14:textId="77777777" w:rsidR="00BF4B2B" w:rsidRDefault="00BF4B2B" w:rsidP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EBDC8AA" w14:textId="3421C6F1" w:rsidR="00BF4B2B" w:rsidRDefault="00BF4B2B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9BFC841" w14:textId="77777777" w:rsidR="000D3E6E" w:rsidRDefault="00000000">
      <w:pPr>
        <w:spacing w:before="60" w:after="40"/>
      </w:pPr>
      <w:r>
        <w:t>8. A car has the following displacement-time data.</w:t>
      </w:r>
      <w:r>
        <w:rPr>
          <w:b/>
        </w:rPr>
        <w:t xml:space="preserve"> (8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  <w:gridCol w:w="1728"/>
      </w:tblGrid>
      <w:tr w:rsidR="000D3E6E" w14:paraId="78E7DB29" w14:textId="77777777">
        <w:trPr>
          <w:jc w:val="center"/>
        </w:trPr>
        <w:tc>
          <w:tcPr>
            <w:tcW w:w="1728" w:type="dxa"/>
            <w:shd w:val="clear" w:color="auto" w:fill="D9E1F2"/>
          </w:tcPr>
          <w:p w14:paraId="5D724F43" w14:textId="77777777" w:rsidR="000D3E6E" w:rsidRDefault="00000000">
            <w:r>
              <w:rPr>
                <w:b/>
                <w:sz w:val="18"/>
              </w:rPr>
              <w:t>Time (s)</w:t>
            </w:r>
          </w:p>
        </w:tc>
        <w:tc>
          <w:tcPr>
            <w:tcW w:w="1728" w:type="dxa"/>
            <w:shd w:val="clear" w:color="auto" w:fill="D9E1F2"/>
          </w:tcPr>
          <w:p w14:paraId="05579B87" w14:textId="77777777" w:rsidR="000D3E6E" w:rsidRDefault="00000000">
            <w:r>
              <w:rPr>
                <w:b/>
                <w:sz w:val="18"/>
              </w:rPr>
              <w:t>0</w:t>
            </w:r>
          </w:p>
        </w:tc>
        <w:tc>
          <w:tcPr>
            <w:tcW w:w="1728" w:type="dxa"/>
            <w:shd w:val="clear" w:color="auto" w:fill="D9E1F2"/>
          </w:tcPr>
          <w:p w14:paraId="0CF649E3" w14:textId="77777777" w:rsidR="000D3E6E" w:rsidRDefault="00000000">
            <w:r>
              <w:rPr>
                <w:b/>
                <w:sz w:val="18"/>
              </w:rPr>
              <w:t>2</w:t>
            </w:r>
          </w:p>
        </w:tc>
        <w:tc>
          <w:tcPr>
            <w:tcW w:w="1728" w:type="dxa"/>
            <w:shd w:val="clear" w:color="auto" w:fill="D9E1F2"/>
          </w:tcPr>
          <w:p w14:paraId="5F7D33A6" w14:textId="77777777" w:rsidR="000D3E6E" w:rsidRDefault="00000000">
            <w:r>
              <w:rPr>
                <w:b/>
                <w:sz w:val="18"/>
              </w:rPr>
              <w:t>4</w:t>
            </w:r>
          </w:p>
        </w:tc>
        <w:tc>
          <w:tcPr>
            <w:tcW w:w="1728" w:type="dxa"/>
            <w:shd w:val="clear" w:color="auto" w:fill="D9E1F2"/>
          </w:tcPr>
          <w:p w14:paraId="61334B42" w14:textId="77777777" w:rsidR="000D3E6E" w:rsidRDefault="00000000">
            <w:r>
              <w:rPr>
                <w:b/>
                <w:sz w:val="18"/>
              </w:rPr>
              <w:t>6</w:t>
            </w:r>
          </w:p>
        </w:tc>
        <w:tc>
          <w:tcPr>
            <w:tcW w:w="1728" w:type="dxa"/>
            <w:shd w:val="clear" w:color="auto" w:fill="D9E1F2"/>
          </w:tcPr>
          <w:p w14:paraId="07DB08A8" w14:textId="77777777" w:rsidR="000D3E6E" w:rsidRDefault="00000000">
            <w:r>
              <w:rPr>
                <w:b/>
                <w:sz w:val="18"/>
              </w:rPr>
              <w:t>8</w:t>
            </w:r>
          </w:p>
        </w:tc>
      </w:tr>
      <w:tr w:rsidR="000D3E6E" w14:paraId="301CEA12" w14:textId="77777777">
        <w:trPr>
          <w:jc w:val="center"/>
        </w:trPr>
        <w:tc>
          <w:tcPr>
            <w:tcW w:w="1728" w:type="dxa"/>
          </w:tcPr>
          <w:p w14:paraId="71CFB4B2" w14:textId="77777777" w:rsidR="000D3E6E" w:rsidRDefault="00000000">
            <w:r>
              <w:rPr>
                <w:sz w:val="18"/>
              </w:rPr>
              <w:t>Displacement (m)</w:t>
            </w:r>
          </w:p>
        </w:tc>
        <w:tc>
          <w:tcPr>
            <w:tcW w:w="1728" w:type="dxa"/>
          </w:tcPr>
          <w:p w14:paraId="4853F3CB" w14:textId="77777777" w:rsidR="000D3E6E" w:rsidRDefault="00000000">
            <w:r>
              <w:rPr>
                <w:sz w:val="18"/>
              </w:rPr>
              <w:t>0</w:t>
            </w:r>
          </w:p>
        </w:tc>
        <w:tc>
          <w:tcPr>
            <w:tcW w:w="1728" w:type="dxa"/>
          </w:tcPr>
          <w:p w14:paraId="57BC9893" w14:textId="77777777" w:rsidR="000D3E6E" w:rsidRDefault="00000000">
            <w:r>
              <w:rPr>
                <w:sz w:val="18"/>
              </w:rPr>
              <w:t>10</w:t>
            </w:r>
          </w:p>
        </w:tc>
        <w:tc>
          <w:tcPr>
            <w:tcW w:w="1728" w:type="dxa"/>
          </w:tcPr>
          <w:p w14:paraId="79361378" w14:textId="77777777" w:rsidR="000D3E6E" w:rsidRDefault="00000000">
            <w:r>
              <w:rPr>
                <w:sz w:val="18"/>
              </w:rPr>
              <w:t>20</w:t>
            </w:r>
          </w:p>
        </w:tc>
        <w:tc>
          <w:tcPr>
            <w:tcW w:w="1728" w:type="dxa"/>
          </w:tcPr>
          <w:p w14:paraId="2A95DB28" w14:textId="77777777" w:rsidR="000D3E6E" w:rsidRDefault="00000000">
            <w:r>
              <w:rPr>
                <w:sz w:val="18"/>
              </w:rPr>
              <w:t>30</w:t>
            </w:r>
          </w:p>
        </w:tc>
        <w:tc>
          <w:tcPr>
            <w:tcW w:w="1728" w:type="dxa"/>
          </w:tcPr>
          <w:p w14:paraId="52054B0C" w14:textId="77777777" w:rsidR="000D3E6E" w:rsidRDefault="00000000">
            <w:r>
              <w:rPr>
                <w:sz w:val="18"/>
              </w:rPr>
              <w:t>40</w:t>
            </w:r>
          </w:p>
        </w:tc>
      </w:tr>
    </w:tbl>
    <w:p w14:paraId="604C7ECB" w14:textId="77777777" w:rsidR="000D3E6E" w:rsidRDefault="00000000">
      <w:pPr>
        <w:spacing w:after="40"/>
      </w:pPr>
      <w:r>
        <w:rPr>
          <w:sz w:val="20"/>
        </w:rPr>
        <w:t>(a) Plot a displacement-time graph.</w:t>
      </w:r>
    </w:p>
    <w:p w14:paraId="11CB5307" w14:textId="0D25C77D" w:rsidR="00673180" w:rsidRDefault="00673180">
      <w:pPr>
        <w:spacing w:before="60" w:after="40"/>
        <w:rPr>
          <w:i/>
          <w:sz w:val="18"/>
        </w:rPr>
      </w:pPr>
      <w:r w:rsidRPr="00673180">
        <w:rPr>
          <w:i/>
          <w:sz w:val="18"/>
        </w:rPr>
        <w:lastRenderedPageBreak/>
        <w:drawing>
          <wp:inline distT="0" distB="0" distL="0" distR="0" wp14:anchorId="7D62C32C" wp14:editId="698C4328">
            <wp:extent cx="5791200" cy="2990850"/>
            <wp:effectExtent l="0" t="0" r="0" b="0"/>
            <wp:docPr id="1563269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269828" name=""/>
                    <pic:cNvPicPr/>
                  </pic:nvPicPr>
                  <pic:blipFill rotWithShape="1">
                    <a:blip r:embed="rId10"/>
                    <a:srcRect t="14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D871EE" w14:textId="4959B6EC" w:rsidR="000D3E6E" w:rsidRDefault="00000000">
      <w:pPr>
        <w:spacing w:before="60" w:after="40"/>
      </w:pPr>
      <w:r>
        <w:t>(b) Determine the speed represented by the graph.</w:t>
      </w:r>
      <w:r>
        <w:rPr>
          <w:b/>
        </w:rPr>
        <w:t xml:space="preserve"> (2 marks)</w:t>
      </w:r>
    </w:p>
    <w:p w14:paraId="58978BE7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8DF11F5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0C0B334" w14:textId="77777777" w:rsidR="000D3E6E" w:rsidRDefault="00000000">
      <w:pPr>
        <w:spacing w:before="60" w:after="40"/>
      </w:pPr>
      <w:r>
        <w:t>(c) A second car travels at 8 m/s in the same direction. Find the relative speed.</w:t>
      </w:r>
      <w:r>
        <w:rPr>
          <w:b/>
        </w:rPr>
        <w:t xml:space="preserve"> (3 marks)</w:t>
      </w:r>
    </w:p>
    <w:p w14:paraId="6BA7AB81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A6B56FF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2F5341A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3DC9D84" w14:textId="77777777" w:rsidR="000D3E6E" w:rsidRDefault="00000000">
      <w:pPr>
        <w:pStyle w:val="Heading1"/>
      </w:pPr>
      <w:r>
        <w:t>SECTION C: STATISTICS AND PROBABILITY</w:t>
      </w:r>
    </w:p>
    <w:p w14:paraId="3193A327" w14:textId="77777777" w:rsidR="000D3E6E" w:rsidRDefault="00000000">
      <w:pPr>
        <w:spacing w:before="60" w:after="40"/>
      </w:pPr>
      <w:r>
        <w:t>9. The numbers of books read by 12 learners are 2, 4, 3, 5, 2, 6, 4, 3, 2, 5, 4, 8. (a) Prepare a frequency table. (b) Find the mean, mode and median.</w:t>
      </w:r>
      <w:r>
        <w:rPr>
          <w:b/>
        </w:rPr>
        <w:t xml:space="preserve"> (8 marks)</w:t>
      </w:r>
    </w:p>
    <w:p w14:paraId="07E6CC9D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C44546A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46734E3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6649BCB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CB97E7A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3361650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D02EEF9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496C6A8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7501324" w14:textId="77777777" w:rsidR="000D3E6E" w:rsidRDefault="00000000">
      <w:pPr>
        <w:spacing w:before="60" w:after="40"/>
      </w:pPr>
      <w:r>
        <w:t>10. Test scores are grouped as follows.</w:t>
      </w:r>
      <w:r>
        <w:rPr>
          <w:b/>
        </w:rPr>
        <w:t xml:space="preserve"> (8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  <w:gridCol w:w="1728"/>
      </w:tblGrid>
      <w:tr w:rsidR="000D3E6E" w14:paraId="37F47F58" w14:textId="77777777">
        <w:trPr>
          <w:jc w:val="center"/>
        </w:trPr>
        <w:tc>
          <w:tcPr>
            <w:tcW w:w="1728" w:type="dxa"/>
            <w:shd w:val="clear" w:color="auto" w:fill="D9E1F2"/>
          </w:tcPr>
          <w:p w14:paraId="35FB2C83" w14:textId="77777777" w:rsidR="000D3E6E" w:rsidRDefault="00000000">
            <w:r>
              <w:rPr>
                <w:b/>
                <w:sz w:val="18"/>
              </w:rPr>
              <w:t>Score</w:t>
            </w:r>
          </w:p>
        </w:tc>
        <w:tc>
          <w:tcPr>
            <w:tcW w:w="1728" w:type="dxa"/>
            <w:shd w:val="clear" w:color="auto" w:fill="D9E1F2"/>
          </w:tcPr>
          <w:p w14:paraId="7FE76EA9" w14:textId="77777777" w:rsidR="000D3E6E" w:rsidRDefault="00000000">
            <w:r>
              <w:rPr>
                <w:b/>
                <w:sz w:val="18"/>
              </w:rPr>
              <w:t>0–9</w:t>
            </w:r>
          </w:p>
        </w:tc>
        <w:tc>
          <w:tcPr>
            <w:tcW w:w="1728" w:type="dxa"/>
            <w:shd w:val="clear" w:color="auto" w:fill="D9E1F2"/>
          </w:tcPr>
          <w:p w14:paraId="6C8D37C3" w14:textId="77777777" w:rsidR="000D3E6E" w:rsidRDefault="00000000">
            <w:r>
              <w:rPr>
                <w:b/>
                <w:sz w:val="18"/>
              </w:rPr>
              <w:t>10–19</w:t>
            </w:r>
          </w:p>
        </w:tc>
        <w:tc>
          <w:tcPr>
            <w:tcW w:w="1728" w:type="dxa"/>
            <w:shd w:val="clear" w:color="auto" w:fill="D9E1F2"/>
          </w:tcPr>
          <w:p w14:paraId="00A1231D" w14:textId="77777777" w:rsidR="000D3E6E" w:rsidRDefault="00000000">
            <w:r>
              <w:rPr>
                <w:b/>
                <w:sz w:val="18"/>
              </w:rPr>
              <w:t>20–29</w:t>
            </w:r>
          </w:p>
        </w:tc>
        <w:tc>
          <w:tcPr>
            <w:tcW w:w="1728" w:type="dxa"/>
            <w:shd w:val="clear" w:color="auto" w:fill="D9E1F2"/>
          </w:tcPr>
          <w:p w14:paraId="40CCB8F9" w14:textId="77777777" w:rsidR="000D3E6E" w:rsidRDefault="00000000">
            <w:r>
              <w:rPr>
                <w:b/>
                <w:sz w:val="18"/>
              </w:rPr>
              <w:t>30–39</w:t>
            </w:r>
          </w:p>
        </w:tc>
        <w:tc>
          <w:tcPr>
            <w:tcW w:w="1728" w:type="dxa"/>
            <w:shd w:val="clear" w:color="auto" w:fill="D9E1F2"/>
          </w:tcPr>
          <w:p w14:paraId="08E0ED19" w14:textId="77777777" w:rsidR="000D3E6E" w:rsidRDefault="00000000">
            <w:r>
              <w:rPr>
                <w:b/>
                <w:sz w:val="18"/>
              </w:rPr>
              <w:t>40–49</w:t>
            </w:r>
          </w:p>
        </w:tc>
      </w:tr>
      <w:tr w:rsidR="000D3E6E" w14:paraId="4B95A6AC" w14:textId="77777777">
        <w:trPr>
          <w:jc w:val="center"/>
        </w:trPr>
        <w:tc>
          <w:tcPr>
            <w:tcW w:w="1728" w:type="dxa"/>
          </w:tcPr>
          <w:p w14:paraId="39C633B4" w14:textId="77777777" w:rsidR="000D3E6E" w:rsidRDefault="00000000">
            <w:r>
              <w:rPr>
                <w:sz w:val="18"/>
              </w:rPr>
              <w:t>Frequency</w:t>
            </w:r>
          </w:p>
        </w:tc>
        <w:tc>
          <w:tcPr>
            <w:tcW w:w="1728" w:type="dxa"/>
          </w:tcPr>
          <w:p w14:paraId="03BA46FA" w14:textId="77777777" w:rsidR="000D3E6E" w:rsidRDefault="00000000">
            <w:r>
              <w:rPr>
                <w:sz w:val="18"/>
              </w:rPr>
              <w:t>3</w:t>
            </w:r>
          </w:p>
        </w:tc>
        <w:tc>
          <w:tcPr>
            <w:tcW w:w="1728" w:type="dxa"/>
          </w:tcPr>
          <w:p w14:paraId="1C419C58" w14:textId="77777777" w:rsidR="000D3E6E" w:rsidRDefault="00000000">
            <w:r>
              <w:rPr>
                <w:sz w:val="18"/>
              </w:rPr>
              <w:t>7</w:t>
            </w:r>
          </w:p>
        </w:tc>
        <w:tc>
          <w:tcPr>
            <w:tcW w:w="1728" w:type="dxa"/>
          </w:tcPr>
          <w:p w14:paraId="1C17A64D" w14:textId="77777777" w:rsidR="000D3E6E" w:rsidRDefault="00000000">
            <w:r>
              <w:rPr>
                <w:sz w:val="18"/>
              </w:rPr>
              <w:t>12</w:t>
            </w:r>
          </w:p>
        </w:tc>
        <w:tc>
          <w:tcPr>
            <w:tcW w:w="1728" w:type="dxa"/>
          </w:tcPr>
          <w:p w14:paraId="525392A4" w14:textId="77777777" w:rsidR="000D3E6E" w:rsidRDefault="00000000">
            <w:r>
              <w:rPr>
                <w:sz w:val="18"/>
              </w:rPr>
              <w:t>6</w:t>
            </w:r>
          </w:p>
        </w:tc>
        <w:tc>
          <w:tcPr>
            <w:tcW w:w="1728" w:type="dxa"/>
          </w:tcPr>
          <w:p w14:paraId="6B2D8008" w14:textId="77777777" w:rsidR="000D3E6E" w:rsidRDefault="00000000">
            <w:r>
              <w:rPr>
                <w:sz w:val="18"/>
              </w:rPr>
              <w:t>2</w:t>
            </w:r>
          </w:p>
        </w:tc>
      </w:tr>
    </w:tbl>
    <w:p w14:paraId="4727E063" w14:textId="77777777" w:rsidR="000D3E6E" w:rsidRDefault="00000000">
      <w:pPr>
        <w:spacing w:before="60" w:after="40"/>
      </w:pPr>
      <w:r>
        <w:t>(a) State the modal class.</w:t>
      </w:r>
      <w:r>
        <w:rPr>
          <w:b/>
        </w:rPr>
        <w:t xml:space="preserve"> (2 marks)</w:t>
      </w:r>
    </w:p>
    <w:p w14:paraId="5FD80FE1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EE60360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91C7581" w14:textId="77777777" w:rsidR="000D3E6E" w:rsidRDefault="00000000">
      <w:pPr>
        <w:spacing w:before="60" w:after="40"/>
      </w:pPr>
      <w:r>
        <w:t>(b) Find the total frequency.</w:t>
      </w:r>
      <w:r>
        <w:rPr>
          <w:b/>
        </w:rPr>
        <w:t xml:space="preserve"> (2 marks)</w:t>
      </w:r>
    </w:p>
    <w:p w14:paraId="33D4CAFA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57BAEFE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4F4F567" w14:textId="77777777" w:rsidR="000D3E6E" w:rsidRDefault="00000000">
      <w:pPr>
        <w:spacing w:before="60" w:after="40"/>
      </w:pPr>
      <w:r>
        <w:t>(c) Explain two differences between a histogram and a frequency polygon.</w:t>
      </w:r>
      <w:r>
        <w:rPr>
          <w:b/>
        </w:rPr>
        <w:t xml:space="preserve"> (4 marks)</w:t>
      </w:r>
    </w:p>
    <w:p w14:paraId="747753EB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0DB66F8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C09F0AB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46288EB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32B6D13" w14:textId="77777777" w:rsidR="000D3E6E" w:rsidRDefault="00000000">
      <w:pPr>
        <w:spacing w:before="60" w:after="40"/>
      </w:pPr>
      <w:r>
        <w:lastRenderedPageBreak/>
        <w:t>11. A bag contains 4 red, 3 blue and 3 green balls. (a) Find P(red). (b) Find P(blue or green). (c) A fair die and fair coin are used. Find P(six and head). (d) State the range of probability.</w:t>
      </w:r>
      <w:r>
        <w:rPr>
          <w:b/>
        </w:rPr>
        <w:t xml:space="preserve"> (8 marks)</w:t>
      </w:r>
    </w:p>
    <w:p w14:paraId="0404333E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02E93FC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5F008CF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48EB401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19C7D27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B7A257E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7FD5B4C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DA42449" w14:textId="77777777" w:rsidR="000D3E6E" w:rsidRDefault="00000000">
      <w:pPr>
        <w:spacing w:after="0"/>
        <w:rPr>
          <w:sz w:val="18"/>
        </w:rPr>
      </w:pPr>
      <w:r>
        <w:rPr>
          <w:sz w:val="18"/>
        </w:rPr>
        <w:t>____________________________________________________________________________________________________________</w:t>
      </w:r>
    </w:p>
    <w:p w14:paraId="0B94CE18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6B32185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119CB01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58D971D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3EB24C1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EEDD0A9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46AC759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6F6E8702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8EE3B31" w14:textId="77777777" w:rsidR="00673180" w:rsidRDefault="00673180">
      <w:pPr>
        <w:spacing w:after="0"/>
      </w:pPr>
    </w:p>
    <w:p w14:paraId="4D10EEC4" w14:textId="77777777" w:rsidR="000D3E6E" w:rsidRDefault="00000000">
      <w:pPr>
        <w:spacing w:before="60" w:after="40"/>
      </w:pPr>
      <w:r>
        <w:t>12. Events W and B are independent, with P(W)=0.4 and P(B)=0.7. (a) Draw a probability tree. (b) Find P(W and B). (c) Find P(W and not B). (d) Explain why multiplication is appropriate.</w:t>
      </w:r>
      <w:r>
        <w:rPr>
          <w:b/>
        </w:rPr>
        <w:t xml:space="preserve"> (10 marks)</w:t>
      </w:r>
    </w:p>
    <w:p w14:paraId="552364E7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49E2E395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2041BA06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48A4B6E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187C66DF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7833D6B" w14:textId="77777777" w:rsidR="000D3E6E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0D82BDC" w14:textId="77777777" w:rsidR="000D3E6E" w:rsidRDefault="00000000">
      <w:pPr>
        <w:spacing w:after="0"/>
        <w:rPr>
          <w:sz w:val="18"/>
        </w:rPr>
      </w:pPr>
      <w:r>
        <w:rPr>
          <w:sz w:val="18"/>
        </w:rPr>
        <w:t>____________________________________________________________________________________________________________</w:t>
      </w:r>
    </w:p>
    <w:p w14:paraId="0A2CE1A4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6D916EF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0151BE2C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7F94E77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7243F2B6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3C3205C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5FBD4728" w14:textId="77777777" w:rsidR="00673180" w:rsidRDefault="00673180" w:rsidP="00673180">
      <w:pPr>
        <w:spacing w:after="0"/>
      </w:pPr>
      <w:r>
        <w:rPr>
          <w:sz w:val="18"/>
        </w:rPr>
        <w:t>____________________________________________________________________________________________________________</w:t>
      </w:r>
    </w:p>
    <w:p w14:paraId="38CA3BC8" w14:textId="77777777" w:rsidR="00673180" w:rsidRDefault="00673180">
      <w:pPr>
        <w:spacing w:after="0"/>
      </w:pPr>
    </w:p>
    <w:p w14:paraId="00173F50" w14:textId="77777777" w:rsidR="000D3E6E" w:rsidRDefault="00000000">
      <w:pPr>
        <w:spacing w:after="40"/>
      </w:pPr>
      <w:r>
        <w:rPr>
          <w:b/>
          <w:sz w:val="20"/>
        </w:rPr>
        <w:t>END OF QUESTION PAPER</w:t>
      </w:r>
    </w:p>
    <w:sectPr w:rsidR="000D3E6E" w:rsidSect="00034616">
      <w:footerReference w:type="default" r:id="rId11"/>
      <w:head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D0292" w14:textId="77777777" w:rsidR="008F0C2F" w:rsidRDefault="008F0C2F">
      <w:pPr>
        <w:spacing w:after="0" w:line="240" w:lineRule="auto"/>
      </w:pPr>
      <w:r>
        <w:separator/>
      </w:r>
    </w:p>
  </w:endnote>
  <w:endnote w:type="continuationSeparator" w:id="0">
    <w:p w14:paraId="02492E1F" w14:textId="77777777" w:rsidR="008F0C2F" w:rsidRDefault="008F0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6DC39" w14:textId="77777777" w:rsidR="008F0C2F" w:rsidRDefault="008F0C2F">
      <w:pPr>
        <w:spacing w:after="0" w:line="240" w:lineRule="auto"/>
      </w:pPr>
      <w:r>
        <w:separator/>
      </w:r>
    </w:p>
  </w:footnote>
  <w:footnote w:type="continuationSeparator" w:id="0">
    <w:p w14:paraId="62C72408" w14:textId="77777777" w:rsidR="008F0C2F" w:rsidRDefault="008F0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9733349">
    <w:abstractNumId w:val="8"/>
  </w:num>
  <w:num w:numId="2" w16cid:durableId="1366909069">
    <w:abstractNumId w:val="6"/>
  </w:num>
  <w:num w:numId="3" w16cid:durableId="1124495014">
    <w:abstractNumId w:val="5"/>
  </w:num>
  <w:num w:numId="4" w16cid:durableId="801506541">
    <w:abstractNumId w:val="4"/>
  </w:num>
  <w:num w:numId="5" w16cid:durableId="990449554">
    <w:abstractNumId w:val="7"/>
  </w:num>
  <w:num w:numId="6" w16cid:durableId="333382221">
    <w:abstractNumId w:val="3"/>
  </w:num>
  <w:num w:numId="7" w16cid:durableId="733045535">
    <w:abstractNumId w:val="2"/>
  </w:num>
  <w:num w:numId="8" w16cid:durableId="634677504">
    <w:abstractNumId w:val="1"/>
  </w:num>
  <w:num w:numId="9" w16cid:durableId="41255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E6E"/>
    <w:rsid w:val="0015074B"/>
    <w:rsid w:val="0029639D"/>
    <w:rsid w:val="00326F90"/>
    <w:rsid w:val="005C71EE"/>
    <w:rsid w:val="00673180"/>
    <w:rsid w:val="008F0C2F"/>
    <w:rsid w:val="00AA1D8D"/>
    <w:rsid w:val="00B47730"/>
    <w:rsid w:val="00BF4B2B"/>
    <w:rsid w:val="00C833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1793A7"/>
  <w14:defaultImageDpi w14:val="300"/>
  <w15:docId w15:val="{D2B97328-DC09-46D5-A17F-FBACE7CE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1EE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2.xml"/><Relationship Id="rId1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2597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4</cp:revision>
  <dcterms:created xsi:type="dcterms:W3CDTF">2013-12-23T23:15:00Z</dcterms:created>
  <dcterms:modified xsi:type="dcterms:W3CDTF">2026-09-23T20:16:00Z</dcterms:modified>
  <cp:category/>
</cp:coreProperties>
</file>