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D801" w14:textId="77777777" w:rsidR="00BC7B01" w:rsidRDefault="00BC7B01"/>
    <w:p w14:paraId="37C486BD" w14:textId="77777777" w:rsidR="00BC7B01" w:rsidRDefault="00BC7B01"/>
    <w:p w14:paraId="0971DB7A" w14:textId="77777777" w:rsidR="00BC7B01" w:rsidRDefault="00000000">
      <w:pPr>
        <w:jc w:val="center"/>
      </w:pPr>
      <w:r>
        <w:rPr>
          <w:b/>
          <w:sz w:val="36"/>
        </w:rPr>
        <w:t/>
      </w:r>
    </w:p>
    <w:p w14:paraId="6FFD907D" w14:textId="77777777" w:rsidR="00BC7B01" w:rsidRDefault="00000000">
      <w:pPr>
        <w:jc w:val="center"/>
      </w:pPr>
      <w:r>
        <w:rPr>
          <w:b/>
          <w:sz w:val="28"/>
        </w:rPr>
        <w:t>END TERM 3 2026</w:t>
      </w:r>
    </w:p>
    <w:p w14:paraId="6D9CFBF3" w14:textId="77777777" w:rsidR="00BC7B01" w:rsidRDefault="00000000">
      <w:pPr>
        <w:jc w:val="center"/>
      </w:pPr>
      <w:r>
        <w:rPr>
          <w:b/>
          <w:sz w:val="28"/>
        </w:rPr>
        <w:t>GRADE 10</w:t>
      </w:r>
    </w:p>
    <w:p w14:paraId="3A7A92E3" w14:textId="77777777" w:rsidR="00BC7B01" w:rsidRDefault="00000000">
      <w:pPr>
        <w:jc w:val="center"/>
      </w:pPr>
      <w:r>
        <w:rPr>
          <w:b/>
          <w:sz w:val="32"/>
        </w:rPr>
        <w:t>COMPUTER STUDIES</w:t>
      </w:r>
    </w:p>
    <w:p w14:paraId="0B61E0D1" w14:textId="77777777" w:rsidR="00BC7B01" w:rsidRDefault="00000000">
      <w:pPr>
        <w:jc w:val="center"/>
      </w:pPr>
      <w:r>
        <w:rPr>
          <w:b/>
          <w:sz w:val="24"/>
        </w:rPr>
        <w:t>SUMMATIVE ASSESSMENT</w:t>
      </w:r>
    </w:p>
    <w:p w14:paraId="44FA56F1" w14:textId="77777777" w:rsidR="00BC7B01" w:rsidRDefault="00000000">
      <w:pPr>
        <w:jc w:val="center"/>
      </w:pPr>
      <w:r>
        <w:rPr>
          <w:b/>
        </w:rPr>
        <w:t>TIME: 2 HOURS 30 MINUTES    |    TOTAL: 100 MARKS</w:t>
      </w:r>
    </w:p>
    <w:p w14:paraId="52E62B0D" w14:textId="77777777" w:rsidR="00BC7B01" w:rsidRDefault="00BC7B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8"/>
        <w:gridCol w:w="5816"/>
      </w:tblGrid>
      <w:tr w:rsidR="00BC7B01" w14:paraId="38AB2A93" w14:textId="77777777" w:rsidTr="0088318B">
        <w:tc>
          <w:tcPr>
            <w:tcW w:w="5184" w:type="dxa"/>
          </w:tcPr>
          <w:p w14:paraId="630E60D8" w14:textId="77777777" w:rsidR="00BC7B01" w:rsidRDefault="00000000">
            <w:r>
              <w:rPr>
                <w:b/>
                <w:sz w:val="20"/>
              </w:rPr>
              <w:t>Name</w:t>
            </w:r>
          </w:p>
        </w:tc>
        <w:tc>
          <w:tcPr>
            <w:tcW w:w="5184" w:type="dxa"/>
          </w:tcPr>
          <w:p w14:paraId="39A6377B" w14:textId="77777777" w:rsidR="00BC7B01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BC7B01" w14:paraId="6373E9B2" w14:textId="77777777" w:rsidTr="0088318B">
        <w:tc>
          <w:tcPr>
            <w:tcW w:w="5184" w:type="dxa"/>
          </w:tcPr>
          <w:p w14:paraId="198D086B" w14:textId="77777777" w:rsidR="00BC7B01" w:rsidRDefault="00000000">
            <w:r>
              <w:rPr>
                <w:b/>
                <w:sz w:val="20"/>
              </w:rPr>
              <w:t>Assessment Number</w:t>
            </w:r>
          </w:p>
        </w:tc>
        <w:tc>
          <w:tcPr>
            <w:tcW w:w="5184" w:type="dxa"/>
          </w:tcPr>
          <w:p w14:paraId="5288C17E" w14:textId="77777777" w:rsidR="00BC7B01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BC7B01" w14:paraId="1E098CFA" w14:textId="77777777" w:rsidTr="0088318B">
        <w:tc>
          <w:tcPr>
            <w:tcW w:w="5184" w:type="dxa"/>
          </w:tcPr>
          <w:p w14:paraId="70D93338" w14:textId="77777777" w:rsidR="00BC7B01" w:rsidRDefault="00000000">
            <w:r>
              <w:rPr>
                <w:b/>
                <w:sz w:val="20"/>
              </w:rPr>
              <w:t>Class / Stream</w:t>
            </w:r>
          </w:p>
        </w:tc>
        <w:tc>
          <w:tcPr>
            <w:tcW w:w="5184" w:type="dxa"/>
          </w:tcPr>
          <w:p w14:paraId="578ED837" w14:textId="77777777" w:rsidR="00BC7B01" w:rsidRDefault="00000000">
            <w:r>
              <w:rPr>
                <w:sz w:val="20"/>
              </w:rPr>
              <w:t>________________________________________________________</w:t>
            </w:r>
          </w:p>
        </w:tc>
      </w:tr>
      <w:tr w:rsidR="00BC7B01" w14:paraId="497B3312" w14:textId="77777777" w:rsidTr="0088318B">
        <w:tc>
          <w:tcPr>
            <w:tcW w:w="5184" w:type="dxa"/>
          </w:tcPr>
          <w:p w14:paraId="6F7201DF" w14:textId="77777777" w:rsidR="00BC7B01" w:rsidRDefault="00000000">
            <w:r>
              <w:rPr>
                <w:b/>
                <w:sz w:val="20"/>
              </w:rPr>
              <w:t>Date</w:t>
            </w:r>
          </w:p>
        </w:tc>
        <w:tc>
          <w:tcPr>
            <w:tcW w:w="5184" w:type="dxa"/>
          </w:tcPr>
          <w:p w14:paraId="03BECAEA" w14:textId="77777777" w:rsidR="00BC7B01" w:rsidRDefault="00000000">
            <w:r>
              <w:rPr>
                <w:sz w:val="20"/>
              </w:rPr>
              <w:t>________________________________________________________</w:t>
            </w:r>
          </w:p>
        </w:tc>
      </w:tr>
    </w:tbl>
    <w:p w14:paraId="16631EFF" w14:textId="77777777" w:rsidR="00BC7B01" w:rsidRDefault="00BC7B01"/>
    <w:p w14:paraId="73A8CDDD" w14:textId="77777777" w:rsidR="00BC7B01" w:rsidRDefault="00000000">
      <w:r>
        <w:rPr>
          <w:b/>
        </w:rPr>
        <w:t>INSTRUCTIONS TO CANDIDATES</w:t>
      </w:r>
    </w:p>
    <w:p w14:paraId="2DEE7E17" w14:textId="77777777" w:rsidR="00BC7B01" w:rsidRDefault="00000000">
      <w:pPr>
        <w:ind w:left="288"/>
      </w:pPr>
      <w:r>
        <w:t>• Write your name and assessment details in the spaces provided.</w:t>
      </w:r>
    </w:p>
    <w:p w14:paraId="3167F3ED" w14:textId="77777777" w:rsidR="00BC7B01" w:rsidRDefault="00000000">
      <w:pPr>
        <w:ind w:left="288"/>
      </w:pPr>
      <w:r>
        <w:t>• Answer ALL questions.</w:t>
      </w:r>
    </w:p>
    <w:p w14:paraId="7C058E15" w14:textId="77777777" w:rsidR="00BC7B01" w:rsidRDefault="00000000">
      <w:pPr>
        <w:ind w:left="288"/>
      </w:pPr>
      <w:r>
        <w:t>• Read each question carefully before answering.</w:t>
      </w:r>
    </w:p>
    <w:p w14:paraId="7C28A44D" w14:textId="77777777" w:rsidR="00BC7B01" w:rsidRDefault="00000000">
      <w:pPr>
        <w:ind w:left="288"/>
      </w:pPr>
      <w:r>
        <w:t>• Show all working where calculations are required.</w:t>
      </w:r>
    </w:p>
    <w:p w14:paraId="3E3414BC" w14:textId="77777777" w:rsidR="00BC7B01" w:rsidRDefault="00000000">
      <w:pPr>
        <w:ind w:left="288"/>
      </w:pPr>
      <w:r>
        <w:t>• Label diagrams clearly where required.</w:t>
      </w:r>
    </w:p>
    <w:p w14:paraId="6F0C4663" w14:textId="77777777" w:rsidR="00BC7B01" w:rsidRDefault="00000000">
      <w:pPr>
        <w:ind w:left="288"/>
      </w:pPr>
      <w:r>
        <w:t>• Use appropriate units where applicable.</w:t>
      </w:r>
    </w:p>
    <w:p w14:paraId="44F538DA" w14:textId="77777777" w:rsidR="00BC7B01" w:rsidRDefault="00000000">
      <w:pPr>
        <w:ind w:left="288"/>
      </w:pPr>
      <w:r>
        <w:t>• Write answers in the spaces provided.</w:t>
      </w:r>
    </w:p>
    <w:p w14:paraId="0E92EAD3" w14:textId="77777777" w:rsidR="00BC7B01" w:rsidRDefault="00000000">
      <w:pPr>
        <w:ind w:left="288"/>
      </w:pPr>
      <w:r>
        <w:t>• Use clear and legible handwriting.</w:t>
      </w:r>
    </w:p>
    <w:p w14:paraId="35475C25" w14:textId="77777777" w:rsidR="00BC7B01" w:rsidRDefault="00000000">
      <w:pPr>
        <w:ind w:left="288"/>
      </w:pPr>
      <w:r>
        <w:t>• Check that all pages and questions are present.</w:t>
      </w:r>
    </w:p>
    <w:p w14:paraId="0DA6D9D3" w14:textId="77777777" w:rsidR="00BC7B01" w:rsidRDefault="00000000">
      <w:pPr>
        <w:jc w:val="center"/>
      </w:pPr>
      <w:r>
        <w:rPr>
          <w:b/>
        </w:rPr>
        <w:t>EXAMINER'S USE ONLY</w:t>
      </w:r>
    </w:p>
    <w:tbl>
      <w:tblPr>
        <w:tblStyle w:val="ListTable6Colorful-Accent1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BC7B01" w14:paraId="46F65FFF" w14:textId="77777777" w:rsidTr="00883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54FF3A16" w14:textId="77777777" w:rsidR="00BC7B01" w:rsidRDefault="00000000">
            <w:r>
              <w:rPr>
                <w:sz w:val="16"/>
              </w:rPr>
              <w:t>Section</w:t>
            </w:r>
          </w:p>
        </w:tc>
        <w:tc>
          <w:tcPr>
            <w:tcW w:w="2592" w:type="dxa"/>
          </w:tcPr>
          <w:p w14:paraId="5E642DF0" w14:textId="77777777" w:rsidR="00BC7B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Question Numbers</w:t>
            </w:r>
          </w:p>
        </w:tc>
        <w:tc>
          <w:tcPr>
            <w:tcW w:w="2592" w:type="dxa"/>
          </w:tcPr>
          <w:p w14:paraId="4443491F" w14:textId="77777777" w:rsidR="00BC7B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Maximum Score</w:t>
            </w:r>
          </w:p>
        </w:tc>
        <w:tc>
          <w:tcPr>
            <w:tcW w:w="2592" w:type="dxa"/>
          </w:tcPr>
          <w:p w14:paraId="64590A8B" w14:textId="77777777" w:rsidR="00BC7B0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Candidate's Score</w:t>
            </w:r>
          </w:p>
        </w:tc>
      </w:tr>
      <w:tr w:rsidR="00BC7B01" w14:paraId="5AE0EFD9" w14:textId="77777777" w:rsidTr="0088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74CD89E2" w14:textId="77777777" w:rsidR="00BC7B01" w:rsidRDefault="00000000">
            <w:r>
              <w:rPr>
                <w:sz w:val="16"/>
              </w:rPr>
              <w:t>A</w:t>
            </w:r>
          </w:p>
        </w:tc>
        <w:tc>
          <w:tcPr>
            <w:tcW w:w="2592" w:type="dxa"/>
          </w:tcPr>
          <w:p w14:paraId="0C2F918D" w14:textId="77777777" w:rsidR="00BC7B0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6"/>
              </w:rPr>
              <w:t>1–10</w:t>
            </w:r>
          </w:p>
        </w:tc>
        <w:tc>
          <w:tcPr>
            <w:tcW w:w="2592" w:type="dxa"/>
          </w:tcPr>
          <w:p w14:paraId="17EF77D0" w14:textId="77777777" w:rsidR="00BC7B0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6"/>
              </w:rPr>
              <w:t>20</w:t>
            </w:r>
          </w:p>
        </w:tc>
        <w:tc>
          <w:tcPr>
            <w:tcW w:w="2592" w:type="dxa"/>
          </w:tcPr>
          <w:p w14:paraId="58D412C5" w14:textId="77777777" w:rsidR="00BC7B01" w:rsidRDefault="00BC7B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C7B01" w14:paraId="0D7C3C69" w14:textId="77777777" w:rsidTr="00883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025E4156" w14:textId="77777777" w:rsidR="00BC7B01" w:rsidRDefault="00000000">
            <w:r>
              <w:rPr>
                <w:sz w:val="16"/>
              </w:rPr>
              <w:t>B</w:t>
            </w:r>
          </w:p>
        </w:tc>
        <w:tc>
          <w:tcPr>
            <w:tcW w:w="2592" w:type="dxa"/>
          </w:tcPr>
          <w:p w14:paraId="74FD2A20" w14:textId="77777777" w:rsidR="00BC7B0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11–15</w:t>
            </w:r>
          </w:p>
        </w:tc>
        <w:tc>
          <w:tcPr>
            <w:tcW w:w="2592" w:type="dxa"/>
          </w:tcPr>
          <w:p w14:paraId="2F45FC13" w14:textId="77777777" w:rsidR="00BC7B0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</w:rPr>
              <w:t>40</w:t>
            </w:r>
          </w:p>
        </w:tc>
        <w:tc>
          <w:tcPr>
            <w:tcW w:w="2592" w:type="dxa"/>
          </w:tcPr>
          <w:p w14:paraId="2AE4256B" w14:textId="77777777" w:rsidR="00BC7B01" w:rsidRDefault="00BC7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B01" w14:paraId="2AF4A860" w14:textId="77777777" w:rsidTr="0088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2" w:type="dxa"/>
          </w:tcPr>
          <w:p w14:paraId="72264702" w14:textId="77777777" w:rsidR="00BC7B01" w:rsidRDefault="00000000">
            <w:r>
              <w:rPr>
                <w:sz w:val="16"/>
              </w:rPr>
              <w:t>C</w:t>
            </w:r>
          </w:p>
        </w:tc>
        <w:tc>
          <w:tcPr>
            <w:tcW w:w="2592" w:type="dxa"/>
          </w:tcPr>
          <w:p w14:paraId="417F00C7" w14:textId="77777777" w:rsidR="00BC7B0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6"/>
              </w:rPr>
              <w:t>16–19</w:t>
            </w:r>
          </w:p>
        </w:tc>
        <w:tc>
          <w:tcPr>
            <w:tcW w:w="2592" w:type="dxa"/>
          </w:tcPr>
          <w:p w14:paraId="404D9F3F" w14:textId="77777777" w:rsidR="00BC7B0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6"/>
              </w:rPr>
              <w:t>40</w:t>
            </w:r>
          </w:p>
        </w:tc>
        <w:tc>
          <w:tcPr>
            <w:tcW w:w="2592" w:type="dxa"/>
          </w:tcPr>
          <w:p w14:paraId="7CE2FC44" w14:textId="77777777" w:rsidR="00BC7B01" w:rsidRDefault="00BC7B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6EC4578" w14:textId="77777777" w:rsidR="00BC7B01" w:rsidRDefault="00000000">
      <w:pPr>
        <w:jc w:val="center"/>
      </w:pPr>
      <w:r>
        <w:rPr>
          <w:b/>
          <w:sz w:val="24"/>
        </w:rPr>
        <w:t>SECTION A — FOUNDATIONAL STRUCTURED QUESTIONS</w:t>
      </w:r>
    </w:p>
    <w:p w14:paraId="3131B0DC" w14:textId="77777777" w:rsidR="00BC7B01" w:rsidRDefault="00000000">
      <w:pPr>
        <w:jc w:val="center"/>
      </w:pPr>
      <w:r>
        <w:t>Answer ALL questions in this section. (20 marks)</w:t>
      </w:r>
    </w:p>
    <w:p w14:paraId="5A5ABE76" w14:textId="77777777" w:rsidR="00BC7B01" w:rsidRDefault="00000000">
      <w:r>
        <w:rPr>
          <w:b/>
        </w:rPr>
        <w:t xml:space="preserve">1. </w:t>
      </w:r>
      <w:r>
        <w:t>State two technological developments that distinguished an early generation of computers from a later generation.</w:t>
      </w:r>
      <w:r>
        <w:rPr>
          <w:b/>
        </w:rPr>
        <w:t xml:space="preserve"> (2 marks)</w:t>
      </w:r>
    </w:p>
    <w:p w14:paraId="6649AD33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38672C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7EE937D" w14:textId="77777777" w:rsidR="00BC7B01" w:rsidRDefault="00000000">
      <w:pPr>
        <w:rPr>
          <w:b/>
        </w:rPr>
      </w:pPr>
      <w:r>
        <w:rPr>
          <w:b/>
        </w:rPr>
        <w:t xml:space="preserve">2. </w:t>
      </w:r>
      <w:r>
        <w:t>Name two functional units shown in the diagram below and state one role of each.</w:t>
      </w:r>
      <w:r>
        <w:rPr>
          <w:b/>
        </w:rPr>
        <w:t xml:space="preserve"> (2 marks)</w:t>
      </w:r>
    </w:p>
    <w:p w14:paraId="77D7D2D3" w14:textId="5709A523" w:rsidR="00554C78" w:rsidRDefault="00554C78">
      <w:r w:rsidRPr="00554C78">
        <w:lastRenderedPageBreak/>
        <w:drawing>
          <wp:inline distT="0" distB="0" distL="0" distR="0" wp14:anchorId="28112607" wp14:editId="78F285E5">
            <wp:extent cx="4559300" cy="2425700"/>
            <wp:effectExtent l="0" t="0" r="0" b="0"/>
            <wp:docPr id="1049579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796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CEFA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2DC5D7F" w14:textId="65DEDD36" w:rsidR="00BC7B01" w:rsidRDefault="00000000" w:rsidP="00554C78">
      <w:pPr>
        <w:spacing w:after="0"/>
      </w:pPr>
      <w:r>
        <w:t>____________________________________________________________________________________________</w:t>
      </w:r>
    </w:p>
    <w:p w14:paraId="107FC599" w14:textId="77777777" w:rsidR="00BC7B01" w:rsidRDefault="00000000">
      <w:r>
        <w:rPr>
          <w:b/>
        </w:rPr>
        <w:t xml:space="preserve">3. </w:t>
      </w:r>
      <w:r>
        <w:t>Give one example of an input device and one example of an output device. State one criterion used when selecting an input or output device.</w:t>
      </w:r>
      <w:r>
        <w:rPr>
          <w:b/>
        </w:rPr>
        <w:t xml:space="preserve"> (2 marks)</w:t>
      </w:r>
    </w:p>
    <w:p w14:paraId="10CC29E5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36FE93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752D791" w14:textId="77777777" w:rsidR="00BC7B01" w:rsidRDefault="00000000">
      <w:r>
        <w:rPr>
          <w:b/>
        </w:rPr>
        <w:t xml:space="preserve">4. </w:t>
      </w:r>
      <w:r>
        <w:t>Distinguish between primary storage and secondary storage, giving one example of each.</w:t>
      </w:r>
      <w:r>
        <w:rPr>
          <w:b/>
        </w:rPr>
        <w:t xml:space="preserve"> (2 marks)</w:t>
      </w:r>
    </w:p>
    <w:p w14:paraId="4024C7C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E1182CC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0D3B3F5" w14:textId="77777777" w:rsidR="00BC7B01" w:rsidRDefault="00000000">
      <w:r>
        <w:rPr>
          <w:b/>
        </w:rPr>
        <w:t xml:space="preserve">5. </w:t>
      </w:r>
      <w:r>
        <w:t>State two factors that may be considered when selecting a CPU for a computer.</w:t>
      </w:r>
      <w:r>
        <w:rPr>
          <w:b/>
        </w:rPr>
        <w:t xml:space="preserve"> (2 marks)</w:t>
      </w:r>
    </w:p>
    <w:p w14:paraId="34ABB4C4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A42993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7FCE744" w14:textId="77777777" w:rsidR="00BC7B01" w:rsidRDefault="00000000">
      <w:r>
        <w:rPr>
          <w:b/>
        </w:rPr>
        <w:t xml:space="preserve">6. </w:t>
      </w:r>
      <w:r>
        <w:t>State two functions performed by an operating system.</w:t>
      </w:r>
      <w:r>
        <w:rPr>
          <w:b/>
        </w:rPr>
        <w:t xml:space="preserve"> (2 marks)</w:t>
      </w:r>
    </w:p>
    <w:p w14:paraId="2C40E11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007EA7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ABB09DC" w14:textId="77777777" w:rsidR="00BC7B01" w:rsidRDefault="00000000">
      <w:r>
        <w:rPr>
          <w:b/>
        </w:rPr>
        <w:t xml:space="preserve">7. </w:t>
      </w:r>
      <w:r>
        <w:t>State two safety precautions that should be observed when setting up a computer.</w:t>
      </w:r>
      <w:r>
        <w:rPr>
          <w:b/>
        </w:rPr>
        <w:t xml:space="preserve"> (2 marks)</w:t>
      </w:r>
    </w:p>
    <w:p w14:paraId="547617F5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1820671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43E013C" w14:textId="77777777" w:rsidR="00BC7B01" w:rsidRDefault="00000000">
      <w:r>
        <w:rPr>
          <w:b/>
        </w:rPr>
        <w:t xml:space="preserve">8. </w:t>
      </w:r>
      <w:r>
        <w:t>Differentiate between analogue data and digital data in data communication.</w:t>
      </w:r>
      <w:r>
        <w:rPr>
          <w:b/>
        </w:rPr>
        <w:t xml:space="preserve"> (2 marks)</w:t>
      </w:r>
    </w:p>
    <w:p w14:paraId="59C208A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3D2CEC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9546A09" w14:textId="77777777" w:rsidR="00BC7B01" w:rsidRDefault="00000000">
      <w:r>
        <w:rPr>
          <w:b/>
        </w:rPr>
        <w:t xml:space="preserve">9. </w:t>
      </w:r>
      <w:r>
        <w:t>Name two components/elements required to form a computer network.</w:t>
      </w:r>
      <w:r>
        <w:rPr>
          <w:b/>
        </w:rPr>
        <w:t xml:space="preserve"> (2 marks)</w:t>
      </w:r>
    </w:p>
    <w:p w14:paraId="4674B3C3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621072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C1CF9D4" w14:textId="77777777" w:rsidR="00BC7B01" w:rsidRDefault="00000000">
      <w:r>
        <w:rPr>
          <w:b/>
        </w:rPr>
        <w:t xml:space="preserve">10. </w:t>
      </w:r>
      <w:r>
        <w:t>State two rules that should be observed when choosing identifiers in a programming language.</w:t>
      </w:r>
      <w:r>
        <w:rPr>
          <w:b/>
        </w:rPr>
        <w:t xml:space="preserve"> (2 marks)</w:t>
      </w:r>
    </w:p>
    <w:p w14:paraId="3EA9017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4AB49E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A3F7B9C" w14:textId="77777777" w:rsidR="00BC7B01" w:rsidRDefault="00000000">
      <w:pPr>
        <w:jc w:val="center"/>
      </w:pPr>
      <w:r>
        <w:rPr>
          <w:b/>
          <w:sz w:val="24"/>
        </w:rPr>
        <w:t>SECTION B — APPLICATION, DATA, DIAGRAMS AND PROBLEM SOLVING</w:t>
      </w:r>
    </w:p>
    <w:p w14:paraId="2075F534" w14:textId="77777777" w:rsidR="00BC7B01" w:rsidRDefault="00000000">
      <w:pPr>
        <w:jc w:val="center"/>
      </w:pPr>
      <w:r>
        <w:t>Answer ALL questions in this section. (40 marks)</w:t>
      </w:r>
    </w:p>
    <w:p w14:paraId="684C8416" w14:textId="77777777" w:rsidR="00BC7B01" w:rsidRDefault="00000000">
      <w:r>
        <w:rPr>
          <w:b/>
        </w:rPr>
        <w:t xml:space="preserve">11. </w:t>
      </w:r>
      <w:r>
        <w:t>A school has acquired computers of different generations.</w:t>
      </w:r>
    </w:p>
    <w:p w14:paraId="5A7422AC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two major technological changes that occurred as computers evolved, and relate each change to improved computer performance or capability.</w:t>
      </w:r>
      <w:r>
        <w:rPr>
          <w:b/>
        </w:rPr>
        <w:t xml:space="preserve"> (4 marks)</w:t>
      </w:r>
    </w:p>
    <w:p w14:paraId="346302C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56EE53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A5C1CB0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AC55E22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0B92228" w14:textId="77777777" w:rsidR="00BC7B01" w:rsidRDefault="00000000">
      <w:pPr>
        <w:ind w:left="317"/>
      </w:pPr>
      <w:r>
        <w:rPr>
          <w:b/>
        </w:rPr>
        <w:t xml:space="preserve">(b) </w:t>
      </w:r>
      <w:r>
        <w:t>Explain the fetch-decode-execute cycle and state the role of the Control Unit in the cycle.</w:t>
      </w:r>
      <w:r>
        <w:rPr>
          <w:b/>
        </w:rPr>
        <w:t xml:space="preserve"> (4 marks)</w:t>
      </w:r>
    </w:p>
    <w:p w14:paraId="3960304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A28BBCE" w14:textId="77777777" w:rsidR="00BC7B01" w:rsidRDefault="00000000">
      <w:pPr>
        <w:spacing w:after="0"/>
      </w:pPr>
      <w:r>
        <w:lastRenderedPageBreak/>
        <w:t>____________________________________________________________________________________________</w:t>
      </w:r>
    </w:p>
    <w:p w14:paraId="47B9A78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85CA9C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5EA18EC" w14:textId="77777777" w:rsidR="00BC7B01" w:rsidRDefault="00000000">
      <w:r>
        <w:rPr>
          <w:b/>
        </w:rPr>
        <w:t xml:space="preserve">12. </w:t>
      </w:r>
      <w:r>
        <w:t>A learner wants to purchase devices and storage media for a computer laboratory.</w:t>
      </w:r>
    </w:p>
    <w:p w14:paraId="10CB0994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two factors that should guide the selection of input/output devices for the laboratory.</w:t>
      </w:r>
      <w:r>
        <w:rPr>
          <w:b/>
        </w:rPr>
        <w:t xml:space="preserve"> (4 marks)</w:t>
      </w:r>
    </w:p>
    <w:p w14:paraId="583B1F32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F28B65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7E877D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C49F7D3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CB54480" w14:textId="77777777" w:rsidR="00BC7B01" w:rsidRDefault="00000000">
      <w:pPr>
        <w:ind w:left="317"/>
      </w:pPr>
      <w:r>
        <w:rPr>
          <w:b/>
        </w:rPr>
        <w:t xml:space="preserve">(b) </w:t>
      </w:r>
      <w:r>
        <w:t>Recommend one suitable primary storage technology and two suitable secondary storage media, giving one reason for each choice.</w:t>
      </w:r>
      <w:r>
        <w:rPr>
          <w:b/>
        </w:rPr>
        <w:t xml:space="preserve"> (4 marks)</w:t>
      </w:r>
    </w:p>
    <w:p w14:paraId="1111BD3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095A5B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8039ED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DF2A3C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0830B0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E4AC251" w14:textId="77777777" w:rsidR="00BC7B01" w:rsidRDefault="00000000">
      <w:r>
        <w:rPr>
          <w:b/>
        </w:rPr>
        <w:t xml:space="preserve">13. </w:t>
      </w:r>
      <w:r>
        <w:t>A school is preparing computers for a new laboratory.</w:t>
      </w:r>
    </w:p>
    <w:p w14:paraId="350D6ECD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two functions of an operating system that would be important in the laboratory.</w:t>
      </w:r>
      <w:r>
        <w:rPr>
          <w:b/>
        </w:rPr>
        <w:t xml:space="preserve"> (2 marks)</w:t>
      </w:r>
    </w:p>
    <w:p w14:paraId="5F606BF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11BA79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CFA4903" w14:textId="77777777" w:rsidR="00BC7B01" w:rsidRDefault="00000000">
      <w:pPr>
        <w:ind w:left="317"/>
      </w:pPr>
      <w:r>
        <w:rPr>
          <w:b/>
        </w:rPr>
        <w:t xml:space="preserve">(b) </w:t>
      </w:r>
      <w:r>
        <w:t>Describe two structural elements of a CPU and state the role of each.</w:t>
      </w:r>
      <w:r>
        <w:rPr>
          <w:b/>
        </w:rPr>
        <w:t xml:space="preserve"> (4 marks)</w:t>
      </w:r>
    </w:p>
    <w:p w14:paraId="58CFF884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D7DC6A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D3BDC2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C7A7175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05F5771" w14:textId="77777777" w:rsidR="00BC7B01" w:rsidRDefault="00000000">
      <w:pPr>
        <w:ind w:left="317"/>
      </w:pPr>
      <w:r>
        <w:rPr>
          <w:b/>
        </w:rPr>
        <w:t xml:space="preserve">(c) </w:t>
      </w:r>
      <w:r>
        <w:t>State two precautions to observe when connecting cables and ports during computer setup.</w:t>
      </w:r>
      <w:r>
        <w:rPr>
          <w:b/>
        </w:rPr>
        <w:t xml:space="preserve"> (2 marks)</w:t>
      </w:r>
    </w:p>
    <w:p w14:paraId="04AA5DE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6E0FDD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07737A3" w14:textId="77777777" w:rsidR="00BC7B01" w:rsidRDefault="00000000">
      <w:r>
        <w:rPr>
          <w:b/>
        </w:rPr>
        <w:t xml:space="preserve">14. </w:t>
      </w:r>
      <w:r>
        <w:t>A computer network is being installed between two offices.</w:t>
      </w:r>
    </w:p>
    <w:p w14:paraId="089E3ED6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the following data-communication concepts: sender, message, medium and receiver.</w:t>
      </w:r>
      <w:r>
        <w:rPr>
          <w:b/>
        </w:rPr>
        <w:t xml:space="preserve"> (4 marks)</w:t>
      </w:r>
    </w:p>
    <w:p w14:paraId="39DD4A52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978F690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097FD28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1D7B15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ABB06DC" w14:textId="77777777" w:rsidR="00BC7B01" w:rsidRDefault="00000000">
      <w:pPr>
        <w:ind w:left="317"/>
      </w:pPr>
      <w:r>
        <w:rPr>
          <w:b/>
        </w:rPr>
        <w:t xml:space="preserve">(b) </w:t>
      </w:r>
      <w:r>
        <w:t>Distinguish between simplex and full-duplex communication.</w:t>
      </w:r>
      <w:r>
        <w:rPr>
          <w:b/>
        </w:rPr>
        <w:t xml:space="preserve"> (2 marks)</w:t>
      </w:r>
    </w:p>
    <w:p w14:paraId="5402FEDC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1F82F11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9325D4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C31CFFA" w14:textId="77777777" w:rsidR="00BC7B01" w:rsidRDefault="00000000">
      <w:pPr>
        <w:ind w:left="317"/>
      </w:pPr>
      <w:r>
        <w:rPr>
          <w:b/>
        </w:rPr>
        <w:t xml:space="preserve">(c) </w:t>
      </w:r>
      <w:r>
        <w:t>State two types of transmission media used in computer networks.</w:t>
      </w:r>
      <w:r>
        <w:rPr>
          <w:b/>
        </w:rPr>
        <w:t xml:space="preserve"> (2 marks)</w:t>
      </w:r>
    </w:p>
    <w:p w14:paraId="3E047978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CB4CDA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95F1535" w14:textId="6DE1894E" w:rsidR="00BC7B01" w:rsidRDefault="00000000" w:rsidP="00554C78">
      <w:r>
        <w:rPr>
          <w:b/>
        </w:rPr>
        <w:t xml:space="preserve">15. </w:t>
      </w:r>
      <w:r>
        <w:t>A school wants a network that connects several computers to a central switch. Use the diagram below.</w:t>
      </w:r>
    </w:p>
    <w:p w14:paraId="20E7215E" w14:textId="7765C466" w:rsidR="00554C78" w:rsidRDefault="00554C78">
      <w:pPr>
        <w:ind w:left="317"/>
        <w:rPr>
          <w:b/>
        </w:rPr>
      </w:pPr>
      <w:r w:rsidRPr="00554C78">
        <w:rPr>
          <w:b/>
        </w:rPr>
        <w:lastRenderedPageBreak/>
        <w:drawing>
          <wp:inline distT="0" distB="0" distL="0" distR="0" wp14:anchorId="162C7DB6" wp14:editId="564CD85C">
            <wp:extent cx="4533900" cy="2343150"/>
            <wp:effectExtent l="0" t="0" r="0" b="0"/>
            <wp:docPr id="1896485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4858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C4915" w14:textId="67B18924" w:rsidR="00BC7B01" w:rsidRDefault="00000000">
      <w:pPr>
        <w:ind w:left="317"/>
      </w:pPr>
      <w:r>
        <w:rPr>
          <w:b/>
        </w:rPr>
        <w:t xml:space="preserve">(a) </w:t>
      </w:r>
      <w:r>
        <w:t>Identify the network topology shown.</w:t>
      </w:r>
      <w:r>
        <w:rPr>
          <w:b/>
        </w:rPr>
        <w:t xml:space="preserve"> (2 marks)</w:t>
      </w:r>
    </w:p>
    <w:p w14:paraId="099C671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02BF3F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13B1054" w14:textId="77777777" w:rsidR="00BC7B01" w:rsidRDefault="00000000">
      <w:pPr>
        <w:ind w:left="317"/>
      </w:pPr>
      <w:r>
        <w:rPr>
          <w:b/>
        </w:rPr>
        <w:t xml:space="preserve">(b) </w:t>
      </w:r>
      <w:r>
        <w:t>State two advantages of the topology shown.</w:t>
      </w:r>
      <w:r>
        <w:rPr>
          <w:b/>
        </w:rPr>
        <w:t xml:space="preserve"> (4 marks)</w:t>
      </w:r>
    </w:p>
    <w:p w14:paraId="11EE4D9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E247DD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8FC79F8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8E0096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5D61E0B" w14:textId="77777777" w:rsidR="00BC7B01" w:rsidRDefault="00000000">
      <w:pPr>
        <w:ind w:left="317"/>
      </w:pPr>
      <w:r>
        <w:rPr>
          <w:b/>
        </w:rPr>
        <w:t xml:space="preserve">(c) </w:t>
      </w:r>
      <w:r>
        <w:t>Name two devices/components, other than the computers, that may be used when establishing a computer network.</w:t>
      </w:r>
      <w:r>
        <w:rPr>
          <w:b/>
        </w:rPr>
        <w:t xml:space="preserve"> (2 marks)</w:t>
      </w:r>
    </w:p>
    <w:p w14:paraId="324B737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399BCF4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BF2A7DF" w14:textId="77777777" w:rsidR="00BC7B01" w:rsidRDefault="00000000">
      <w:pPr>
        <w:jc w:val="center"/>
      </w:pPr>
      <w:r>
        <w:rPr>
          <w:b/>
          <w:sz w:val="24"/>
        </w:rPr>
        <w:t>SECTION C — EXTENDED STRUCTURED APPLICATION</w:t>
      </w:r>
    </w:p>
    <w:p w14:paraId="771ED792" w14:textId="77777777" w:rsidR="00BC7B01" w:rsidRDefault="00000000">
      <w:pPr>
        <w:jc w:val="center"/>
      </w:pPr>
      <w:r>
        <w:t>Answer ALL questions in this section. (40 marks)</w:t>
      </w:r>
    </w:p>
    <w:p w14:paraId="7540F9C4" w14:textId="77777777" w:rsidR="00BC7B01" w:rsidRDefault="00000000">
      <w:r>
        <w:rPr>
          <w:b/>
        </w:rPr>
        <w:t xml:space="preserve">16. </w:t>
      </w:r>
      <w:r>
        <w:t>A learner is developing a simple program to determine whether a traffic-light instruction should allow a vehicle to proceed.</w:t>
      </w:r>
    </w:p>
    <w:p w14:paraId="58BACC9D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the stages of the program development process from problem definition to maintenance.</w:t>
      </w:r>
      <w:r>
        <w:rPr>
          <w:b/>
        </w:rPr>
        <w:t xml:space="preserve"> (4 marks)</w:t>
      </w:r>
    </w:p>
    <w:p w14:paraId="114878F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455F5C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0C27670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F46616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A14A263" w14:textId="77777777" w:rsidR="00BC7B01" w:rsidRDefault="00000000">
      <w:pPr>
        <w:ind w:left="317"/>
      </w:pPr>
      <w:r>
        <w:rPr>
          <w:b/>
        </w:rPr>
        <w:t xml:space="preserve">(b) </w:t>
      </w:r>
      <w:r>
        <w:t>Write a pseudocode algorithm that accepts a traffic-light colour and displays an appropriate instruction for RED, YELLOW or GREEN.</w:t>
      </w:r>
      <w:r>
        <w:rPr>
          <w:b/>
        </w:rPr>
        <w:t xml:space="preserve"> (4 marks)</w:t>
      </w:r>
    </w:p>
    <w:p w14:paraId="24A6793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186321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43C6BC8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CFF9FD1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5A2C554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0790E65" w14:textId="77777777" w:rsidR="00BC7B01" w:rsidRDefault="00000000">
      <w:pPr>
        <w:ind w:left="317"/>
      </w:pPr>
      <w:r>
        <w:rPr>
          <w:b/>
        </w:rPr>
        <w:t xml:space="preserve">(c) </w:t>
      </w:r>
      <w:r>
        <w:t>State one reason why algorithms are important in problem solving.</w:t>
      </w:r>
      <w:r>
        <w:rPr>
          <w:b/>
        </w:rPr>
        <w:t xml:space="preserve"> (2 marks)</w:t>
      </w:r>
    </w:p>
    <w:p w14:paraId="0F29FB3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178DDA8" w14:textId="0A8DB26A" w:rsidR="00BC7B01" w:rsidRDefault="00000000" w:rsidP="00554C78">
      <w:pPr>
        <w:spacing w:after="0"/>
      </w:pPr>
      <w:r>
        <w:t>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BC7B01" w14:paraId="36BC83F9" w14:textId="77777777">
        <w:trPr>
          <w:jc w:val="center"/>
        </w:trPr>
        <w:tc>
          <w:tcPr>
            <w:tcW w:w="10368" w:type="dxa"/>
            <w:shd w:val="clear" w:color="auto" w:fill="FFFFFF"/>
            <w:vAlign w:val="center"/>
          </w:tcPr>
          <w:p w14:paraId="24DC6933" w14:textId="170D7176" w:rsidR="00BC7B01" w:rsidRDefault="00BC7B01"/>
        </w:tc>
      </w:tr>
    </w:tbl>
    <w:p w14:paraId="791FB501" w14:textId="77777777" w:rsidR="00BC7B01" w:rsidRDefault="00000000">
      <w:r>
        <w:rPr>
          <w:b/>
        </w:rPr>
        <w:t xml:space="preserve">17. </w:t>
      </w:r>
      <w:r>
        <w:t>A programming learner writes a program that accepts two numbers and performs an operation selected by the user.</w:t>
      </w:r>
    </w:p>
    <w:p w14:paraId="506FE77D" w14:textId="77777777" w:rsidR="00BC7B01" w:rsidRDefault="00000000">
      <w:pPr>
        <w:ind w:left="317"/>
      </w:pPr>
      <w:r>
        <w:rPr>
          <w:b/>
        </w:rPr>
        <w:t xml:space="preserve">(a) </w:t>
      </w:r>
      <w:r>
        <w:t>Differentiate between an identifier, a variable and a constant.</w:t>
      </w:r>
      <w:r>
        <w:rPr>
          <w:b/>
        </w:rPr>
        <w:t xml:space="preserve"> (3 marks)</w:t>
      </w:r>
    </w:p>
    <w:p w14:paraId="701097A0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795C092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7098D2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4793BDB" w14:textId="77777777" w:rsidR="00BC7B01" w:rsidRDefault="00000000">
      <w:pPr>
        <w:ind w:left="317"/>
      </w:pPr>
      <w:r>
        <w:rPr>
          <w:b/>
        </w:rPr>
        <w:t xml:space="preserve">(b) </w:t>
      </w:r>
      <w:r>
        <w:t>Explain three categories of programming operators and give one example of each.</w:t>
      </w:r>
      <w:r>
        <w:rPr>
          <w:b/>
        </w:rPr>
        <w:t xml:space="preserve"> (3 marks)</w:t>
      </w:r>
    </w:p>
    <w:p w14:paraId="59FA11D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98BDB78" w14:textId="77777777" w:rsidR="00BC7B01" w:rsidRDefault="00000000">
      <w:pPr>
        <w:spacing w:after="0"/>
      </w:pPr>
      <w:r>
        <w:lastRenderedPageBreak/>
        <w:t>____________________________________________________________________________________________</w:t>
      </w:r>
    </w:p>
    <w:p w14:paraId="356F6D6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EC5B87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242FDE8" w14:textId="77777777" w:rsidR="00BC7B01" w:rsidRDefault="00000000">
      <w:pPr>
        <w:ind w:left="317"/>
      </w:pPr>
      <w:r>
        <w:rPr>
          <w:b/>
        </w:rPr>
        <w:t xml:space="preserve">(c) </w:t>
      </w:r>
      <w:r>
        <w:t>Write a suitable programming statement/pseudocode instruction that accepts two numbers, adds them and displays the result.</w:t>
      </w:r>
      <w:r>
        <w:rPr>
          <w:b/>
        </w:rPr>
        <w:t xml:space="preserve"> (2 marks)</w:t>
      </w:r>
    </w:p>
    <w:p w14:paraId="6F13821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A72EA9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59ED09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8B5F97E" w14:textId="77777777" w:rsidR="00BC7B01" w:rsidRDefault="00000000">
      <w:pPr>
        <w:ind w:left="317"/>
      </w:pPr>
      <w:r>
        <w:rPr>
          <w:b/>
        </w:rPr>
        <w:t xml:space="preserve">(d) </w:t>
      </w:r>
      <w:r>
        <w:t>Explain how a selection control structure can be used to choose an operation based on the user's choice.</w:t>
      </w:r>
      <w:r>
        <w:rPr>
          <w:b/>
        </w:rPr>
        <w:t xml:space="preserve"> (2 marks)</w:t>
      </w:r>
    </w:p>
    <w:p w14:paraId="3831242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0459E2D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19D1F74C" w14:textId="77777777" w:rsidR="00BC7B01" w:rsidRDefault="00000000">
      <w:r>
        <w:rPr>
          <w:b/>
        </w:rPr>
        <w:t xml:space="preserve">18. </w:t>
      </w:r>
      <w:r>
        <w:t>A school records the names of learners using a program.</w:t>
      </w:r>
    </w:p>
    <w:p w14:paraId="2708D502" w14:textId="77777777" w:rsidR="00BC7B01" w:rsidRDefault="00000000">
      <w:pPr>
        <w:ind w:left="317"/>
      </w:pPr>
      <w:r>
        <w:rPr>
          <w:b/>
        </w:rPr>
        <w:t xml:space="preserve">(a) </w:t>
      </w:r>
      <w:r>
        <w:t>Distinguish between a list/array and a dictionary as data structures.</w:t>
      </w:r>
      <w:r>
        <w:rPr>
          <w:b/>
        </w:rPr>
        <w:t xml:space="preserve"> (4 marks)</w:t>
      </w:r>
    </w:p>
    <w:p w14:paraId="18E0829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7FFDFE1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E3CBDF0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B4F7C1F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359AC98" w14:textId="77777777" w:rsidR="00BC7B01" w:rsidRDefault="00000000">
      <w:pPr>
        <w:ind w:left="317"/>
      </w:pPr>
      <w:r>
        <w:rPr>
          <w:b/>
        </w:rPr>
        <w:t xml:space="preserve">(b) </w:t>
      </w:r>
      <w:r>
        <w:t>Write a short pseudocode example showing how a collection of three learner names can be stored and accessed.</w:t>
      </w:r>
      <w:r>
        <w:rPr>
          <w:b/>
        </w:rPr>
        <w:t xml:space="preserve"> (3 marks)</w:t>
      </w:r>
    </w:p>
    <w:p w14:paraId="023F1C7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4A339B28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8D4218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D171A46" w14:textId="77777777" w:rsidR="00BC7B01" w:rsidRDefault="00000000">
      <w:pPr>
        <w:ind w:left="317"/>
      </w:pPr>
      <w:r>
        <w:rPr>
          <w:b/>
        </w:rPr>
        <w:t xml:space="preserve">(c) </w:t>
      </w:r>
      <w:r>
        <w:t>State three reasons why data structures are important in programming.</w:t>
      </w:r>
      <w:r>
        <w:rPr>
          <w:b/>
        </w:rPr>
        <w:t xml:space="preserve"> (3 marks)</w:t>
      </w:r>
    </w:p>
    <w:p w14:paraId="3A57CE4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591C513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54423BB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BFA0F89" w14:textId="77777777" w:rsidR="00BC7B01" w:rsidRDefault="00000000">
      <w:r>
        <w:rPr>
          <w:b/>
        </w:rPr>
        <w:t xml:space="preserve">19. </w:t>
      </w:r>
      <w:r>
        <w:t>A teacher wants to avoid repeating the same calculation in several parts of a program.</w:t>
      </w:r>
    </w:p>
    <w:p w14:paraId="1332C0C1" w14:textId="77777777" w:rsidR="00BC7B01" w:rsidRDefault="00000000">
      <w:pPr>
        <w:ind w:left="317"/>
      </w:pPr>
      <w:r>
        <w:rPr>
          <w:b/>
        </w:rPr>
        <w:t xml:space="preserve">(a) </w:t>
      </w:r>
      <w:r>
        <w:t>Explain what a function is and state two benefits of using functions in programming.</w:t>
      </w:r>
      <w:r>
        <w:rPr>
          <w:b/>
        </w:rPr>
        <w:t xml:space="preserve"> (4 marks)</w:t>
      </w:r>
    </w:p>
    <w:p w14:paraId="1D19789E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75350A54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EDA3CEB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55FB55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3BCF718" w14:textId="77777777" w:rsidR="00BC7B01" w:rsidRDefault="00000000">
      <w:pPr>
        <w:ind w:left="317"/>
      </w:pPr>
      <w:r>
        <w:rPr>
          <w:b/>
        </w:rPr>
        <w:t xml:space="preserve">(b) </w:t>
      </w:r>
      <w:r>
        <w:t>Distinguish between a parameter and an argument.</w:t>
      </w:r>
      <w:r>
        <w:rPr>
          <w:b/>
        </w:rPr>
        <w:t xml:space="preserve"> (2 marks)</w:t>
      </w:r>
    </w:p>
    <w:p w14:paraId="23600C71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36CA11C9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119117B" w14:textId="77777777" w:rsidR="00BC7B01" w:rsidRDefault="00000000">
      <w:pPr>
        <w:ind w:left="317"/>
      </w:pPr>
      <w:r>
        <w:rPr>
          <w:b/>
        </w:rPr>
        <w:t xml:space="preserve">(c) </w:t>
      </w:r>
      <w:r>
        <w:t>Write pseudocode for a user-defined function named calculate_area that accepts length and width and returns the area of a rectangle. Show how the function is called.</w:t>
      </w:r>
      <w:r>
        <w:rPr>
          <w:b/>
        </w:rPr>
        <w:t xml:space="preserve"> (4 marks)</w:t>
      </w:r>
    </w:p>
    <w:p w14:paraId="39C05DC5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23DA305A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047DAD36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46AB327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p w14:paraId="6C67C465" w14:textId="77777777" w:rsidR="00BC7B01" w:rsidRDefault="00000000">
      <w:pPr>
        <w:spacing w:after="0"/>
      </w:pPr>
      <w:r>
        <w:t>____________________________________________________________________________________________</w:t>
      </w:r>
    </w:p>
    <w:sectPr w:rsidR="00BC7B01" w:rsidSect="00034616">
      <w:footerReference w:type="default" r:id="rId10"/>
      <w:headerReference w:type="default" r:id="rId13"/>
      <w:headerReference w:type="first" r:id="rId14"/>
      <w:headerReference w:type="even" r:id="rId15"/>
      <w:footerReference w:type="first" r:id="rId16"/>
      <w:footerReference w:type="even" r:id="rId17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63054" w14:textId="77777777" w:rsidR="00F14BC1" w:rsidRDefault="00F14BC1">
      <w:pPr>
        <w:spacing w:after="0"/>
      </w:pPr>
      <w:r>
        <w:separator/>
      </w:r>
    </w:p>
  </w:endnote>
  <w:endnote w:type="continuationSeparator" w:id="0">
    <w:p w14:paraId="6B715C6E" w14:textId="77777777" w:rsidR="00F14BC1" w:rsidRDefault="00F14B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17499" w14:textId="77777777" w:rsidR="00F14BC1" w:rsidRDefault="00F14BC1">
      <w:pPr>
        <w:spacing w:after="0"/>
      </w:pPr>
      <w:r>
        <w:separator/>
      </w:r>
    </w:p>
  </w:footnote>
  <w:footnote w:type="continuationSeparator" w:id="0">
    <w:p w14:paraId="2B7133A0" w14:textId="77777777" w:rsidR="00F14BC1" w:rsidRDefault="00F14BC1">
      <w:pPr>
        <w:spacing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131068">
    <w:abstractNumId w:val="8"/>
  </w:num>
  <w:num w:numId="2" w16cid:durableId="829441872">
    <w:abstractNumId w:val="6"/>
  </w:num>
  <w:num w:numId="3" w16cid:durableId="626661619">
    <w:abstractNumId w:val="5"/>
  </w:num>
  <w:num w:numId="4" w16cid:durableId="1471631092">
    <w:abstractNumId w:val="4"/>
  </w:num>
  <w:num w:numId="5" w16cid:durableId="1324972965">
    <w:abstractNumId w:val="7"/>
  </w:num>
  <w:num w:numId="6" w16cid:durableId="345444711">
    <w:abstractNumId w:val="3"/>
  </w:num>
  <w:num w:numId="7" w16cid:durableId="1226254962">
    <w:abstractNumId w:val="2"/>
  </w:num>
  <w:num w:numId="8" w16cid:durableId="737047813">
    <w:abstractNumId w:val="1"/>
  </w:num>
  <w:num w:numId="9" w16cid:durableId="951863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4C78"/>
    <w:rsid w:val="0088318B"/>
    <w:rsid w:val="0096707E"/>
    <w:rsid w:val="00AA1D8D"/>
    <w:rsid w:val="00B47730"/>
    <w:rsid w:val="00BC7B01"/>
    <w:rsid w:val="00CB0664"/>
    <w:rsid w:val="00F14B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97016"/>
  <w14:defaultImageDpi w14:val="300"/>
  <w15:docId w15:val="{5CBF28DE-8D0D-41DF-916B-7433EFF36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Table6Colorful-Accent1">
    <w:name w:val="List Table 6 Colorful Accent 1"/>
    <w:basedOn w:val="TableNormal"/>
    <w:uiPriority w:val="51"/>
    <w:rsid w:val="0088318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1Light-Accent1">
    <w:name w:val="Grid Table 1 Light Accent 1"/>
    <w:basedOn w:val="TableNormal"/>
    <w:uiPriority w:val="46"/>
    <w:rsid w:val="0088318B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2.xml"/><Relationship Id="rId1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2323</Words>
  <Characters>13246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2026-09-23T12:07:00Z</dcterms:modified>
  <cp:category/>
</cp:coreProperties>
</file>