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1CA56" w14:textId="589BD389" w:rsidR="0010687E" w:rsidRPr="005268B3" w:rsidRDefault="0010687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8B3">
        <w:rPr>
          <w:rFonts w:ascii="Times New Roman" w:hAnsi="Times New Roman" w:cs="Times New Roman"/>
          <w:b/>
          <w:bCs/>
          <w:sz w:val="24"/>
          <w:szCs w:val="24"/>
          <w:u w:val="single"/>
        </w:rPr>
        <w:t>AGRICULTURE FORM FOUR</w:t>
      </w:r>
    </w:p>
    <w:p w14:paraId="6D0F0ED3" w14:textId="265E3E62" w:rsidR="0010687E" w:rsidRPr="005268B3" w:rsidRDefault="0010687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8B3">
        <w:rPr>
          <w:rFonts w:ascii="Times New Roman" w:hAnsi="Times New Roman" w:cs="Times New Roman"/>
          <w:b/>
          <w:bCs/>
          <w:sz w:val="24"/>
          <w:szCs w:val="24"/>
          <w:u w:val="single"/>
        </w:rPr>
        <w:t>MID TERM 2 EXAM 2026</w:t>
      </w:r>
    </w:p>
    <w:p w14:paraId="20DF5620" w14:textId="238D8D15" w:rsidR="00CF42E5" w:rsidRPr="005268B3" w:rsidRDefault="005268B3" w:rsidP="0010687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2BA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Pr="005268B3">
        <w:rPr>
          <w:rFonts w:ascii="Times New Roman" w:hAnsi="Times New Roman" w:cs="Times New Roman"/>
          <w:b/>
          <w:bCs/>
          <w:sz w:val="24"/>
          <w:szCs w:val="24"/>
          <w:u w:val="single"/>
        </w:rPr>
        <w:t>TIME: 2 HOURS</w:t>
      </w:r>
    </w:p>
    <w:p w14:paraId="7EBDC4CA" w14:textId="51338007" w:rsidR="0010687E" w:rsidRPr="007C2BA3" w:rsidRDefault="00106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3761E" w14:textId="653B4262" w:rsidR="0010687E" w:rsidRPr="007C2BA3" w:rsidRDefault="00106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2BA3">
        <w:rPr>
          <w:rFonts w:ascii="Times New Roman" w:hAnsi="Times New Roman" w:cs="Times New Roman"/>
          <w:b/>
          <w:bCs/>
          <w:sz w:val="24"/>
          <w:szCs w:val="24"/>
        </w:rPr>
        <w:t>NAME…………………………………………ADM NO…………………………</w:t>
      </w:r>
    </w:p>
    <w:p w14:paraId="5C3978BF" w14:textId="20BCFBA6" w:rsidR="0010687E" w:rsidRPr="007C2BA3" w:rsidRDefault="001068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2BA3">
        <w:rPr>
          <w:rFonts w:ascii="Times New Roman" w:hAnsi="Times New Roman" w:cs="Times New Roman"/>
          <w:b/>
          <w:bCs/>
          <w:sz w:val="24"/>
          <w:szCs w:val="24"/>
        </w:rPr>
        <w:t>DATE…………………………………………</w:t>
      </w:r>
      <w:r w:rsidR="007C2BA3">
        <w:rPr>
          <w:rFonts w:ascii="Times New Roman" w:hAnsi="Times New Roman" w:cs="Times New Roman"/>
          <w:b/>
          <w:bCs/>
          <w:sz w:val="24"/>
          <w:szCs w:val="24"/>
        </w:rPr>
        <w:t>……………</w:t>
      </w:r>
      <w:r w:rsidRPr="007C2BA3">
        <w:rPr>
          <w:rFonts w:ascii="Times New Roman" w:hAnsi="Times New Roman" w:cs="Times New Roman"/>
          <w:b/>
          <w:bCs/>
          <w:sz w:val="24"/>
          <w:szCs w:val="24"/>
        </w:rPr>
        <w:t>SIGN………</w:t>
      </w:r>
      <w:r w:rsidR="007C2BA3">
        <w:rPr>
          <w:rFonts w:ascii="Times New Roman" w:hAnsi="Times New Roman" w:cs="Times New Roman"/>
          <w:b/>
          <w:bCs/>
          <w:sz w:val="24"/>
          <w:szCs w:val="24"/>
        </w:rPr>
        <w:t>……….</w:t>
      </w:r>
    </w:p>
    <w:p w14:paraId="32F7BCBA" w14:textId="77777777" w:rsidR="00CF42E5" w:rsidRPr="007C2BA3" w:rsidRDefault="00CF42E5">
      <w:pPr>
        <w:rPr>
          <w:rFonts w:ascii="Times New Roman" w:hAnsi="Times New Roman" w:cs="Times New Roman"/>
          <w:sz w:val="24"/>
          <w:szCs w:val="24"/>
        </w:rPr>
      </w:pPr>
    </w:p>
    <w:p w14:paraId="651000C3" w14:textId="1864FC55" w:rsidR="00CF42E5" w:rsidRPr="007C2BA3" w:rsidRDefault="0010687E">
      <w:pPr>
        <w:pStyle w:val="Heading1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7C2BA3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SECTION A: (30 MARKS)</w:t>
      </w:r>
    </w:p>
    <w:p w14:paraId="31FA26D6" w14:textId="77777777" w:rsidR="00CF42E5" w:rsidRPr="007C2BA3" w:rsidRDefault="005268B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2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all questions in this section.</w:t>
      </w:r>
    </w:p>
    <w:p w14:paraId="64B0AC18" w14:textId="014B17DC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1. List three major sources of farm power used in modern agriculture. (3mks)</w:t>
      </w:r>
    </w:p>
    <w:p w14:paraId="38DEFCBC" w14:textId="5D927969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57489087" w14:textId="15DD6DA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6AC454A4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68C6F214" w14:textId="08F00188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 xml:space="preserve">2. State two main differences between a two-stroke and a </w:t>
      </w:r>
      <w:r w:rsidRPr="007C2BA3">
        <w:rPr>
          <w:rFonts w:ascii="Times New Roman" w:hAnsi="Times New Roman" w:cs="Times New Roman"/>
          <w:sz w:val="24"/>
          <w:szCs w:val="24"/>
        </w:rPr>
        <w:t>four-stroke cycle engine. (2mks)</w:t>
      </w:r>
    </w:p>
    <w:p w14:paraId="7A776BBC" w14:textId="526D0761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3BC0E649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3341CF8B" w14:textId="724F5462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3. Name three types of harrows used for secondary cultivation. (3mks)</w:t>
      </w:r>
    </w:p>
    <w:p w14:paraId="686539F2" w14:textId="0E6CECFB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03CC1A86" w14:textId="48224924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665CC856" w14:textId="107E786A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5EDE46EF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06D57154" w14:textId="77777777" w:rsidR="0010687E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4. Define the following terms as used in agricultural economics: (2mks)</w:t>
      </w: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a) Marginal Product</w:t>
      </w:r>
    </w:p>
    <w:p w14:paraId="7EC3DF02" w14:textId="4569550B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Fixed Input</w:t>
      </w:r>
    </w:p>
    <w:p w14:paraId="74F0634E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3B4F55EC" w14:textId="451E9F25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 xml:space="preserve">5. State two reasons for carrying out </w:t>
      </w:r>
      <w:r w:rsidRPr="007C2BA3">
        <w:rPr>
          <w:rFonts w:ascii="Times New Roman" w:hAnsi="Times New Roman" w:cs="Times New Roman"/>
          <w:sz w:val="24"/>
          <w:szCs w:val="24"/>
        </w:rPr>
        <w:t>'steaming up' in dairy cattle. (2mks)</w:t>
      </w:r>
    </w:p>
    <w:p w14:paraId="42CC395D" w14:textId="2FC18658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2E4BA47A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6DA024DC" w14:textId="26F1B33D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6. List three factors that affect the selection of a tool for a specific farm operation. (3mks)</w:t>
      </w:r>
    </w:p>
    <w:p w14:paraId="2175F99D" w14:textId="45F5B654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7E609A7D" w14:textId="5B13B5C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1E31839D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33B2FBDE" w14:textId="6C92DC39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7. Give two advantages of artificial incubation over natural incubation in poultry. (2mks)</w:t>
      </w:r>
    </w:p>
    <w:p w14:paraId="59176DC4" w14:textId="72DAEA2B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53565806" w14:textId="327BC74E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5199CF1B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74753582" w14:textId="14AB1B7F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8. Identify three parts of a tr</w:t>
      </w:r>
      <w:r w:rsidRPr="007C2BA3">
        <w:rPr>
          <w:rFonts w:ascii="Times New Roman" w:hAnsi="Times New Roman" w:cs="Times New Roman"/>
          <w:sz w:val="24"/>
          <w:szCs w:val="24"/>
        </w:rPr>
        <w:t>actor's lubrication system. (3mks)</w:t>
      </w:r>
    </w:p>
    <w:p w14:paraId="034AA511" w14:textId="61AB2D0E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7EEC4E8C" w14:textId="4A8E473F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4F50156D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4F92AF77" w14:textId="4E52D2C2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9. Mention two indicators of a broody hen. (2mks)</w:t>
      </w:r>
    </w:p>
    <w:p w14:paraId="5A6C4659" w14:textId="06D3B76D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03308414" w14:textId="77479E92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119B46CC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49625028" w14:textId="0CF7BEFA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10. State four functions of a tractor’s cooling system. (4mks)</w:t>
      </w:r>
    </w:p>
    <w:p w14:paraId="17663F82" w14:textId="489F2B0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1D428C5A" w14:textId="1D0F2640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693B18A6" w14:textId="1B2D8960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3CFBDF06" w14:textId="25A7B708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2E257D2F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5BA9E5E5" w14:textId="6F402E4A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11. Define "Agroforestry." (2mks)</w:t>
      </w:r>
    </w:p>
    <w:p w14:paraId="0C3CD242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1FE57A74" w14:textId="145AEDBE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12. List two advantages of using animal-drawn implements. (2mks)</w:t>
      </w:r>
    </w:p>
    <w:p w14:paraId="7F5F5B99" w14:textId="084A0B06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1B95A432" w14:textId="56C8E2C9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73B123F0" w14:textId="77777777" w:rsidR="0010687E" w:rsidRPr="007C2BA3" w:rsidRDefault="0010687E">
      <w:pPr>
        <w:rPr>
          <w:rFonts w:ascii="Times New Roman" w:hAnsi="Times New Roman" w:cs="Times New Roman"/>
          <w:sz w:val="24"/>
          <w:szCs w:val="24"/>
        </w:rPr>
      </w:pPr>
    </w:p>
    <w:p w14:paraId="41977C12" w14:textId="7FCABC29" w:rsidR="00CF42E5" w:rsidRPr="007C2BA3" w:rsidRDefault="0010687E">
      <w:pPr>
        <w:pStyle w:val="Heading1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7C2BA3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SECTION B: (30 MARKS)</w:t>
      </w:r>
    </w:p>
    <w:p w14:paraId="6B7FA6C3" w14:textId="77777777" w:rsidR="00CF42E5" w:rsidRPr="007C2BA3" w:rsidRDefault="005268B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2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all questions in this section.</w:t>
      </w:r>
    </w:p>
    <w:p w14:paraId="09419015" w14:textId="20C1A8BC" w:rsidR="0010687E" w:rsidRPr="007C2BA3" w:rsidRDefault="005F6971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56192" behindDoc="0" locked="0" layoutInCell="1" allowOverlap="1" wp14:anchorId="40730931" wp14:editId="715B67EA">
                <wp:simplePos x="0" y="0"/>
                <wp:positionH relativeFrom="column">
                  <wp:posOffset>2462430</wp:posOffset>
                </wp:positionH>
                <wp:positionV relativeFrom="paragraph">
                  <wp:posOffset>1215225</wp:posOffset>
                </wp:positionV>
                <wp:extent cx="216000" cy="182160"/>
                <wp:effectExtent l="19050" t="57150" r="0" b="660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6000" cy="182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6192" behindDoc="0" locked="0" layoutInCell="1" allowOverlap="1" wp14:anchorId="40730931" wp14:editId="715B67EA">
                <wp:simplePos x="0" y="0"/>
                <wp:positionH relativeFrom="column">
                  <wp:posOffset>2462430</wp:posOffset>
                </wp:positionH>
                <wp:positionV relativeFrom="paragraph">
                  <wp:posOffset>1215225</wp:posOffset>
                </wp:positionV>
                <wp:extent cx="216000" cy="182160"/>
                <wp:effectExtent l="19050" t="57150" r="0" b="66040"/>
                <wp:wrapNone/>
                <wp:docPr id="12" name="Ink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nk 1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640" cy="39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54144" behindDoc="0" locked="0" layoutInCell="1" allowOverlap="1" wp14:anchorId="277E8B64" wp14:editId="52B52917">
                <wp:simplePos x="0" y="0"/>
                <wp:positionH relativeFrom="column">
                  <wp:posOffset>2475750</wp:posOffset>
                </wp:positionH>
                <wp:positionV relativeFrom="paragraph">
                  <wp:posOffset>1215225</wp:posOffset>
                </wp:positionV>
                <wp:extent cx="10440" cy="151560"/>
                <wp:effectExtent l="57150" t="57150" r="46990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440" cy="151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4144" behindDoc="0" locked="0" layoutInCell="1" allowOverlap="1" wp14:anchorId="277E8B64" wp14:editId="52B52917">
                <wp:simplePos x="0" y="0"/>
                <wp:positionH relativeFrom="column">
                  <wp:posOffset>2475750</wp:posOffset>
                </wp:positionH>
                <wp:positionV relativeFrom="paragraph">
                  <wp:posOffset>1215225</wp:posOffset>
                </wp:positionV>
                <wp:extent cx="10440" cy="151560"/>
                <wp:effectExtent l="57150" t="57150" r="46990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80" cy="3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52096" behindDoc="0" locked="0" layoutInCell="1" allowOverlap="1" wp14:anchorId="5FE73C74" wp14:editId="1168431F">
                <wp:simplePos x="0" y="0"/>
                <wp:positionH relativeFrom="column">
                  <wp:posOffset>2475865</wp:posOffset>
                </wp:positionH>
                <wp:positionV relativeFrom="paragraph">
                  <wp:posOffset>1186180</wp:posOffset>
                </wp:positionV>
                <wp:extent cx="360" cy="360"/>
                <wp:effectExtent l="57150" t="38100" r="3810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2096" behindDoc="0" locked="0" layoutInCell="1" allowOverlap="1" wp14:anchorId="5FE73C74" wp14:editId="1168431F">
                <wp:simplePos x="0" y="0"/>
                <wp:positionH relativeFrom="column">
                  <wp:posOffset>2475865</wp:posOffset>
                </wp:positionH>
                <wp:positionV relativeFrom="paragraph">
                  <wp:posOffset>1186180</wp:posOffset>
                </wp:positionV>
                <wp:extent cx="360" cy="360"/>
                <wp:effectExtent l="57150" t="38100" r="3810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nk 10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48000" behindDoc="0" locked="0" layoutInCell="1" allowOverlap="1" wp14:anchorId="315E2904" wp14:editId="4F731784">
                <wp:simplePos x="0" y="0"/>
                <wp:positionH relativeFrom="column">
                  <wp:posOffset>1675470</wp:posOffset>
                </wp:positionH>
                <wp:positionV relativeFrom="paragraph">
                  <wp:posOffset>1244025</wp:posOffset>
                </wp:positionV>
                <wp:extent cx="188280" cy="172800"/>
                <wp:effectExtent l="0" t="57150" r="2540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8280" cy="172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8000" behindDoc="0" locked="0" layoutInCell="1" allowOverlap="1" wp14:anchorId="315E2904" wp14:editId="4F731784">
                <wp:simplePos x="0" y="0"/>
                <wp:positionH relativeFrom="column">
                  <wp:posOffset>1675470</wp:posOffset>
                </wp:positionH>
                <wp:positionV relativeFrom="paragraph">
                  <wp:posOffset>1244025</wp:posOffset>
                </wp:positionV>
                <wp:extent cx="188280" cy="172800"/>
                <wp:effectExtent l="0" t="57150" r="2540" b="55880"/>
                <wp:wrapNone/>
                <wp:docPr id="7" name="Ink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nk 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20" cy="388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45952" behindDoc="0" locked="0" layoutInCell="1" allowOverlap="1" wp14:anchorId="62DC5687" wp14:editId="044BCF59">
                <wp:simplePos x="0" y="0"/>
                <wp:positionH relativeFrom="column">
                  <wp:posOffset>581070</wp:posOffset>
                </wp:positionH>
                <wp:positionV relativeFrom="paragraph">
                  <wp:posOffset>1081305</wp:posOffset>
                </wp:positionV>
                <wp:extent cx="258480" cy="259200"/>
                <wp:effectExtent l="38100" t="57150" r="0" b="647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8480" cy="259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5952" behindDoc="0" locked="0" layoutInCell="1" allowOverlap="1" wp14:anchorId="62DC5687" wp14:editId="044BCF59">
                <wp:simplePos x="0" y="0"/>
                <wp:positionH relativeFrom="column">
                  <wp:posOffset>581070</wp:posOffset>
                </wp:positionH>
                <wp:positionV relativeFrom="paragraph">
                  <wp:posOffset>1081305</wp:posOffset>
                </wp:positionV>
                <wp:extent cx="258480" cy="259200"/>
                <wp:effectExtent l="38100" t="57150" r="0" b="64770"/>
                <wp:wrapNone/>
                <wp:docPr id="6" name="Ink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nk 6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120" cy="47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43904" behindDoc="0" locked="0" layoutInCell="1" allowOverlap="1" wp14:anchorId="7EF1C5AC" wp14:editId="1586F2A4">
                <wp:simplePos x="0" y="0"/>
                <wp:positionH relativeFrom="column">
                  <wp:posOffset>590430</wp:posOffset>
                </wp:positionH>
                <wp:positionV relativeFrom="paragraph">
                  <wp:posOffset>1110465</wp:posOffset>
                </wp:positionV>
                <wp:extent cx="42480" cy="186120"/>
                <wp:effectExtent l="57150" t="38100" r="34290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2480" cy="186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3904" behindDoc="0" locked="0" layoutInCell="1" allowOverlap="1" wp14:anchorId="7EF1C5AC" wp14:editId="1586F2A4">
                <wp:simplePos x="0" y="0"/>
                <wp:positionH relativeFrom="column">
                  <wp:posOffset>590430</wp:posOffset>
                </wp:positionH>
                <wp:positionV relativeFrom="paragraph">
                  <wp:posOffset>1110465</wp:posOffset>
                </wp:positionV>
                <wp:extent cx="42480" cy="186120"/>
                <wp:effectExtent l="57150" t="38100" r="34290" b="42545"/>
                <wp:wrapNone/>
                <wp:docPr id="5" name="In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k 5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20" cy="401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41856" behindDoc="0" locked="0" layoutInCell="1" allowOverlap="1" wp14:anchorId="404E829D" wp14:editId="191E64C3">
                <wp:simplePos x="0" y="0"/>
                <wp:positionH relativeFrom="column">
                  <wp:posOffset>1666830</wp:posOffset>
                </wp:positionH>
                <wp:positionV relativeFrom="paragraph">
                  <wp:posOffset>454905</wp:posOffset>
                </wp:positionV>
                <wp:extent cx="77400" cy="36720"/>
                <wp:effectExtent l="57150" t="57150" r="37465" b="590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7400" cy="36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1856" behindDoc="0" locked="0" layoutInCell="1" allowOverlap="1" wp14:anchorId="404E829D" wp14:editId="191E64C3">
                <wp:simplePos x="0" y="0"/>
                <wp:positionH relativeFrom="column">
                  <wp:posOffset>1666830</wp:posOffset>
                </wp:positionH>
                <wp:positionV relativeFrom="paragraph">
                  <wp:posOffset>454905</wp:posOffset>
                </wp:positionV>
                <wp:extent cx="77400" cy="36720"/>
                <wp:effectExtent l="57150" t="57150" r="37465" b="59055"/>
                <wp:wrapNone/>
                <wp:docPr id="4" name="In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nk 4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" cy="252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39808" behindDoc="0" locked="0" layoutInCell="1" allowOverlap="1" wp14:anchorId="18A04232" wp14:editId="5B38AA72">
                <wp:simplePos x="0" y="0"/>
                <wp:positionH relativeFrom="column">
                  <wp:posOffset>1666830</wp:posOffset>
                </wp:positionH>
                <wp:positionV relativeFrom="paragraph">
                  <wp:posOffset>415305</wp:posOffset>
                </wp:positionV>
                <wp:extent cx="128520" cy="100080"/>
                <wp:effectExtent l="38100" t="57150" r="43180" b="336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8520" cy="100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39808" behindDoc="0" locked="0" layoutInCell="1" allowOverlap="1" wp14:anchorId="18A04232" wp14:editId="5B38AA72">
                <wp:simplePos x="0" y="0"/>
                <wp:positionH relativeFrom="column">
                  <wp:posOffset>1666830</wp:posOffset>
                </wp:positionH>
                <wp:positionV relativeFrom="paragraph">
                  <wp:posOffset>415305</wp:posOffset>
                </wp:positionV>
                <wp:extent cx="128520" cy="100080"/>
                <wp:effectExtent l="38100" t="57150" r="43180" b="33655"/>
                <wp:wrapNone/>
                <wp:docPr id="3" name="Ink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nk 3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60" cy="31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37760" behindDoc="0" locked="0" layoutInCell="1" allowOverlap="1" wp14:anchorId="4B06B8EA" wp14:editId="65080F75">
                <wp:simplePos x="0" y="0"/>
                <wp:positionH relativeFrom="column">
                  <wp:posOffset>1657470</wp:posOffset>
                </wp:positionH>
                <wp:positionV relativeFrom="paragraph">
                  <wp:posOffset>405585</wp:posOffset>
                </wp:positionV>
                <wp:extent cx="360" cy="171000"/>
                <wp:effectExtent l="57150" t="38100" r="38100" b="387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171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37760" behindDoc="0" locked="0" layoutInCell="1" allowOverlap="1" wp14:anchorId="4B06B8EA" wp14:editId="65080F75">
                <wp:simplePos x="0" y="0"/>
                <wp:positionH relativeFrom="column">
                  <wp:posOffset>1657470</wp:posOffset>
                </wp:positionH>
                <wp:positionV relativeFrom="paragraph">
                  <wp:posOffset>405585</wp:posOffset>
                </wp:positionV>
                <wp:extent cx="360" cy="171000"/>
                <wp:effectExtent l="57150" t="38100" r="38100" b="38735"/>
                <wp:wrapNone/>
                <wp:docPr id="2" name="Ink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k 2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8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268B3" w:rsidRPr="007C2BA3">
        <w:rPr>
          <w:rFonts w:ascii="Times New Roman" w:hAnsi="Times New Roman" w:cs="Times New Roman"/>
          <w:sz w:val="24"/>
          <w:szCs w:val="24"/>
        </w:rPr>
        <w:t xml:space="preserve">13. </w:t>
      </w:r>
      <w:r w:rsidRPr="007C2B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BEBEF" wp14:editId="383218D9">
            <wp:extent cx="3114320" cy="1759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9591" cy="17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2F6A" w14:textId="77777777" w:rsidR="005F6971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a) Identify the labeled parts of the mouldboard plough shown above. (3mks)</w:t>
      </w:r>
    </w:p>
    <w:p w14:paraId="1FD17810" w14:textId="785A9AE8" w:rsidR="005F6971" w:rsidRPr="007C2BA3" w:rsidRDefault="005F6971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A_</w:t>
      </w:r>
    </w:p>
    <w:p w14:paraId="46F5A45A" w14:textId="37E144D8" w:rsidR="005F6971" w:rsidRPr="007C2BA3" w:rsidRDefault="005F6971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B_</w:t>
      </w:r>
    </w:p>
    <w:p w14:paraId="581AE6D6" w14:textId="1FABB258" w:rsidR="005F6971" w:rsidRPr="007C2BA3" w:rsidRDefault="005F6971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C_</w:t>
      </w:r>
    </w:p>
    <w:p w14:paraId="5EB6DEC1" w14:textId="4A19A180" w:rsidR="005F6971" w:rsidRPr="007C2BA3" w:rsidRDefault="005F6971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D_</w:t>
      </w:r>
    </w:p>
    <w:p w14:paraId="1B2D7A15" w14:textId="0670688D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Explain two maintenance practices for a mouldboard plough. (2mks)</w:t>
      </w:r>
    </w:p>
    <w:p w14:paraId="1EB3BC78" w14:textId="7098335C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19F75486" w14:textId="40725526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7D395CAE" w14:textId="1CA5832A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14A590CB" w14:textId="2EB06781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407F9CB3" w14:textId="7AAB5AE3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1ACAAAD5" w14:textId="77777777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5AC25B62" w14:textId="236E857B" w:rsidR="007C2BA3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 xml:space="preserve">14. </w:t>
      </w:r>
    </w:p>
    <w:p w14:paraId="620384B1" w14:textId="3C065F4E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691FAE83" w14:textId="0CFF3B65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656DA" wp14:editId="68CBE189">
            <wp:extent cx="4010025" cy="2673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2749" cy="26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F5AD" w14:textId="77777777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1E4F44A1" w14:textId="77777777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18556275" w14:textId="0DA8C30B" w:rsidR="004059E2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a) Identify the three stages of the production function shown in the diagram. (3mks)</w:t>
      </w:r>
    </w:p>
    <w:p w14:paraId="37282F44" w14:textId="77777777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67C37499" w14:textId="77777777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3AB13931" w14:textId="505CFE9A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At which stage should a rational farmer operate? Explain why. (2mks)</w:t>
      </w:r>
    </w:p>
    <w:p w14:paraId="1AA03ECD" w14:textId="109604AF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663E689E" w14:textId="03405456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55F02009" w14:textId="77777777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3BEBE42B" w14:textId="7809ED55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lastRenderedPageBreak/>
        <w:t>15. A farmer wants to apply fertiliz</w:t>
      </w:r>
      <w:r w:rsidRPr="007C2BA3">
        <w:rPr>
          <w:rFonts w:ascii="Times New Roman" w:hAnsi="Times New Roman" w:cs="Times New Roman"/>
          <w:sz w:val="24"/>
          <w:szCs w:val="24"/>
        </w:rPr>
        <w:t>er to maize. If the recommended rate is 150 kg of DAP (18:46:0) per hectare, calculate the amount of Nitrogen, Phosphorus, and Potassium (K) applied per hectare. Show your working. (5mks)</w:t>
      </w:r>
    </w:p>
    <w:p w14:paraId="2FE2D495" w14:textId="2C0237F7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6C29BE6B" w14:textId="187AF7D9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408305BE" w14:textId="7D800F8E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34E1AA01" w14:textId="5043C619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53138FD6" w14:textId="3081EE05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0394F12A" w14:textId="5B66E535" w:rsidR="004059E2" w:rsidRPr="007C2BA3" w:rsidRDefault="004059E2">
      <w:pPr>
        <w:rPr>
          <w:rFonts w:ascii="Times New Roman" w:hAnsi="Times New Roman" w:cs="Times New Roman"/>
          <w:sz w:val="24"/>
          <w:szCs w:val="24"/>
        </w:rPr>
      </w:pPr>
    </w:p>
    <w:p w14:paraId="1573FC05" w14:textId="7777777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655AD87F" w14:textId="77FE40B1" w:rsidR="00EB251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 xml:space="preserve">16. </w:t>
      </w:r>
    </w:p>
    <w:p w14:paraId="038A88DC" w14:textId="7777777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9CBD002" w14:textId="7777777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7C837608" w14:textId="11FDE6D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 wp14:anchorId="51462863" wp14:editId="27917338">
                <wp:simplePos x="0" y="0"/>
                <wp:positionH relativeFrom="column">
                  <wp:posOffset>2867070</wp:posOffset>
                </wp:positionH>
                <wp:positionV relativeFrom="paragraph">
                  <wp:posOffset>870365</wp:posOffset>
                </wp:positionV>
                <wp:extent cx="164880" cy="44640"/>
                <wp:effectExtent l="38100" t="57150" r="45085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4880" cy="44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51462863" wp14:editId="27917338">
                <wp:simplePos x="0" y="0"/>
                <wp:positionH relativeFrom="column">
                  <wp:posOffset>2867070</wp:posOffset>
                </wp:positionH>
                <wp:positionV relativeFrom="paragraph">
                  <wp:posOffset>870365</wp:posOffset>
                </wp:positionV>
                <wp:extent cx="164880" cy="44640"/>
                <wp:effectExtent l="38100" t="57150" r="45085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nk 26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20" cy="260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63623A52" wp14:editId="784CF312">
                <wp:simplePos x="0" y="0"/>
                <wp:positionH relativeFrom="column">
                  <wp:posOffset>2847975</wp:posOffset>
                </wp:positionH>
                <wp:positionV relativeFrom="paragraph">
                  <wp:posOffset>819785</wp:posOffset>
                </wp:positionV>
                <wp:extent cx="189230" cy="182880"/>
                <wp:effectExtent l="38100" t="38100" r="39370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9230" cy="182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63623A52" wp14:editId="784CF312">
                <wp:simplePos x="0" y="0"/>
                <wp:positionH relativeFrom="column">
                  <wp:posOffset>2847975</wp:posOffset>
                </wp:positionH>
                <wp:positionV relativeFrom="paragraph">
                  <wp:posOffset>819785</wp:posOffset>
                </wp:positionV>
                <wp:extent cx="189230" cy="182880"/>
                <wp:effectExtent l="38100" t="38100" r="39370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Ink 25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846" cy="398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28756F09" wp14:editId="07FCFAE3">
                <wp:simplePos x="0" y="0"/>
                <wp:positionH relativeFrom="column">
                  <wp:posOffset>2914950</wp:posOffset>
                </wp:positionH>
                <wp:positionV relativeFrom="paragraph">
                  <wp:posOffset>610085</wp:posOffset>
                </wp:positionV>
                <wp:extent cx="228960" cy="162720"/>
                <wp:effectExtent l="38100" t="57150" r="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8960" cy="162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28756F09" wp14:editId="07FCFAE3">
                <wp:simplePos x="0" y="0"/>
                <wp:positionH relativeFrom="column">
                  <wp:posOffset>2914950</wp:posOffset>
                </wp:positionH>
                <wp:positionV relativeFrom="paragraph">
                  <wp:posOffset>610085</wp:posOffset>
                </wp:positionV>
                <wp:extent cx="228960" cy="162720"/>
                <wp:effectExtent l="38100" t="57150" r="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600" cy="378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79A3156E" wp14:editId="7BDF4D49">
                <wp:simplePos x="0" y="0"/>
                <wp:positionH relativeFrom="column">
                  <wp:posOffset>2933670</wp:posOffset>
                </wp:positionH>
                <wp:positionV relativeFrom="paragraph">
                  <wp:posOffset>610085</wp:posOffset>
                </wp:positionV>
                <wp:extent cx="360" cy="151920"/>
                <wp:effectExtent l="57150" t="38100" r="38100" b="387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79A3156E" wp14:editId="7BDF4D49">
                <wp:simplePos x="0" y="0"/>
                <wp:positionH relativeFrom="column">
                  <wp:posOffset>2933670</wp:posOffset>
                </wp:positionH>
                <wp:positionV relativeFrom="paragraph">
                  <wp:posOffset>610085</wp:posOffset>
                </wp:positionV>
                <wp:extent cx="360" cy="151920"/>
                <wp:effectExtent l="57150" t="38100" r="38100" b="38735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48EBE9C5" wp14:editId="331E0BB0">
                <wp:simplePos x="0" y="0"/>
                <wp:positionH relativeFrom="column">
                  <wp:posOffset>1018110</wp:posOffset>
                </wp:positionH>
                <wp:positionV relativeFrom="paragraph">
                  <wp:posOffset>2105525</wp:posOffset>
                </wp:positionV>
                <wp:extent cx="225360" cy="182520"/>
                <wp:effectExtent l="0" t="57150" r="0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25360" cy="18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48EBE9C5" wp14:editId="331E0BB0">
                <wp:simplePos x="0" y="0"/>
                <wp:positionH relativeFrom="column">
                  <wp:posOffset>1018110</wp:posOffset>
                </wp:positionH>
                <wp:positionV relativeFrom="paragraph">
                  <wp:posOffset>2105525</wp:posOffset>
                </wp:positionV>
                <wp:extent cx="225360" cy="182520"/>
                <wp:effectExtent l="0" t="57150" r="0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nk 20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000" cy="39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46194DEE" wp14:editId="362071AE">
                <wp:simplePos x="0" y="0"/>
                <wp:positionH relativeFrom="column">
                  <wp:posOffset>525270</wp:posOffset>
                </wp:positionH>
                <wp:positionV relativeFrom="paragraph">
                  <wp:posOffset>2058005</wp:posOffset>
                </wp:positionV>
                <wp:extent cx="229320" cy="258480"/>
                <wp:effectExtent l="57150" t="57150" r="0" b="654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9320" cy="258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46194DEE" wp14:editId="362071AE">
                <wp:simplePos x="0" y="0"/>
                <wp:positionH relativeFrom="column">
                  <wp:posOffset>525270</wp:posOffset>
                </wp:positionH>
                <wp:positionV relativeFrom="paragraph">
                  <wp:posOffset>2058005</wp:posOffset>
                </wp:positionV>
                <wp:extent cx="229320" cy="258480"/>
                <wp:effectExtent l="57150" t="57150" r="0" b="65405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960" cy="474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02EC13BB" wp14:editId="739EAADE">
                <wp:simplePos x="0" y="0"/>
                <wp:positionH relativeFrom="column">
                  <wp:posOffset>552270</wp:posOffset>
                </wp:positionH>
                <wp:positionV relativeFrom="paragraph">
                  <wp:posOffset>2038925</wp:posOffset>
                </wp:positionV>
                <wp:extent cx="10080" cy="199440"/>
                <wp:effectExtent l="57150" t="38100" r="47625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080" cy="199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02EC13BB" wp14:editId="739EAADE">
                <wp:simplePos x="0" y="0"/>
                <wp:positionH relativeFrom="column">
                  <wp:posOffset>552270</wp:posOffset>
                </wp:positionH>
                <wp:positionV relativeFrom="paragraph">
                  <wp:posOffset>2038925</wp:posOffset>
                </wp:positionV>
                <wp:extent cx="10080" cy="199440"/>
                <wp:effectExtent l="57150" t="38100" r="47625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nk 18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" cy="41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543B2FF1" wp14:editId="335F7EE4">
                <wp:simplePos x="0" y="0"/>
                <wp:positionH relativeFrom="column">
                  <wp:posOffset>628590</wp:posOffset>
                </wp:positionH>
                <wp:positionV relativeFrom="paragraph">
                  <wp:posOffset>1505405</wp:posOffset>
                </wp:positionV>
                <wp:extent cx="104040" cy="360"/>
                <wp:effectExtent l="57150" t="57150" r="1079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543B2FF1" wp14:editId="335F7EE4">
                <wp:simplePos x="0" y="0"/>
                <wp:positionH relativeFrom="column">
                  <wp:posOffset>628590</wp:posOffset>
                </wp:positionH>
                <wp:positionV relativeFrom="paragraph">
                  <wp:posOffset>1505405</wp:posOffset>
                </wp:positionV>
                <wp:extent cx="104040" cy="360"/>
                <wp:effectExtent l="57150" t="57150" r="1079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nk 17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5AA54345" wp14:editId="615CA0BD">
                <wp:simplePos x="0" y="0"/>
                <wp:positionH relativeFrom="column">
                  <wp:posOffset>589915</wp:posOffset>
                </wp:positionH>
                <wp:positionV relativeFrom="paragraph">
                  <wp:posOffset>1343660</wp:posOffset>
                </wp:positionV>
                <wp:extent cx="156755" cy="274955"/>
                <wp:effectExtent l="57150" t="57150" r="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6755" cy="2749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5AA54345" wp14:editId="615CA0BD">
                <wp:simplePos x="0" y="0"/>
                <wp:positionH relativeFrom="column">
                  <wp:posOffset>589915</wp:posOffset>
                </wp:positionH>
                <wp:positionV relativeFrom="paragraph">
                  <wp:posOffset>1343660</wp:posOffset>
                </wp:positionV>
                <wp:extent cx="156755" cy="274955"/>
                <wp:effectExtent l="57150" t="57150" r="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nk 16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30" cy="490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C2B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6C6F2" wp14:editId="48BB0263">
            <wp:extent cx="3771900" cy="25168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08009" cy="26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40E9" w14:textId="548D821F" w:rsidR="004059E2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a) </w:t>
      </w:r>
      <w:r w:rsidR="004059E2" w:rsidRPr="007C2BA3">
        <w:rPr>
          <w:rFonts w:ascii="Times New Roman" w:hAnsi="Times New Roman" w:cs="Times New Roman"/>
          <w:sz w:val="24"/>
          <w:szCs w:val="24"/>
        </w:rPr>
        <w:t>Name</w:t>
      </w:r>
      <w:r w:rsidRPr="007C2BA3">
        <w:rPr>
          <w:rFonts w:ascii="Times New Roman" w:hAnsi="Times New Roman" w:cs="Times New Roman"/>
          <w:sz w:val="24"/>
          <w:szCs w:val="24"/>
        </w:rPr>
        <w:t xml:space="preserve"> the following parts</w:t>
      </w:r>
      <w:r w:rsidRPr="007C2BA3">
        <w:rPr>
          <w:rFonts w:ascii="Times New Roman" w:hAnsi="Times New Roman" w:cs="Times New Roman"/>
          <w:sz w:val="24"/>
          <w:szCs w:val="24"/>
        </w:rPr>
        <w:t>. (4mks)</w:t>
      </w:r>
    </w:p>
    <w:p w14:paraId="53C5CC0F" w14:textId="7C7F6C68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A_</w:t>
      </w:r>
    </w:p>
    <w:p w14:paraId="3F6EBB48" w14:textId="22C54816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B-</w:t>
      </w:r>
    </w:p>
    <w:p w14:paraId="056B38A1" w14:textId="032FE776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C_</w:t>
      </w:r>
    </w:p>
    <w:p w14:paraId="5FCF4493" w14:textId="0AC04EE5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lastRenderedPageBreak/>
        <w:t>D_</w:t>
      </w:r>
    </w:p>
    <w:p w14:paraId="43C27E1D" w14:textId="7747E1E5" w:rsidR="004059E2" w:rsidRPr="007C2BA3" w:rsidRDefault="00EB2515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E_</w:t>
      </w:r>
    </w:p>
    <w:p w14:paraId="639D1784" w14:textId="1BB211FE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Describe the importance of the air sac in an incubating egg. (2mks)</w:t>
      </w:r>
    </w:p>
    <w:p w14:paraId="1969043C" w14:textId="6CD425CB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21BADF33" w14:textId="19116426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B3BB742" w14:textId="7777777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1C9C1140" w14:textId="4CF23452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17. Explain three factors that influence land as a factor of production. (6mks)</w:t>
      </w:r>
    </w:p>
    <w:p w14:paraId="02CE035C" w14:textId="3463A488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6DABD384" w14:textId="73DE6530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35DCD48E" w14:textId="73D317A3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043EB012" w14:textId="73F54CB9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248D392A" w14:textId="58D6BFB9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185F047" w14:textId="4A5FA5FD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526FBEB7" w14:textId="77777777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2A4E861D" w14:textId="23F44A39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18. Briefly describe the process of 'egg cand</w:t>
      </w:r>
      <w:r w:rsidRPr="007C2BA3">
        <w:rPr>
          <w:rFonts w:ascii="Times New Roman" w:hAnsi="Times New Roman" w:cs="Times New Roman"/>
          <w:sz w:val="24"/>
          <w:szCs w:val="24"/>
        </w:rPr>
        <w:t>ling' and its purpose in poultry management. (3mks)</w:t>
      </w:r>
    </w:p>
    <w:p w14:paraId="6DD03B14" w14:textId="68776E51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8D00399" w14:textId="6F26ED2E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365ED6E" w14:textId="38526835" w:rsidR="00EB2515" w:rsidRPr="007C2BA3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4C748B86" w14:textId="2BD79E0A" w:rsidR="00EB2515" w:rsidRDefault="00EB2515">
      <w:pPr>
        <w:rPr>
          <w:rFonts w:ascii="Times New Roman" w:hAnsi="Times New Roman" w:cs="Times New Roman"/>
          <w:sz w:val="24"/>
          <w:szCs w:val="24"/>
        </w:rPr>
      </w:pPr>
    </w:p>
    <w:p w14:paraId="09D6BF2D" w14:textId="0E70D726" w:rsid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19FA9051" w14:textId="3C7F4027" w:rsid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78CCF201" w14:textId="77777777" w:rsidR="007C2BA3" w:rsidRPr="007C2BA3" w:rsidRDefault="007C2BA3">
      <w:pPr>
        <w:rPr>
          <w:rFonts w:ascii="Times New Roman" w:hAnsi="Times New Roman" w:cs="Times New Roman"/>
          <w:sz w:val="24"/>
          <w:szCs w:val="24"/>
        </w:rPr>
      </w:pPr>
    </w:p>
    <w:p w14:paraId="217BD36A" w14:textId="54C17D58" w:rsidR="00CF42E5" w:rsidRPr="007C2BA3" w:rsidRDefault="00EB2515">
      <w:pPr>
        <w:pStyle w:val="Heading1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7C2BA3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SECTION C: (40 MARKS)</w:t>
      </w:r>
    </w:p>
    <w:p w14:paraId="266A4AEC" w14:textId="77777777" w:rsidR="00CF42E5" w:rsidRPr="007C2BA3" w:rsidRDefault="005268B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2B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any two questions from this section.</w:t>
      </w:r>
    </w:p>
    <w:p w14:paraId="56C9092A" w14:textId="77777777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lastRenderedPageBreak/>
        <w:t>19. a) Explain five factors that determine the quality of Farm Yard Manure (FYM). (10mks)</w:t>
      </w: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Describe five ways in which a farmer can </w:t>
      </w:r>
      <w:r w:rsidRPr="007C2BA3">
        <w:rPr>
          <w:rFonts w:ascii="Times New Roman" w:hAnsi="Times New Roman" w:cs="Times New Roman"/>
          <w:sz w:val="24"/>
          <w:szCs w:val="24"/>
        </w:rPr>
        <w:t>improve soil fertility. (10mks)</w:t>
      </w:r>
    </w:p>
    <w:p w14:paraId="79716A65" w14:textId="77777777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20. a) Discuss five advantages of using a tractor over animal power in large-scale farming. (10mks)</w:t>
      </w:r>
      <w:r w:rsidRPr="007C2BA3">
        <w:rPr>
          <w:rFonts w:ascii="Times New Roman" w:hAnsi="Times New Roman" w:cs="Times New Roman"/>
          <w:sz w:val="24"/>
          <w:szCs w:val="24"/>
        </w:rPr>
        <w:br/>
      </w:r>
      <w:r w:rsidRPr="007C2BA3">
        <w:rPr>
          <w:rFonts w:ascii="Times New Roman" w:hAnsi="Times New Roman" w:cs="Times New Roman"/>
          <w:sz w:val="24"/>
          <w:szCs w:val="24"/>
        </w:rPr>
        <w:t xml:space="preserve">    b) Explain five maintenance practices carried out on a tractor's battery. (10mks)</w:t>
      </w:r>
    </w:p>
    <w:p w14:paraId="0F0B923D" w14:textId="77777777" w:rsidR="00CF42E5" w:rsidRPr="007C2BA3" w:rsidRDefault="005268B3">
      <w:pPr>
        <w:rPr>
          <w:rFonts w:ascii="Times New Roman" w:hAnsi="Times New Roman" w:cs="Times New Roman"/>
          <w:sz w:val="24"/>
          <w:szCs w:val="24"/>
        </w:rPr>
      </w:pPr>
      <w:r w:rsidRPr="007C2BA3">
        <w:rPr>
          <w:rFonts w:ascii="Times New Roman" w:hAnsi="Times New Roman" w:cs="Times New Roman"/>
          <w:sz w:val="24"/>
          <w:szCs w:val="24"/>
        </w:rPr>
        <w:t>21. a) A farmer decides to invest in a dairy project. Discuss five factors that influence the choice of a livestock enterprise. (10mks)</w:t>
      </w:r>
      <w:r w:rsidRPr="007C2BA3">
        <w:rPr>
          <w:rFonts w:ascii="Times New Roman" w:hAnsi="Times New Roman" w:cs="Times New Roman"/>
          <w:sz w:val="24"/>
          <w:szCs w:val="24"/>
        </w:rPr>
        <w:br/>
        <w:t xml:space="preserve">    b) Explain five causes of low </w:t>
      </w:r>
      <w:r w:rsidRPr="007C2BA3">
        <w:rPr>
          <w:rFonts w:ascii="Times New Roman" w:hAnsi="Times New Roman" w:cs="Times New Roman"/>
          <w:sz w:val="24"/>
          <w:szCs w:val="24"/>
        </w:rPr>
        <w:t>milk production in dairy cattle. (10mks)</w:t>
      </w:r>
    </w:p>
    <w:sectPr w:rsidR="00CF42E5" w:rsidRPr="007C2BA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687E"/>
    <w:rsid w:val="0015074B"/>
    <w:rsid w:val="0029639D"/>
    <w:rsid w:val="00326F90"/>
    <w:rsid w:val="004059E2"/>
    <w:rsid w:val="005268B3"/>
    <w:rsid w:val="005F6971"/>
    <w:rsid w:val="007C2BA3"/>
    <w:rsid w:val="00AA1D8D"/>
    <w:rsid w:val="00B47730"/>
    <w:rsid w:val="00CB0664"/>
    <w:rsid w:val="00CF42E5"/>
    <w:rsid w:val="00EB251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19D6A3"/>
  <w14:defaultImageDpi w14:val="300"/>
  <w15:docId w15:val="{C32389A7-4E24-4821-B9E3-4DAD7E8C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customXml" Target="ink/ink10.xml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32" Type="http://schemas.openxmlformats.org/officeDocument/2006/relationships/customXml" Target="ink/ink13.xml"/><Relationship Id="rId37" Type="http://schemas.openxmlformats.org/officeDocument/2006/relationships/image" Target="media/image17.png"/><Relationship Id="rId40" Type="http://schemas.openxmlformats.org/officeDocument/2006/relationships/customXml" Target="ink/ink17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customXml" Target="ink/ink2.xml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6.xml"/><Relationship Id="rId46" Type="http://schemas.openxmlformats.org/officeDocument/2006/relationships/theme" Target="theme/theme1.xml"/><Relationship Id="rId20" Type="http://schemas.openxmlformats.org/officeDocument/2006/relationships/customXml" Target="ink/ink8.xml"/><Relationship Id="rId4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9:13.15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92 0,'4'0,"7"0,5 0,5 0,3 0,2 0,1 0,-4 5,-1 1,0 0,0-2,2 4,1 0,-4 3,-1 0,0 3,2-2,-3 3,0-2,1 1,1 3,3-1,-4 0,-5 3,-5 3,-4 1,-3 2,-2 1,-2 1,0-1,-4-3,-2-2,-4-5,-5-4,-4-5,-3-3,3 2,-1 0,0-1,-2-2,-1-1,-1 0,-1 3,0 1,-1 0,1 3,-1 0,0-2,0-1,1-3,-1-1,1-1,-1-1,5-5,2-1,4-5,5-4,4-5,3-3,3-2,1-1,1-2,-5 5,-1 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9:17.613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0 124,'4'0,"7"0,5-4,5-2,3 0,2 1,1 2,-4-4,-1 0,-5-3,-1-1,2 3,2 1,3-1,1-1,1 3,1 1,1 2,0 1,-5-3,-1-1,-4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9:11.28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0 132,'0'5,"0"5,0 6,0 5,0 3,0 2,0 1,0 1,0-1,0 1,0-1,0 0,0 0,0-1,4-4,7-6,5-6,5-4,3-4,2-1,1-2,1 0,-5-5,-1-1,-1 1,1 1,2-3,0 0,1 1,1 2,-4-3,-1 0,-5-3,1 0,0 3,3 1,2 3,3 2,-4 1</inkml:trace>
  <inkml:trace contextRef="#ctx0" brushRef="#br0" timeOffset="2811.13">25 132,'5'0,"5"0,2-4,3-2,3 0,4 1,2 2,-3-4,-1 0,2 1,0 2,2 1,1 1,-4-4,-1 0,1 0,1 2,-3-3,0-1,1 1,1-2,3 0,0 1,2 3,-4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9:07.004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52 0,'4'0,"7"0,5 0,5 0,3 0,2 0,1 0,1 0,0 0,-1 0,0 0,0 0,0 0,-1 0,1 0,-1 0,1 0,-1 0,0 0,1 0,-1 5,-4 5,-6 7,-1-1,-3 2,-4 3,-3 1,-3 2,-5 2,-3 0,-5-4,-5-1,-4-4,1-1,0-3,-2-3,2 0,1 0,-2 1,-1 0,2 2,1-1,-2 2,-2-2,-1-2,-2 1,-1-1,0-2,-1-3,5 3,1-1,0-1,-1-1,-2-3,0 0,3-6,1-2,4-4,5-5,-1-1,2-1,3-2,2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9:03.090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0,'0'5,"0"5,0 7,0 3,0 5,0 1,0 1,0 0,0 1,0-1,0 0,0 0,0 0,0 0,0-1,0 1,0-1,0-4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8:57.537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373 0,'-4'0,"-7"0,-5 0,-5 0,-3 0,3 5,0 1,3 4,1 1,-1-2,2 2,-1-1,-1-1,1 1,0-1,-2-1,-2-3,2 2,5 5,0 1,2 1,4 5,2 2,4 2,0 2,2 2,1 0,4-5,1-1,0 1,4-5,-1 1,4-4,-2 1,3-2,-1 0,1-1,-1 2,1-2,4-3,2-2,2-4,3-1,1-1,1-1,0-1,0 1,0-1,-1 1,1-1,-5-3,-1-3,-5-3,0 0,2 1,-3-2,1 1,2 1,-1-1,-1 1,3 1,-2-2,-4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8:53.330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49 0,'4'0,"7"0,5 0,5 0,3 0,2 0,1 0,1 0,0 0,-1 0,0 0,0 0,0 0,-1 0,1 0,-1 0,1 0,-5 5,-6 5,-6 6,-9 5,-5 3,-6-2,-1-1,-4 1,-3-4,1 1,-1 0,-2-2,3 0,-1-3,3 1,0-2,2 1,3 2,-1 0,-3-4,-4-4,-3-3,-3-2,-1-3,-2 0,0 0,0-1,0 0,0 1,9-1,13 1,10 0,10 0,7 0,4 0,2 0,0 0,1 0,0 0,-1 0,-1 0,0 0,-5-4,-1-2,-1 0,2 1,1 2,1 1,2 0,0 2,0 0,1 0,0 5,-1 1,-4 5,-5 4,-7 5,-4 3,-4 2,-2 1,0 2,-2-1,1 0,-4-4,-2-2,-3 0,-6-4,1 1,3 0,-1-1,1-1,-2-1,-2-5,-4-3,-2-3,-2-3,-2 0,-1-2,0 0,0 1,0-1,0 1,0-1,1 1,-1 0,1 0,-1 0,1 0,-1 0,5-4,6-7,6-5,4-5,0 2,-1-1,3-2,0-1,2-1,-4-1,0-1,0-1,2 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8:48.850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0,'0'5,"0"5,0 6,0 5,0 3,0 2,0 1,0 1,0 0,0-1,0 0,0 0,0 0,0-1,0 1,0-1,0 1,0-1,0 1,0-1,0 1,5-5,5-6,2-6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8:45.501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0,'5'0,"5"0,6 0,5 0,3 0,2 0,1 0,1 0,0 0,-1 0,0 0,0 0,-5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58:39.434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213 0,'0'5,"0"5,0 6,0 5,0 3,0 2,0 1,-4 1,-7-5,-1-2,2 1,2 0,-2-3,1 0,2 0,2 3,2 1,2 1,-4-3,-2-1,2 1,-4 2,0 0,-2-2,-1-2,3 2,-2 1,1 1,2 2,2 0,-2-3,1-2,0 1,3 2,1 0,1-3</inkml:trace>
  <inkml:trace contextRef="#ctx0" brushRef="#br0" timeOffset="2798.89">213 0,'4'9,"2"7,5 6,-1 3,-1 3,-2 0,2-4,-1-2,-1 0,-2 0,-2 2,-2 1,0 0,3 1,2 0,0 1,2-5,1-1,-1 0,2-4,-1 0,-1 2,2 2,0 2,-3 1,-2 2,-1 0,2-4,1-1,-2 0,4 1,0-3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9:08.311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29 0,'0'5,"0"5,0 7,0 3,0 5,0 1,0 1,0 0,0 1,0-1,-5-4,-1-2,1 0,0 1,1 1,2 2,1 0,1 1,0-4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9:03.823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  <inkml:trace contextRef="#ctx0" brushRef="#br0" timeOffset="224.8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9:00.633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294 0,'-5'0,"-5"0,-6 0,-5 0,1 5,0 1,3 4,0 0,-2-1,3 2,-1 4,3 4,-1-2,2 1,-1-2,2 0,2 2,0-2,0 1,3 2,2 2,2 2,1 2,2 1,5-4,1-1,0 0,3-3,1-1,2-2,0 0,2-3,3-2,3-4,3-3,2-1,1-2,1 0,0-1,0 1,1-1,-2 1,1-1,-5-3,-1-3,-1 2,2 0,1 2,-3-4,0 0,-4 6,-5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8:55.54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0 108,'0'-4,"4"-2,7 0,1-3,7-1,1-2,1 0,2 3,1-2,1 1,1 2,1 2,-1 3,1 2,0 0,0 1,-1 1,1-1,-1 0,-4 5,-5 6,-3 1,-2 3,-4 3,-3 4,-3 1,-1 3,-5-4,-3-1,-4-4,-4 0,-1 0,-1-1,2 0,-1-2,2 1,-1-2,-2-4,-3-3,-3-2,3 2,0 5,0 1,-3-3,0-1,-2-4,3-5,11-4,11 0,10 0,4-3,3-1,4 2,3 1,1 3,2 1,0 1,0 1,0 0,0 0,0 0,0 1,-1-1,1 0,-1 0,1 0,-1 0,-4 5,-2 5,1 7,-4 3,1 0,-4 0,1 2,-3 1,-2 1,-4 1,-3 1,-1 1,-6-5,-3-1,-3 0,-6-4,0 1,-1-4,-3 1,-2-2,-2-4,-1-3,-1-3,-1-1,0-2,0 0,0-1,1 1,-1-1,0 1,1-1,-1 1,1 0,4-4,2-2,3-4,6-5,4-5,-1 2,1-1,1-2,-2 3,-1-1,2 0,-2-2,0-3,-3 0,-4-2,-4 4,2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8:50.15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0,'0'5,"0"5,0 7,0 3,0 5,0 1,5 1,1 0,0 1,-2-1,0 0,2-4,1-2,4-1,-1 2,-1 2,-2 0,-3 1,2-3,1-2,-1 1,-2 1,4-3,-1-5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8:45.28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0 101,'5'0,"5"0,6-4,5-2,3 0,-2-3,-1 0,-4-3,0 0,-3-1,1 0,2 3,-2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8:41.761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0,'5'0,"5"0,2 5,3 1,-2 4,3 0,2-1,3-2,-2 2,0 4,-3 4,0 0,2 0,-2 3,0-2,3-5,-3 1,2-3,-4 2,1-2,-2 2,-3 4,1-2,-1-3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5T18:38:37.036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0,'0'5,"0"5,0 7,0 3,0 5,0 1,0 1,0 1,0-1,0 0,0 1,0-2,0 1,0 0,0-1,0 1,0-1,0 1,0-1,0-4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Ashton Philip</cp:lastModifiedBy>
  <cp:revision>2</cp:revision>
  <dcterms:created xsi:type="dcterms:W3CDTF">2026-05-25T19:17:00Z</dcterms:created>
  <dcterms:modified xsi:type="dcterms:W3CDTF">2026-05-25T19:17:00Z</dcterms:modified>
  <cp:category/>
</cp:coreProperties>
</file>